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D5307" w:rsidRDefault="0033216C">
      <w:pPr>
        <w:jc w:val="center"/>
      </w:pPr>
      <w:r>
        <w:rPr>
          <w:noProof/>
          <w:lang w:val="hr-HR" w:eastAsia="hr-HR"/>
        </w:rPr>
        <w:drawing>
          <wp:inline distT="0" distB="0" distL="0" distR="0">
            <wp:extent cx="1548000" cy="56553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ool_logo.png"/>
                    <pic:cNvPicPr/>
                  </pic:nvPicPr>
                  <pic:blipFill>
                    <a:blip r:embed="rId8"/>
                    <a:stretch>
                      <a:fillRect/>
                    </a:stretch>
                  </pic:blipFill>
                  <pic:spPr>
                    <a:xfrm>
                      <a:off x="0" y="0"/>
                      <a:ext cx="1548000" cy="565536"/>
                    </a:xfrm>
                    <a:prstGeom prst="rect">
                      <a:avLst/>
                    </a:prstGeom>
                  </pic:spPr>
                </pic:pic>
              </a:graphicData>
            </a:graphic>
          </wp:inline>
        </w:drawing>
      </w:r>
    </w:p>
    <w:p w:rsidR="00CD5307" w:rsidRDefault="0033216C">
      <w:pPr>
        <w:pStyle w:val="Naslov1"/>
        <w:spacing w:after="360"/>
        <w:jc w:val="center"/>
      </w:pPr>
      <w:r>
        <w:t>VII. osnovna škola Varaždin</w:t>
      </w:r>
    </w:p>
    <w:p w:rsidR="00627E2C" w:rsidRDefault="00627E2C" w:rsidP="00627E2C">
      <w:r>
        <w:t>REPUBLIKA HRVATSKA</w:t>
      </w:r>
    </w:p>
    <w:p w:rsidR="00627E2C" w:rsidRDefault="00627E2C" w:rsidP="00627E2C">
      <w:r>
        <w:t>VARAŽDINSKA ŽUPANIJA</w:t>
      </w:r>
    </w:p>
    <w:p w:rsidR="00627E2C" w:rsidRDefault="00627E2C" w:rsidP="00627E2C">
      <w:r>
        <w:t>GRAD VARAŽDIN</w:t>
      </w:r>
    </w:p>
    <w:p w:rsidR="00627E2C" w:rsidRDefault="00627E2C" w:rsidP="00627E2C">
      <w:r>
        <w:t>VII. OSNOVNA ŠKOLA VARAŽDIN</w:t>
      </w:r>
    </w:p>
    <w:p w:rsidR="00627E2C" w:rsidRDefault="00627E2C" w:rsidP="00627E2C">
      <w:proofErr w:type="gramStart"/>
      <w:r>
        <w:t>KLASA :</w:t>
      </w:r>
      <w:proofErr w:type="gramEnd"/>
      <w:r>
        <w:t xml:space="preserve"> 602-11/26-01/1</w:t>
      </w:r>
    </w:p>
    <w:p w:rsidR="00627E2C" w:rsidRDefault="00627E2C" w:rsidP="00627E2C">
      <w:r>
        <w:t xml:space="preserve">URBROJ:2186-91-01-26-1 </w:t>
      </w:r>
    </w:p>
    <w:p w:rsidR="00627E2C" w:rsidRDefault="00627E2C" w:rsidP="00627E2C">
      <w:r>
        <w:t xml:space="preserve">Donji Kućan, </w:t>
      </w:r>
      <w:r w:rsidR="00B87AA3">
        <w:t>14. listopada 2026.</w:t>
      </w:r>
    </w:p>
    <w:p w:rsidR="00627E2C" w:rsidRDefault="00627E2C" w:rsidP="00627E2C"/>
    <w:p w:rsidR="00627E2C" w:rsidRDefault="00627E2C" w:rsidP="00627E2C"/>
    <w:p w:rsidR="00627E2C" w:rsidRDefault="00627E2C" w:rsidP="00627E2C">
      <w:r w:rsidRPr="00627E2C">
        <w:t xml:space="preserve">Na temelju članka 28. stavka 9. Zakona o odgoju i obrazovanju u osnovnoj i srednjoj školi i članka 58. Statuta VII. osnovne škole Varaždin, na prijedlog Učiteljskog vijeća, Školski odbor na sjednici održanoj </w:t>
      </w:r>
      <w:r w:rsidR="00B87AA3">
        <w:t xml:space="preserve">dana 14. listopada 2026. </w:t>
      </w:r>
      <w:r w:rsidRPr="00627E2C">
        <w:t xml:space="preserve"> donosi Godišnji plan i program rada za školsku godinu </w:t>
      </w:r>
      <w:proofErr w:type="gramStart"/>
      <w:r w:rsidRPr="00627E2C">
        <w:t>2026./</w:t>
      </w:r>
      <w:proofErr w:type="gramEnd"/>
      <w:r w:rsidRPr="00627E2C">
        <w:t>2027.</w:t>
      </w:r>
    </w:p>
    <w:p w:rsidR="00627E2C" w:rsidRDefault="00627E2C" w:rsidP="00627E2C"/>
    <w:p w:rsidR="00627E2C" w:rsidRDefault="00627E2C" w:rsidP="00627E2C"/>
    <w:p w:rsidR="00627E2C" w:rsidRPr="00627E2C" w:rsidRDefault="00627E2C" w:rsidP="00627E2C"/>
    <w:p w:rsidR="00C4222A" w:rsidRPr="00C4222A" w:rsidRDefault="00C4222A" w:rsidP="00C4222A"/>
    <w:p w:rsidR="00CD5307" w:rsidRDefault="0033216C">
      <w:pPr>
        <w:pStyle w:val="Naslov"/>
        <w:spacing w:after="360"/>
        <w:jc w:val="center"/>
      </w:pPr>
      <w:r>
        <w:t>Godišnji plan i program rada</w:t>
      </w:r>
    </w:p>
    <w:p w:rsidR="00CD5307" w:rsidRDefault="0033216C">
      <w:pPr>
        <w:pStyle w:val="Naslov1"/>
        <w:spacing w:after="360"/>
        <w:jc w:val="center"/>
      </w:pPr>
      <w:r>
        <w:t xml:space="preserve">Školska godina </w:t>
      </w:r>
      <w:proofErr w:type="gramStart"/>
      <w:r>
        <w:t>2026./</w:t>
      </w:r>
      <w:proofErr w:type="gramEnd"/>
      <w:r>
        <w:t>2027.</w:t>
      </w:r>
    </w:p>
    <w:p w:rsidR="00627E2C" w:rsidRDefault="00627E2C">
      <w:pPr>
        <w:jc w:val="center"/>
      </w:pPr>
    </w:p>
    <w:p w:rsidR="00627E2C" w:rsidRDefault="00627E2C">
      <w:pPr>
        <w:jc w:val="center"/>
      </w:pPr>
    </w:p>
    <w:p w:rsidR="00627E2C" w:rsidRDefault="00627E2C">
      <w:pPr>
        <w:jc w:val="center"/>
      </w:pPr>
    </w:p>
    <w:p w:rsidR="00627E2C" w:rsidRDefault="00627E2C">
      <w:pPr>
        <w:jc w:val="center"/>
      </w:pPr>
    </w:p>
    <w:p w:rsidR="00627E2C" w:rsidRDefault="00627E2C">
      <w:pPr>
        <w:jc w:val="center"/>
      </w:pPr>
    </w:p>
    <w:p w:rsidR="00627E2C" w:rsidRDefault="00627E2C">
      <w:pPr>
        <w:jc w:val="center"/>
      </w:pPr>
    </w:p>
    <w:p w:rsidR="00627E2C" w:rsidRDefault="00627E2C">
      <w:pPr>
        <w:jc w:val="center"/>
      </w:pPr>
    </w:p>
    <w:p w:rsidR="00627E2C" w:rsidRDefault="00627E2C">
      <w:pPr>
        <w:jc w:val="center"/>
      </w:pPr>
    </w:p>
    <w:p w:rsidR="00627E2C" w:rsidRDefault="00627E2C">
      <w:pPr>
        <w:jc w:val="center"/>
      </w:pPr>
    </w:p>
    <w:p w:rsidR="00627E2C" w:rsidRDefault="00627E2C">
      <w:pPr>
        <w:jc w:val="center"/>
      </w:pPr>
    </w:p>
    <w:p w:rsidR="00CD5307" w:rsidRDefault="00627E2C">
      <w:pPr>
        <w:jc w:val="center"/>
      </w:pPr>
      <w:r>
        <w:t>Donji Kućan</w:t>
      </w:r>
      <w:r w:rsidR="0033216C">
        <w:t>, listopad 2026.</w:t>
      </w:r>
    </w:p>
    <w:p w:rsidR="00CD5307" w:rsidRDefault="00CD5307"/>
    <w:p w:rsidR="00C4222A" w:rsidRDefault="00C4222A"/>
    <w:p w:rsidR="00627E2C" w:rsidRDefault="00627E2C">
      <w:pPr>
        <w:spacing w:before="160" w:after="480" w:line="276" w:lineRule="auto"/>
      </w:pPr>
    </w:p>
    <w:p w:rsidR="00CD5307" w:rsidRDefault="0033216C">
      <w:pPr>
        <w:pStyle w:val="Naslov1"/>
        <w:pageBreakBefore/>
      </w:pPr>
      <w:r>
        <w:lastRenderedPageBreak/>
        <w:t>OSNOVNI PODACI O ŠKOLI</w:t>
      </w:r>
    </w:p>
    <w:p w:rsidR="00CD5307" w:rsidRDefault="0033216C">
      <w:r>
        <w:t xml:space="preserve">Plan uređuje organizaciju nastave, radna zaduženja djelatnika i programe rada škole u školskoj godini </w:t>
      </w:r>
      <w:proofErr w:type="gramStart"/>
      <w:r>
        <w:t>2026./</w:t>
      </w:r>
      <w:proofErr w:type="gramEnd"/>
      <w:r>
        <w:t>2027. Brojčani podaci o učenicima preuzeti su iz dostavljenog plana te se usklađuju sa stvarnim upisom i službenim evidencijama za novu školsku godinu.</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1E0" w:firstRow="1" w:lastRow="1" w:firstColumn="1" w:lastColumn="1" w:noHBand="0" w:noVBand="0"/>
      </w:tblPr>
      <w:tblGrid>
        <w:gridCol w:w="3855"/>
        <w:gridCol w:w="5784"/>
      </w:tblGrid>
      <w:tr w:rsidR="0033216C" w:rsidRPr="008C76D4" w:rsidTr="0033216C">
        <w:trPr>
          <w:cantSplit/>
          <w:tblHeader/>
          <w:jc w:val="center"/>
        </w:trPr>
        <w:tc>
          <w:tcPr>
            <w:tcW w:w="3855"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33216C" w:rsidRPr="008C76D4" w:rsidRDefault="0033216C" w:rsidP="0033216C">
            <w:pPr>
              <w:keepNext/>
              <w:wordWrap w:val="0"/>
              <w:spacing w:after="20"/>
            </w:pPr>
            <w:r>
              <w:rPr>
                <w:b/>
                <w:sz w:val="21"/>
              </w:rPr>
              <w:t>Naziv škole:</w:t>
            </w:r>
          </w:p>
        </w:tc>
        <w:tc>
          <w:tcPr>
            <w:tcW w:w="5783"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33216C" w:rsidRPr="008C76D4" w:rsidRDefault="0033216C" w:rsidP="0033216C">
            <w:pPr>
              <w:keepNext/>
              <w:wordWrap w:val="0"/>
              <w:spacing w:after="20"/>
            </w:pPr>
            <w:r>
              <w:rPr>
                <w:b/>
                <w:sz w:val="21"/>
              </w:rPr>
              <w:t>VII. OSNOVNA ŠKOLA VARAŽDIN</w:t>
            </w:r>
          </w:p>
        </w:tc>
      </w:tr>
      <w:tr w:rsidR="0033216C" w:rsidRPr="008C76D4" w:rsidTr="0033216C">
        <w:trPr>
          <w:cantSplit/>
          <w:jc w:val="center"/>
        </w:trPr>
        <w:tc>
          <w:tcPr>
            <w:tcW w:w="38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Adresa škole:</w:t>
            </w:r>
          </w:p>
        </w:tc>
        <w:tc>
          <w:tcPr>
            <w:tcW w:w="57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VARAŽDIN, VARAŽDINSKA ULICA  131,</w:t>
            </w:r>
          </w:p>
          <w:p w:rsidR="0033216C" w:rsidRPr="008C76D4" w:rsidRDefault="0033216C" w:rsidP="0033216C">
            <w:pPr>
              <w:wordWrap w:val="0"/>
              <w:spacing w:after="20"/>
            </w:pPr>
            <w:r>
              <w:rPr>
                <w:sz w:val="21"/>
              </w:rPr>
              <w:t>DONJI KUĆAN</w:t>
            </w:r>
          </w:p>
        </w:tc>
      </w:tr>
      <w:tr w:rsidR="0033216C" w:rsidRPr="008C76D4" w:rsidTr="0033216C">
        <w:trPr>
          <w:cantSplit/>
          <w:jc w:val="center"/>
        </w:trPr>
        <w:tc>
          <w:tcPr>
            <w:tcW w:w="38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Županija:</w:t>
            </w:r>
          </w:p>
        </w:tc>
        <w:tc>
          <w:tcPr>
            <w:tcW w:w="57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VARAŽDINSKA</w:t>
            </w:r>
          </w:p>
        </w:tc>
      </w:tr>
      <w:tr w:rsidR="0033216C" w:rsidRPr="008C76D4" w:rsidTr="0033216C">
        <w:trPr>
          <w:cantSplit/>
          <w:jc w:val="center"/>
        </w:trPr>
        <w:tc>
          <w:tcPr>
            <w:tcW w:w="38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Telefonski broj:</w:t>
            </w:r>
          </w:p>
        </w:tc>
        <w:tc>
          <w:tcPr>
            <w:tcW w:w="57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042/641-500, 207-380</w:t>
            </w:r>
          </w:p>
        </w:tc>
      </w:tr>
      <w:tr w:rsidR="0033216C" w:rsidRPr="008C76D4" w:rsidTr="0033216C">
        <w:trPr>
          <w:cantSplit/>
          <w:jc w:val="center"/>
        </w:trPr>
        <w:tc>
          <w:tcPr>
            <w:tcW w:w="38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Broj telefaksa:</w:t>
            </w:r>
          </w:p>
        </w:tc>
        <w:tc>
          <w:tcPr>
            <w:tcW w:w="57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042/641-500</w:t>
            </w:r>
          </w:p>
        </w:tc>
      </w:tr>
      <w:tr w:rsidR="0033216C" w:rsidRPr="008C76D4" w:rsidTr="0033216C">
        <w:trPr>
          <w:cantSplit/>
          <w:jc w:val="center"/>
        </w:trPr>
        <w:tc>
          <w:tcPr>
            <w:tcW w:w="38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Internetska adresa:</w:t>
            </w:r>
          </w:p>
        </w:tc>
        <w:tc>
          <w:tcPr>
            <w:tcW w:w="57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www.os-sedma-vz.skole.hr</w:t>
            </w:r>
          </w:p>
        </w:tc>
      </w:tr>
      <w:tr w:rsidR="0033216C" w:rsidRPr="008C76D4" w:rsidTr="0033216C">
        <w:trPr>
          <w:cantSplit/>
          <w:jc w:val="center"/>
        </w:trPr>
        <w:tc>
          <w:tcPr>
            <w:tcW w:w="38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Elektronička pošta:</w:t>
            </w:r>
          </w:p>
        </w:tc>
        <w:tc>
          <w:tcPr>
            <w:tcW w:w="57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ured@os-sedma-vz.skole.hr</w:t>
            </w:r>
          </w:p>
        </w:tc>
      </w:tr>
      <w:tr w:rsidR="0033216C" w:rsidRPr="008C76D4" w:rsidTr="0033216C">
        <w:trPr>
          <w:cantSplit/>
          <w:jc w:val="center"/>
        </w:trPr>
        <w:tc>
          <w:tcPr>
            <w:tcW w:w="38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Šifra škole:</w:t>
            </w:r>
          </w:p>
        </w:tc>
        <w:tc>
          <w:tcPr>
            <w:tcW w:w="57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05-086-008</w:t>
            </w:r>
          </w:p>
        </w:tc>
      </w:tr>
      <w:tr w:rsidR="0033216C" w:rsidRPr="008C76D4" w:rsidTr="0033216C">
        <w:trPr>
          <w:cantSplit/>
          <w:jc w:val="center"/>
        </w:trPr>
        <w:tc>
          <w:tcPr>
            <w:tcW w:w="38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Matični broj škole:</w:t>
            </w:r>
          </w:p>
        </w:tc>
        <w:tc>
          <w:tcPr>
            <w:tcW w:w="57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03005984</w:t>
            </w:r>
          </w:p>
        </w:tc>
      </w:tr>
      <w:tr w:rsidR="0033216C" w:rsidRPr="008C76D4" w:rsidTr="0033216C">
        <w:trPr>
          <w:cantSplit/>
          <w:jc w:val="center"/>
        </w:trPr>
        <w:tc>
          <w:tcPr>
            <w:tcW w:w="38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OIB:</w:t>
            </w:r>
          </w:p>
        </w:tc>
        <w:tc>
          <w:tcPr>
            <w:tcW w:w="57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90052965740</w:t>
            </w:r>
          </w:p>
        </w:tc>
      </w:tr>
      <w:tr w:rsidR="0033216C" w:rsidRPr="008C76D4" w:rsidTr="0033216C">
        <w:trPr>
          <w:cantSplit/>
          <w:jc w:val="center"/>
        </w:trPr>
        <w:tc>
          <w:tcPr>
            <w:tcW w:w="38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Upis u sudski registar (broj i datum):</w:t>
            </w:r>
          </w:p>
        </w:tc>
        <w:tc>
          <w:tcPr>
            <w:tcW w:w="57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4.5.1960.  (01-1056/60)</w:t>
            </w:r>
          </w:p>
        </w:tc>
      </w:tr>
      <w:tr w:rsidR="0033216C" w:rsidRPr="008C76D4" w:rsidTr="0033216C">
        <w:trPr>
          <w:cantSplit/>
          <w:jc w:val="center"/>
        </w:trPr>
        <w:tc>
          <w:tcPr>
            <w:tcW w:w="38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roofErr w:type="gramStart"/>
            <w:r>
              <w:rPr>
                <w:sz w:val="21"/>
              </w:rPr>
              <w:t>Ravnatelj  škole</w:t>
            </w:r>
            <w:proofErr w:type="gramEnd"/>
            <w:r>
              <w:rPr>
                <w:sz w:val="21"/>
              </w:rPr>
              <w:t>:</w:t>
            </w:r>
          </w:p>
        </w:tc>
        <w:tc>
          <w:tcPr>
            <w:tcW w:w="57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Jurica Hunjadi</w:t>
            </w:r>
          </w:p>
        </w:tc>
      </w:tr>
      <w:tr w:rsidR="0033216C" w:rsidRPr="008C76D4" w:rsidTr="0033216C">
        <w:trPr>
          <w:cantSplit/>
          <w:jc w:val="center"/>
        </w:trPr>
        <w:tc>
          <w:tcPr>
            <w:tcW w:w="38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Broj učenika:</w:t>
            </w:r>
          </w:p>
        </w:tc>
        <w:tc>
          <w:tcPr>
            <w:tcW w:w="57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501776" w:rsidP="0033216C">
            <w:pPr>
              <w:wordWrap w:val="0"/>
              <w:spacing w:after="20"/>
            </w:pPr>
            <w:r>
              <w:t>232</w:t>
            </w:r>
          </w:p>
        </w:tc>
      </w:tr>
      <w:tr w:rsidR="0033216C" w:rsidRPr="008C76D4" w:rsidTr="0033216C">
        <w:trPr>
          <w:cantSplit/>
          <w:jc w:val="center"/>
        </w:trPr>
        <w:tc>
          <w:tcPr>
            <w:tcW w:w="38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Broj učenika u razrednoj nastavi:</w:t>
            </w:r>
          </w:p>
        </w:tc>
        <w:tc>
          <w:tcPr>
            <w:tcW w:w="57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501776" w:rsidP="0033216C">
            <w:pPr>
              <w:wordWrap w:val="0"/>
              <w:spacing w:after="20"/>
            </w:pPr>
            <w:r>
              <w:t>105</w:t>
            </w:r>
          </w:p>
        </w:tc>
      </w:tr>
      <w:tr w:rsidR="0033216C" w:rsidRPr="008C76D4" w:rsidTr="0033216C">
        <w:trPr>
          <w:cantSplit/>
          <w:jc w:val="center"/>
        </w:trPr>
        <w:tc>
          <w:tcPr>
            <w:tcW w:w="38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Broj učenika u predmetnoj nastavi:</w:t>
            </w:r>
          </w:p>
        </w:tc>
        <w:tc>
          <w:tcPr>
            <w:tcW w:w="57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501776" w:rsidP="0033216C">
            <w:pPr>
              <w:wordWrap w:val="0"/>
              <w:spacing w:after="20"/>
            </w:pPr>
            <w:r>
              <w:t>127</w:t>
            </w:r>
          </w:p>
        </w:tc>
      </w:tr>
      <w:tr w:rsidR="0033216C" w:rsidRPr="008C76D4" w:rsidTr="0033216C">
        <w:trPr>
          <w:cantSplit/>
          <w:jc w:val="center"/>
        </w:trPr>
        <w:tc>
          <w:tcPr>
            <w:tcW w:w="38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Broj učenika s teškoćama u razvoju:</w:t>
            </w:r>
          </w:p>
        </w:tc>
        <w:tc>
          <w:tcPr>
            <w:tcW w:w="57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501776" w:rsidP="0033216C">
            <w:pPr>
              <w:wordWrap w:val="0"/>
              <w:spacing w:after="20"/>
            </w:pPr>
            <w:r>
              <w:t>15</w:t>
            </w:r>
          </w:p>
        </w:tc>
      </w:tr>
      <w:tr w:rsidR="0033216C" w:rsidRPr="008C76D4" w:rsidTr="0033216C">
        <w:trPr>
          <w:cantSplit/>
          <w:jc w:val="center"/>
        </w:trPr>
        <w:tc>
          <w:tcPr>
            <w:tcW w:w="38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Broj učenika u produženom boravku:</w:t>
            </w:r>
          </w:p>
        </w:tc>
        <w:tc>
          <w:tcPr>
            <w:tcW w:w="57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501776" w:rsidP="0033216C">
            <w:pPr>
              <w:wordWrap w:val="0"/>
              <w:spacing w:after="20"/>
            </w:pPr>
            <w:r>
              <w:t>72</w:t>
            </w:r>
          </w:p>
        </w:tc>
      </w:tr>
      <w:tr w:rsidR="0033216C" w:rsidRPr="008C76D4" w:rsidTr="0033216C">
        <w:trPr>
          <w:cantSplit/>
          <w:jc w:val="center"/>
        </w:trPr>
        <w:tc>
          <w:tcPr>
            <w:tcW w:w="38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Broj učenika putnika:</w:t>
            </w:r>
          </w:p>
        </w:tc>
        <w:tc>
          <w:tcPr>
            <w:tcW w:w="57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0</w:t>
            </w:r>
          </w:p>
        </w:tc>
      </w:tr>
      <w:tr w:rsidR="0033216C" w:rsidRPr="008C76D4" w:rsidTr="0033216C">
        <w:trPr>
          <w:cantSplit/>
          <w:jc w:val="center"/>
        </w:trPr>
        <w:tc>
          <w:tcPr>
            <w:tcW w:w="38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Ukupan broj razrednih odjela:</w:t>
            </w:r>
          </w:p>
        </w:tc>
        <w:tc>
          <w:tcPr>
            <w:tcW w:w="57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16</w:t>
            </w:r>
          </w:p>
        </w:tc>
      </w:tr>
      <w:tr w:rsidR="0033216C" w:rsidRPr="008C76D4" w:rsidTr="0033216C">
        <w:trPr>
          <w:cantSplit/>
          <w:jc w:val="center"/>
        </w:trPr>
        <w:tc>
          <w:tcPr>
            <w:tcW w:w="38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Broj razrednih odjela u matičnoj školi:</w:t>
            </w:r>
          </w:p>
        </w:tc>
        <w:tc>
          <w:tcPr>
            <w:tcW w:w="57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16</w:t>
            </w:r>
          </w:p>
        </w:tc>
      </w:tr>
      <w:tr w:rsidR="0033216C" w:rsidRPr="008C76D4" w:rsidTr="0033216C">
        <w:trPr>
          <w:cantSplit/>
          <w:jc w:val="center"/>
        </w:trPr>
        <w:tc>
          <w:tcPr>
            <w:tcW w:w="38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Broj razrednih odjela RN-a:</w:t>
            </w:r>
          </w:p>
        </w:tc>
        <w:tc>
          <w:tcPr>
            <w:tcW w:w="57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8</w:t>
            </w:r>
          </w:p>
        </w:tc>
      </w:tr>
      <w:tr w:rsidR="0033216C" w:rsidRPr="008C76D4" w:rsidTr="0033216C">
        <w:trPr>
          <w:cantSplit/>
          <w:jc w:val="center"/>
        </w:trPr>
        <w:tc>
          <w:tcPr>
            <w:tcW w:w="38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Broj razrednih odjela PN-a:</w:t>
            </w:r>
          </w:p>
        </w:tc>
        <w:tc>
          <w:tcPr>
            <w:tcW w:w="57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8</w:t>
            </w:r>
          </w:p>
        </w:tc>
      </w:tr>
      <w:tr w:rsidR="0033216C" w:rsidRPr="008C76D4" w:rsidTr="0033216C">
        <w:trPr>
          <w:cantSplit/>
          <w:jc w:val="center"/>
        </w:trPr>
        <w:tc>
          <w:tcPr>
            <w:tcW w:w="38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Broj smjena:</w:t>
            </w:r>
          </w:p>
        </w:tc>
        <w:tc>
          <w:tcPr>
            <w:tcW w:w="57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1</w:t>
            </w:r>
          </w:p>
        </w:tc>
      </w:tr>
      <w:tr w:rsidR="0033216C" w:rsidRPr="008C76D4" w:rsidTr="0033216C">
        <w:trPr>
          <w:cantSplit/>
          <w:jc w:val="center"/>
        </w:trPr>
        <w:tc>
          <w:tcPr>
            <w:tcW w:w="38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Početak i završetak svake smjene:</w:t>
            </w:r>
          </w:p>
        </w:tc>
        <w:tc>
          <w:tcPr>
            <w:tcW w:w="57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6865A5" w:rsidP="0033216C">
            <w:pPr>
              <w:wordWrap w:val="0"/>
              <w:spacing w:after="20"/>
            </w:pPr>
            <w:r>
              <w:rPr>
                <w:sz w:val="21"/>
              </w:rPr>
              <w:t>8:15h – 15:</w:t>
            </w:r>
            <w:r w:rsidR="0033216C">
              <w:rPr>
                <w:sz w:val="21"/>
              </w:rPr>
              <w:t>20</w:t>
            </w:r>
            <w:r>
              <w:rPr>
                <w:sz w:val="21"/>
              </w:rPr>
              <w:t>h</w:t>
            </w:r>
          </w:p>
        </w:tc>
      </w:tr>
      <w:tr w:rsidR="0033216C" w:rsidRPr="008C76D4" w:rsidTr="0033216C">
        <w:trPr>
          <w:cantSplit/>
          <w:jc w:val="center"/>
        </w:trPr>
        <w:tc>
          <w:tcPr>
            <w:tcW w:w="38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Broj radnika:</w:t>
            </w:r>
          </w:p>
        </w:tc>
        <w:tc>
          <w:tcPr>
            <w:tcW w:w="57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5</w:t>
            </w:r>
            <w:r w:rsidR="007F2F1B">
              <w:rPr>
                <w:sz w:val="21"/>
              </w:rPr>
              <w:t>3</w:t>
            </w:r>
          </w:p>
        </w:tc>
      </w:tr>
      <w:tr w:rsidR="0033216C" w:rsidRPr="008C76D4" w:rsidTr="0033216C">
        <w:trPr>
          <w:cantSplit/>
          <w:jc w:val="center"/>
        </w:trPr>
        <w:tc>
          <w:tcPr>
            <w:tcW w:w="38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Broj učitelja predmetne nastave:</w:t>
            </w:r>
          </w:p>
        </w:tc>
        <w:tc>
          <w:tcPr>
            <w:tcW w:w="57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2</w:t>
            </w:r>
            <w:r w:rsidR="00584CAB">
              <w:rPr>
                <w:sz w:val="21"/>
              </w:rPr>
              <w:t>5</w:t>
            </w:r>
          </w:p>
        </w:tc>
      </w:tr>
      <w:tr w:rsidR="0033216C" w:rsidRPr="008C76D4" w:rsidTr="0033216C">
        <w:trPr>
          <w:cantSplit/>
          <w:jc w:val="center"/>
        </w:trPr>
        <w:tc>
          <w:tcPr>
            <w:tcW w:w="38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Broj učitelja razredne nastave:</w:t>
            </w:r>
          </w:p>
        </w:tc>
        <w:tc>
          <w:tcPr>
            <w:tcW w:w="57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8</w:t>
            </w:r>
          </w:p>
        </w:tc>
      </w:tr>
      <w:tr w:rsidR="0033216C" w:rsidRPr="008C76D4" w:rsidTr="0033216C">
        <w:trPr>
          <w:cantSplit/>
          <w:jc w:val="center"/>
        </w:trPr>
        <w:tc>
          <w:tcPr>
            <w:tcW w:w="38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Broj učitelja u produženom boravku:</w:t>
            </w:r>
          </w:p>
        </w:tc>
        <w:tc>
          <w:tcPr>
            <w:tcW w:w="57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584CAB" w:rsidP="0033216C">
            <w:pPr>
              <w:wordWrap w:val="0"/>
              <w:spacing w:after="20"/>
            </w:pPr>
            <w:r>
              <w:rPr>
                <w:sz w:val="21"/>
              </w:rPr>
              <w:t>3</w:t>
            </w:r>
          </w:p>
        </w:tc>
      </w:tr>
      <w:tr w:rsidR="0033216C" w:rsidRPr="008C76D4" w:rsidTr="0033216C">
        <w:trPr>
          <w:cantSplit/>
          <w:jc w:val="center"/>
        </w:trPr>
        <w:tc>
          <w:tcPr>
            <w:tcW w:w="38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Broj stručnih suradnika:</w:t>
            </w:r>
          </w:p>
        </w:tc>
        <w:tc>
          <w:tcPr>
            <w:tcW w:w="57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3</w:t>
            </w:r>
          </w:p>
        </w:tc>
      </w:tr>
      <w:tr w:rsidR="0033216C" w:rsidRPr="008C76D4" w:rsidTr="0033216C">
        <w:trPr>
          <w:cantSplit/>
          <w:jc w:val="center"/>
        </w:trPr>
        <w:tc>
          <w:tcPr>
            <w:tcW w:w="38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Broj ostalih radnika:</w:t>
            </w:r>
          </w:p>
        </w:tc>
        <w:tc>
          <w:tcPr>
            <w:tcW w:w="57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14</w:t>
            </w:r>
          </w:p>
        </w:tc>
      </w:tr>
      <w:tr w:rsidR="0033216C" w:rsidRPr="008C76D4" w:rsidTr="0033216C">
        <w:trPr>
          <w:cantSplit/>
          <w:jc w:val="center"/>
        </w:trPr>
        <w:tc>
          <w:tcPr>
            <w:tcW w:w="38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Broj nestručnih učitelja:</w:t>
            </w:r>
          </w:p>
        </w:tc>
        <w:tc>
          <w:tcPr>
            <w:tcW w:w="57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0</w:t>
            </w:r>
          </w:p>
        </w:tc>
      </w:tr>
      <w:tr w:rsidR="0033216C" w:rsidRPr="008C76D4" w:rsidTr="0033216C">
        <w:trPr>
          <w:cantSplit/>
          <w:jc w:val="center"/>
        </w:trPr>
        <w:tc>
          <w:tcPr>
            <w:tcW w:w="38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Broj pripravnika:</w:t>
            </w:r>
          </w:p>
        </w:tc>
        <w:tc>
          <w:tcPr>
            <w:tcW w:w="57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7F2F1B" w:rsidP="0033216C">
            <w:pPr>
              <w:wordWrap w:val="0"/>
              <w:spacing w:after="20"/>
            </w:pPr>
            <w:r>
              <w:rPr>
                <w:sz w:val="21"/>
              </w:rPr>
              <w:t>4</w:t>
            </w:r>
          </w:p>
        </w:tc>
      </w:tr>
      <w:tr w:rsidR="0033216C" w:rsidRPr="008C76D4" w:rsidTr="0033216C">
        <w:trPr>
          <w:cantSplit/>
          <w:jc w:val="center"/>
        </w:trPr>
        <w:tc>
          <w:tcPr>
            <w:tcW w:w="38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Broj mentora i savjetnika:</w:t>
            </w:r>
          </w:p>
        </w:tc>
        <w:tc>
          <w:tcPr>
            <w:tcW w:w="57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1</w:t>
            </w:r>
          </w:p>
        </w:tc>
      </w:tr>
      <w:tr w:rsidR="0033216C" w:rsidRPr="008C76D4" w:rsidTr="0033216C">
        <w:trPr>
          <w:cantSplit/>
          <w:jc w:val="center"/>
        </w:trPr>
        <w:tc>
          <w:tcPr>
            <w:tcW w:w="38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Broj voditelja ŽSV-a:</w:t>
            </w:r>
          </w:p>
        </w:tc>
        <w:tc>
          <w:tcPr>
            <w:tcW w:w="57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0</w:t>
            </w:r>
          </w:p>
        </w:tc>
      </w:tr>
      <w:tr w:rsidR="0033216C" w:rsidRPr="008C76D4" w:rsidTr="0033216C">
        <w:trPr>
          <w:cantSplit/>
          <w:jc w:val="center"/>
        </w:trPr>
        <w:tc>
          <w:tcPr>
            <w:tcW w:w="38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lastRenderedPageBreak/>
              <w:t>Broj računala u školi:</w:t>
            </w:r>
          </w:p>
        </w:tc>
        <w:tc>
          <w:tcPr>
            <w:tcW w:w="57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86</w:t>
            </w:r>
          </w:p>
        </w:tc>
      </w:tr>
      <w:tr w:rsidR="0033216C" w:rsidRPr="008C76D4" w:rsidTr="0033216C">
        <w:trPr>
          <w:cantSplit/>
          <w:jc w:val="center"/>
        </w:trPr>
        <w:tc>
          <w:tcPr>
            <w:tcW w:w="38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Broj specijaliziranih učionica:</w:t>
            </w:r>
          </w:p>
        </w:tc>
        <w:tc>
          <w:tcPr>
            <w:tcW w:w="57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6</w:t>
            </w:r>
          </w:p>
        </w:tc>
      </w:tr>
      <w:tr w:rsidR="0033216C" w:rsidRPr="008C76D4" w:rsidTr="0033216C">
        <w:trPr>
          <w:cantSplit/>
          <w:jc w:val="center"/>
        </w:trPr>
        <w:tc>
          <w:tcPr>
            <w:tcW w:w="38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Broj općih učionica:</w:t>
            </w:r>
          </w:p>
        </w:tc>
        <w:tc>
          <w:tcPr>
            <w:tcW w:w="57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10</w:t>
            </w:r>
          </w:p>
        </w:tc>
      </w:tr>
      <w:tr w:rsidR="0033216C" w:rsidRPr="008C76D4" w:rsidTr="0033216C">
        <w:trPr>
          <w:cantSplit/>
          <w:jc w:val="center"/>
        </w:trPr>
        <w:tc>
          <w:tcPr>
            <w:tcW w:w="38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Broj sportskih dvorana:</w:t>
            </w:r>
          </w:p>
        </w:tc>
        <w:tc>
          <w:tcPr>
            <w:tcW w:w="57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1</w:t>
            </w:r>
          </w:p>
        </w:tc>
      </w:tr>
      <w:tr w:rsidR="0033216C" w:rsidRPr="008C76D4" w:rsidTr="0033216C">
        <w:trPr>
          <w:cantSplit/>
          <w:jc w:val="center"/>
        </w:trPr>
        <w:tc>
          <w:tcPr>
            <w:tcW w:w="38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Broj sportskih igrališta:</w:t>
            </w:r>
          </w:p>
        </w:tc>
        <w:tc>
          <w:tcPr>
            <w:tcW w:w="57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2</w:t>
            </w:r>
          </w:p>
        </w:tc>
      </w:tr>
      <w:tr w:rsidR="0033216C" w:rsidRPr="008C76D4" w:rsidTr="0033216C">
        <w:trPr>
          <w:cantSplit/>
          <w:jc w:val="center"/>
        </w:trPr>
        <w:tc>
          <w:tcPr>
            <w:tcW w:w="38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Školska knjižnica:</w:t>
            </w:r>
          </w:p>
        </w:tc>
        <w:tc>
          <w:tcPr>
            <w:tcW w:w="57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1</w:t>
            </w:r>
          </w:p>
        </w:tc>
      </w:tr>
      <w:tr w:rsidR="0033216C" w:rsidRPr="008C76D4" w:rsidTr="0033216C">
        <w:trPr>
          <w:cantSplit/>
          <w:jc w:val="center"/>
        </w:trPr>
        <w:tc>
          <w:tcPr>
            <w:tcW w:w="38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Školska kuhinja:</w:t>
            </w:r>
          </w:p>
        </w:tc>
        <w:tc>
          <w:tcPr>
            <w:tcW w:w="57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1</w:t>
            </w:r>
          </w:p>
        </w:tc>
      </w:tr>
    </w:tbl>
    <w:p w:rsidR="00CD5307" w:rsidRDefault="0033216C">
      <w:pPr>
        <w:pStyle w:val="Naslov1"/>
      </w:pPr>
      <w:r>
        <w:t>1. PODACI O UVJETIMA RADA</w:t>
      </w:r>
    </w:p>
    <w:p w:rsidR="00CD5307" w:rsidRDefault="0033216C">
      <w:r>
        <w:t xml:space="preserve">Školsko upisno područje VII. osnovne škole Varaždin obuhvaća naselja: Kućan Gornji, Kućan Donji, Kućan Marof i Zbelava. Naselja sveukupno imaju oko 4 000 stanovnika. Naselja su u prošlosti bila prigradska, a od 1998. godine upravno pripadaju gradu Varaždinu te su danas rubno istočno područje grada Varaždina. U odnosu na način života, djelatnosti kojima se stanovništvo bavi te ostale </w:t>
      </w:r>
      <w:proofErr w:type="gramStart"/>
      <w:r>
        <w:t>uvjete,  naselja</w:t>
      </w:r>
      <w:proofErr w:type="gramEnd"/>
      <w:r>
        <w:t xml:space="preserve"> sve više poprimaju urbane karakteristike. Manji broj stanovnika se bavi poljoprivredom. Pojedine obitelji razvile su poljoprivrednu djelatnost u okviru obiteljskih poljoprivrednih gospodarstava. Stanovništvo pretežno radi u nekoliko obližnjih industrijskih pogona (Calzedonia, Boxmark, Varteks …) ili se bave privatnim poduzetništvom. Jedan dio ljudi radi u tercijarnim djelatnostima. Pojedine obitelji odlaze u inozemstvo s djecom školskim obveznicima upisnog područja VII. osnovne škole Varaždin te se zadnjih godina nekoliko učenika tijekom školske godine ispisuje iz škole iz tog razloga. Od drugog polugodišta školske godine </w:t>
      </w:r>
      <w:proofErr w:type="gramStart"/>
      <w:r>
        <w:t>2022./</w:t>
      </w:r>
      <w:proofErr w:type="gramEnd"/>
      <w:r>
        <w:t xml:space="preserve">2023. odlukom MZO-a za sve učenike organizirana je besplatna užina, tj. jutarnji obrok. U školi se u sklopu prehrane učenika organizira projekt „Čarobna </w:t>
      </w:r>
      <w:proofErr w:type="gramStart"/>
      <w:r>
        <w:t>osmica“ vezan</w:t>
      </w:r>
      <w:proofErr w:type="gramEnd"/>
      <w:r>
        <w:t xml:space="preserve"> uz pravilnu i zdravu prehranu učenika.</w:t>
      </w:r>
    </w:p>
    <w:p w:rsidR="00584CAB" w:rsidRDefault="0033216C">
      <w:r>
        <w:t>Broj učenika zadnjih nekoliko godina pada što se može primijetiti iz sljedećih pokazatelja:</w:t>
      </w:r>
    </w:p>
    <w:p w:rsidR="00CD5307" w:rsidRDefault="0033216C">
      <w:r>
        <w:t>Šk. god. 2025/2026. -  238</w:t>
      </w:r>
    </w:p>
    <w:p w:rsidR="00CD5307" w:rsidRDefault="0033216C">
      <w:r>
        <w:t>Šk. god. 2024./2025. - 248</w:t>
      </w:r>
    </w:p>
    <w:p w:rsidR="00CD5307" w:rsidRDefault="0033216C">
      <w:r>
        <w:t>Šk. god. 2023./2024. - 258</w:t>
      </w:r>
    </w:p>
    <w:p w:rsidR="00CD5307" w:rsidRDefault="0033216C">
      <w:r>
        <w:t>Šk. god. 2022./2023. - 258</w:t>
      </w:r>
    </w:p>
    <w:p w:rsidR="00CD5307" w:rsidRDefault="0033216C">
      <w:r>
        <w:t>Šk. god. 2021./2022. - 253</w:t>
      </w:r>
    </w:p>
    <w:p w:rsidR="00CD5307" w:rsidRDefault="0033216C">
      <w:r>
        <w:t>Šk. god. 2020./2021. - 254</w:t>
      </w:r>
    </w:p>
    <w:p w:rsidR="00CD5307" w:rsidRDefault="0033216C">
      <w:r>
        <w:t>Šk. god. 2019./2020. - 256</w:t>
      </w:r>
    </w:p>
    <w:p w:rsidR="00CD5307" w:rsidRDefault="0033216C">
      <w:r>
        <w:t>Šk. god. 2017./2018. - 251</w:t>
      </w:r>
    </w:p>
    <w:p w:rsidR="00CD5307" w:rsidRDefault="0033216C">
      <w:r>
        <w:t>Šk. god. 2016./2017. - 239</w:t>
      </w:r>
    </w:p>
    <w:p w:rsidR="00CD5307" w:rsidRDefault="0033216C">
      <w:r>
        <w:t>Šk. god. 2015./2016. - 246</w:t>
      </w:r>
    </w:p>
    <w:p w:rsidR="00CD5307" w:rsidRDefault="0033216C">
      <w:r>
        <w:t xml:space="preserve">Sva četiri naselja dobro su povezana s centrom Grada, sa školom i međusobno. Najveća udaljenost učenika do škole </w:t>
      </w:r>
      <w:proofErr w:type="gramStart"/>
      <w:r>
        <w:t>je ,</w:t>
      </w:r>
      <w:proofErr w:type="gramEnd"/>
      <w:r>
        <w:t xml:space="preserve"> tako da  ne postoji zakonska obveza osiguravanja prijevoza od strane osnivača, iako u posljednjih nekoliko godina Grad Varaždin, na traženje roditelja, osigurava svim učenicima besplatan  prijevoz do škole. Škola temeljem zaključka Grada Varaždina ostvaruje pravo na provođenje programa produženoga boravka te je za isto dobila suglasnost MZO-a. Trenutno program produženog boravka pohađa 54 učenika te program provode učiteljice razredne nastave, zaposlena na teret Grada Varaždina. Na školskom području djeluju dva nogometna </w:t>
      </w:r>
      <w:proofErr w:type="gramStart"/>
      <w:r>
        <w:t>kluba:“</w:t>
      </w:r>
      <w:proofErr w:type="gramEnd"/>
      <w:r>
        <w:t>Zelengaj“ i „Udarnik“, te Sportsko-rekreacijsko društvo „Kučan“. Postoje tri dobrovoljna vatrogasna društva te Udruga žena „</w:t>
      </w:r>
      <w:proofErr w:type="gramStart"/>
      <w:r>
        <w:t>Florijanke“ iz</w:t>
      </w:r>
      <w:proofErr w:type="gramEnd"/>
      <w:r>
        <w:t xml:space="preserve"> Donjeg Kućana   kao i Udruga za očuvanje tradicijske kulturne baštine Kučana i Zbelave „Hajdina“. Radna jedinica Dječjeg vrtića Varaždin od školske godine </w:t>
      </w:r>
      <w:proofErr w:type="gramStart"/>
      <w:r>
        <w:t>2020./</w:t>
      </w:r>
      <w:proofErr w:type="gramEnd"/>
      <w:r>
        <w:t>2021. više ne djeluje u školskim prostorima, te je taj prostor iskorišten za organizaciju produženog dnevnog boravka.</w:t>
      </w:r>
    </w:p>
    <w:p w:rsidR="00CD5307" w:rsidRDefault="0033216C">
      <w:r>
        <w:t>VII. osnovna škola Varaždin djeluje samostalno bez područnih odjela.</w:t>
      </w:r>
    </w:p>
    <w:p w:rsidR="00CD5307" w:rsidRDefault="0033216C">
      <w:r>
        <w:t xml:space="preserve">Škola raspolaže sa šesnaestak učionica, no nekoliko učionica je vrlo male površine. Od toga je šest učionica opremljeno za kabinetsku nastavu i to iz predmeta kemije i biologije, fizike, likovne kulture, </w:t>
      </w:r>
      <w:proofErr w:type="gramStart"/>
      <w:r>
        <w:t>dva  kabineta</w:t>
      </w:r>
      <w:proofErr w:type="gramEnd"/>
      <w:r>
        <w:t xml:space="preserve"> za prvi razred te informatike. Školsko sportska dvorana je dobro opremljena iako joj nedostaje adekvatne </w:t>
      </w:r>
      <w:r>
        <w:lastRenderedPageBreak/>
        <w:t xml:space="preserve">svlačionice. Knjižnica je </w:t>
      </w:r>
      <w:proofErr w:type="gramStart"/>
      <w:r>
        <w:t>veličine  i</w:t>
      </w:r>
      <w:proofErr w:type="gramEnd"/>
      <w:r>
        <w:t xml:space="preserve"> služi osim kao knjižnica i kao prostor za okupljanje učenika te za organizaciju manjih događanja i priredbi. Knjižnica posjeduje 3830 jedinica građe lektirnih naslova, 740 jedinicu građe stručne literature te 704 jedinica ostalih naslova što čini ukupno 5274 jedinica knjižne građe. Zbog nedostatka prostora jedna grupa učenika produženog boravka organizira se u prostorima školske knjižnice. Internet je proveden u svim školskim prostorijama. U svim učionicama se nalaze projektori i platna za projekciju. U svakoj učionici je laptop za potrebe vođenja e-dnevnika. Škola ima dvije pametne ploče. Učionice fizike, biologije i kemije opremljene su jednom interaktivnom pločom te nastavnim sredstvima i pomagalima za izvođenje pokusa. Redovito se nabavljaju nastavna sredstva i pomagala te materijal i pribor za potrebe izvođenja nastave i za izvannastavne aktivnosti. Broj učionica je ukupno 16 (kao i razrednih odjela) što omogućuje rad u jednoj smjeni. Ukupna korisna površina školskih prostorija iznosi 1731 m²</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3"/>
        <w:gridCol w:w="1134"/>
        <w:gridCol w:w="1276"/>
        <w:gridCol w:w="1161"/>
        <w:gridCol w:w="965"/>
        <w:gridCol w:w="1276"/>
        <w:gridCol w:w="1274"/>
      </w:tblGrid>
      <w:tr w:rsidR="0033216C" w:rsidRPr="008C76D4" w:rsidTr="00C4222A">
        <w:trPr>
          <w:cantSplit/>
          <w:tblHeader/>
          <w:jc w:val="center"/>
        </w:trPr>
        <w:tc>
          <w:tcPr>
            <w:tcW w:w="2553" w:type="dxa"/>
            <w:vMerge w:val="restart"/>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C4222A" w:rsidRDefault="00C4222A" w:rsidP="0033216C">
            <w:pPr>
              <w:keepNext/>
              <w:wordWrap w:val="0"/>
              <w:spacing w:after="20"/>
              <w:rPr>
                <w:b/>
                <w:sz w:val="19"/>
              </w:rPr>
            </w:pPr>
            <w:r>
              <w:rPr>
                <w:b/>
                <w:sz w:val="19"/>
              </w:rPr>
              <w:t xml:space="preserve">NAZIV PROSTORA </w:t>
            </w:r>
          </w:p>
          <w:p w:rsidR="006865A5" w:rsidRDefault="0033216C" w:rsidP="0033216C">
            <w:pPr>
              <w:keepNext/>
              <w:wordWrap w:val="0"/>
              <w:spacing w:after="20"/>
              <w:rPr>
                <w:b/>
                <w:sz w:val="19"/>
              </w:rPr>
            </w:pPr>
            <w:r>
              <w:rPr>
                <w:b/>
                <w:sz w:val="19"/>
              </w:rPr>
              <w:t xml:space="preserve">(klasična učionica, kabinet, </w:t>
            </w:r>
          </w:p>
          <w:p w:rsidR="0033216C" w:rsidRPr="008C76D4" w:rsidRDefault="0033216C" w:rsidP="0033216C">
            <w:pPr>
              <w:keepNext/>
              <w:wordWrap w:val="0"/>
              <w:spacing w:after="20"/>
            </w:pPr>
            <w:r>
              <w:rPr>
                <w:b/>
                <w:sz w:val="19"/>
              </w:rPr>
              <w:t>knjižnica, dvorana)</w:t>
            </w:r>
          </w:p>
        </w:tc>
        <w:tc>
          <w:tcPr>
            <w:tcW w:w="2410" w:type="dxa"/>
            <w:gridSpan w:val="2"/>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33216C" w:rsidRPr="008C76D4" w:rsidRDefault="0033216C" w:rsidP="0033216C">
            <w:pPr>
              <w:keepNext/>
              <w:wordWrap w:val="0"/>
              <w:spacing w:after="20"/>
            </w:pPr>
            <w:r>
              <w:rPr>
                <w:b/>
                <w:sz w:val="19"/>
              </w:rPr>
              <w:t>Učionice i ostalo</w:t>
            </w:r>
          </w:p>
        </w:tc>
        <w:tc>
          <w:tcPr>
            <w:tcW w:w="2126" w:type="dxa"/>
            <w:gridSpan w:val="2"/>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33216C" w:rsidRPr="008C76D4" w:rsidRDefault="0033216C" w:rsidP="0033216C">
            <w:pPr>
              <w:keepNext/>
              <w:wordWrap w:val="0"/>
              <w:spacing w:after="20"/>
            </w:pPr>
            <w:r>
              <w:rPr>
                <w:b/>
                <w:sz w:val="19"/>
              </w:rPr>
              <w:t>Kabineti</w:t>
            </w:r>
          </w:p>
        </w:tc>
        <w:tc>
          <w:tcPr>
            <w:tcW w:w="2550" w:type="dxa"/>
            <w:gridSpan w:val="2"/>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33216C" w:rsidRPr="008C76D4" w:rsidRDefault="0033216C" w:rsidP="0033216C">
            <w:pPr>
              <w:keepNext/>
              <w:wordWrap w:val="0"/>
              <w:spacing w:after="20"/>
            </w:pPr>
            <w:r>
              <w:rPr>
                <w:b/>
                <w:sz w:val="19"/>
              </w:rPr>
              <w:t>Oznaka stanja opremljenosti</w:t>
            </w:r>
          </w:p>
        </w:tc>
      </w:tr>
      <w:tr w:rsidR="0033216C" w:rsidRPr="008C76D4" w:rsidTr="00C4222A">
        <w:trPr>
          <w:cantSplit/>
          <w:jc w:val="center"/>
        </w:trPr>
        <w:tc>
          <w:tcPr>
            <w:tcW w:w="2553" w:type="dxa"/>
            <w:vMerge/>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113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Broj</w:t>
            </w:r>
          </w:p>
        </w:tc>
        <w:tc>
          <w:tcPr>
            <w:tcW w:w="127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Veličina</w:t>
            </w:r>
          </w:p>
          <w:p w:rsidR="0033216C" w:rsidRPr="008C76D4" w:rsidRDefault="0033216C" w:rsidP="0033216C">
            <w:pPr>
              <w:wordWrap w:val="0"/>
              <w:spacing w:after="20"/>
            </w:pPr>
            <w:r>
              <w:rPr>
                <w:sz w:val="19"/>
              </w:rPr>
              <w:t>u m2</w:t>
            </w:r>
          </w:p>
        </w:tc>
        <w:tc>
          <w:tcPr>
            <w:tcW w:w="116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Broj</w:t>
            </w:r>
          </w:p>
        </w:tc>
        <w:tc>
          <w:tcPr>
            <w:tcW w:w="96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Veličina</w:t>
            </w:r>
          </w:p>
          <w:p w:rsidR="0033216C" w:rsidRPr="008C76D4" w:rsidRDefault="0033216C" w:rsidP="0033216C">
            <w:pPr>
              <w:wordWrap w:val="0"/>
              <w:spacing w:after="20"/>
            </w:pPr>
            <w:r>
              <w:rPr>
                <w:sz w:val="19"/>
              </w:rPr>
              <w:t>u m2</w:t>
            </w:r>
          </w:p>
        </w:tc>
        <w:tc>
          <w:tcPr>
            <w:tcW w:w="127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Opća</w:t>
            </w:r>
          </w:p>
          <w:p w:rsidR="0033216C" w:rsidRPr="008C76D4" w:rsidRDefault="0033216C" w:rsidP="0033216C">
            <w:pPr>
              <w:wordWrap w:val="0"/>
              <w:spacing w:after="20"/>
            </w:pPr>
            <w:r>
              <w:rPr>
                <w:sz w:val="19"/>
              </w:rPr>
              <w:t>opremljenost</w:t>
            </w:r>
          </w:p>
        </w:tc>
        <w:tc>
          <w:tcPr>
            <w:tcW w:w="127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Didaktička</w:t>
            </w:r>
          </w:p>
          <w:p w:rsidR="0033216C" w:rsidRPr="008C76D4" w:rsidRDefault="0033216C" w:rsidP="0033216C">
            <w:pPr>
              <w:wordWrap w:val="0"/>
              <w:spacing w:after="20"/>
            </w:pPr>
            <w:r>
              <w:rPr>
                <w:sz w:val="19"/>
              </w:rPr>
              <w:t>opremljenost</w:t>
            </w:r>
          </w:p>
        </w:tc>
      </w:tr>
      <w:tr w:rsidR="0033216C" w:rsidRPr="008C76D4" w:rsidTr="00C4222A">
        <w:trPr>
          <w:cantSplit/>
          <w:jc w:val="center"/>
        </w:trPr>
        <w:tc>
          <w:tcPr>
            <w:tcW w:w="255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RAZREDNA NASTAVA</w:t>
            </w:r>
          </w:p>
        </w:tc>
        <w:tc>
          <w:tcPr>
            <w:tcW w:w="113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127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116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96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127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127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r>
      <w:tr w:rsidR="0033216C" w:rsidRPr="008C76D4" w:rsidTr="00C4222A">
        <w:trPr>
          <w:cantSplit/>
          <w:jc w:val="center"/>
        </w:trPr>
        <w:tc>
          <w:tcPr>
            <w:tcW w:w="255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1.a razred</w:t>
            </w:r>
          </w:p>
        </w:tc>
        <w:tc>
          <w:tcPr>
            <w:tcW w:w="113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w:t>
            </w:r>
          </w:p>
        </w:tc>
        <w:tc>
          <w:tcPr>
            <w:tcW w:w="127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w:t>
            </w:r>
          </w:p>
        </w:tc>
        <w:tc>
          <w:tcPr>
            <w:tcW w:w="116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1</w:t>
            </w:r>
          </w:p>
        </w:tc>
        <w:tc>
          <w:tcPr>
            <w:tcW w:w="96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41</w:t>
            </w:r>
          </w:p>
        </w:tc>
        <w:tc>
          <w:tcPr>
            <w:tcW w:w="127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2</w:t>
            </w:r>
          </w:p>
        </w:tc>
        <w:tc>
          <w:tcPr>
            <w:tcW w:w="127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2</w:t>
            </w:r>
          </w:p>
        </w:tc>
      </w:tr>
      <w:tr w:rsidR="0033216C" w:rsidRPr="008C76D4" w:rsidTr="00C4222A">
        <w:trPr>
          <w:cantSplit/>
          <w:jc w:val="center"/>
        </w:trPr>
        <w:tc>
          <w:tcPr>
            <w:tcW w:w="255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1.b razred</w:t>
            </w:r>
          </w:p>
        </w:tc>
        <w:tc>
          <w:tcPr>
            <w:tcW w:w="113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w:t>
            </w:r>
          </w:p>
        </w:tc>
        <w:tc>
          <w:tcPr>
            <w:tcW w:w="127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w:t>
            </w:r>
          </w:p>
        </w:tc>
        <w:tc>
          <w:tcPr>
            <w:tcW w:w="116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1</w:t>
            </w:r>
          </w:p>
        </w:tc>
        <w:tc>
          <w:tcPr>
            <w:tcW w:w="96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41</w:t>
            </w:r>
          </w:p>
        </w:tc>
        <w:tc>
          <w:tcPr>
            <w:tcW w:w="127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2</w:t>
            </w:r>
          </w:p>
        </w:tc>
        <w:tc>
          <w:tcPr>
            <w:tcW w:w="127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2</w:t>
            </w:r>
          </w:p>
        </w:tc>
      </w:tr>
      <w:tr w:rsidR="0033216C" w:rsidRPr="008C76D4" w:rsidTr="00C4222A">
        <w:trPr>
          <w:cantSplit/>
          <w:jc w:val="center"/>
        </w:trPr>
        <w:tc>
          <w:tcPr>
            <w:tcW w:w="255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2.a razred</w:t>
            </w:r>
          </w:p>
        </w:tc>
        <w:tc>
          <w:tcPr>
            <w:tcW w:w="113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1</w:t>
            </w:r>
          </w:p>
        </w:tc>
        <w:tc>
          <w:tcPr>
            <w:tcW w:w="127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56</w:t>
            </w:r>
          </w:p>
        </w:tc>
        <w:tc>
          <w:tcPr>
            <w:tcW w:w="116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w:t>
            </w:r>
          </w:p>
        </w:tc>
        <w:tc>
          <w:tcPr>
            <w:tcW w:w="96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w:t>
            </w:r>
          </w:p>
        </w:tc>
        <w:tc>
          <w:tcPr>
            <w:tcW w:w="127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2</w:t>
            </w:r>
          </w:p>
        </w:tc>
        <w:tc>
          <w:tcPr>
            <w:tcW w:w="127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3</w:t>
            </w:r>
          </w:p>
        </w:tc>
      </w:tr>
      <w:tr w:rsidR="0033216C" w:rsidRPr="008C76D4" w:rsidTr="00C4222A">
        <w:trPr>
          <w:cantSplit/>
          <w:jc w:val="center"/>
        </w:trPr>
        <w:tc>
          <w:tcPr>
            <w:tcW w:w="255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2.b razred</w:t>
            </w:r>
          </w:p>
        </w:tc>
        <w:tc>
          <w:tcPr>
            <w:tcW w:w="113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1</w:t>
            </w:r>
          </w:p>
        </w:tc>
        <w:tc>
          <w:tcPr>
            <w:tcW w:w="127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45</w:t>
            </w:r>
          </w:p>
        </w:tc>
        <w:tc>
          <w:tcPr>
            <w:tcW w:w="116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w:t>
            </w:r>
          </w:p>
        </w:tc>
        <w:tc>
          <w:tcPr>
            <w:tcW w:w="96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w:t>
            </w:r>
          </w:p>
        </w:tc>
        <w:tc>
          <w:tcPr>
            <w:tcW w:w="127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2</w:t>
            </w:r>
          </w:p>
        </w:tc>
        <w:tc>
          <w:tcPr>
            <w:tcW w:w="127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3</w:t>
            </w:r>
          </w:p>
        </w:tc>
      </w:tr>
      <w:tr w:rsidR="0033216C" w:rsidRPr="008C76D4" w:rsidTr="00C4222A">
        <w:trPr>
          <w:cantSplit/>
          <w:jc w:val="center"/>
        </w:trPr>
        <w:tc>
          <w:tcPr>
            <w:tcW w:w="255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3.a razred</w:t>
            </w:r>
          </w:p>
        </w:tc>
        <w:tc>
          <w:tcPr>
            <w:tcW w:w="113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1</w:t>
            </w:r>
          </w:p>
        </w:tc>
        <w:tc>
          <w:tcPr>
            <w:tcW w:w="127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45</w:t>
            </w:r>
          </w:p>
        </w:tc>
        <w:tc>
          <w:tcPr>
            <w:tcW w:w="116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w:t>
            </w:r>
          </w:p>
        </w:tc>
        <w:tc>
          <w:tcPr>
            <w:tcW w:w="96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w:t>
            </w:r>
          </w:p>
        </w:tc>
        <w:tc>
          <w:tcPr>
            <w:tcW w:w="127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2</w:t>
            </w:r>
          </w:p>
        </w:tc>
        <w:tc>
          <w:tcPr>
            <w:tcW w:w="127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2</w:t>
            </w:r>
          </w:p>
        </w:tc>
      </w:tr>
      <w:tr w:rsidR="0033216C" w:rsidRPr="008C76D4" w:rsidTr="00C4222A">
        <w:trPr>
          <w:cantSplit/>
          <w:jc w:val="center"/>
        </w:trPr>
        <w:tc>
          <w:tcPr>
            <w:tcW w:w="255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3.b razred</w:t>
            </w:r>
          </w:p>
        </w:tc>
        <w:tc>
          <w:tcPr>
            <w:tcW w:w="113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1</w:t>
            </w:r>
          </w:p>
        </w:tc>
        <w:tc>
          <w:tcPr>
            <w:tcW w:w="127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46</w:t>
            </w:r>
          </w:p>
        </w:tc>
        <w:tc>
          <w:tcPr>
            <w:tcW w:w="116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w:t>
            </w:r>
          </w:p>
        </w:tc>
        <w:tc>
          <w:tcPr>
            <w:tcW w:w="96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w:t>
            </w:r>
          </w:p>
        </w:tc>
        <w:tc>
          <w:tcPr>
            <w:tcW w:w="127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2</w:t>
            </w:r>
          </w:p>
        </w:tc>
        <w:tc>
          <w:tcPr>
            <w:tcW w:w="127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2</w:t>
            </w:r>
          </w:p>
        </w:tc>
      </w:tr>
      <w:tr w:rsidR="0033216C" w:rsidRPr="008C76D4" w:rsidTr="00C4222A">
        <w:trPr>
          <w:cantSplit/>
          <w:jc w:val="center"/>
        </w:trPr>
        <w:tc>
          <w:tcPr>
            <w:tcW w:w="255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4.a razred</w:t>
            </w:r>
          </w:p>
        </w:tc>
        <w:tc>
          <w:tcPr>
            <w:tcW w:w="113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1</w:t>
            </w:r>
          </w:p>
        </w:tc>
        <w:tc>
          <w:tcPr>
            <w:tcW w:w="127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45</w:t>
            </w:r>
          </w:p>
        </w:tc>
        <w:tc>
          <w:tcPr>
            <w:tcW w:w="116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w:t>
            </w:r>
          </w:p>
        </w:tc>
        <w:tc>
          <w:tcPr>
            <w:tcW w:w="96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w:t>
            </w:r>
          </w:p>
        </w:tc>
        <w:tc>
          <w:tcPr>
            <w:tcW w:w="127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2</w:t>
            </w:r>
          </w:p>
        </w:tc>
        <w:tc>
          <w:tcPr>
            <w:tcW w:w="127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2</w:t>
            </w:r>
          </w:p>
        </w:tc>
      </w:tr>
      <w:tr w:rsidR="0033216C" w:rsidRPr="008C76D4" w:rsidTr="00C4222A">
        <w:trPr>
          <w:cantSplit/>
          <w:jc w:val="center"/>
        </w:trPr>
        <w:tc>
          <w:tcPr>
            <w:tcW w:w="255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4.b razred</w:t>
            </w:r>
          </w:p>
        </w:tc>
        <w:tc>
          <w:tcPr>
            <w:tcW w:w="113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1</w:t>
            </w:r>
          </w:p>
        </w:tc>
        <w:tc>
          <w:tcPr>
            <w:tcW w:w="127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56</w:t>
            </w:r>
          </w:p>
        </w:tc>
        <w:tc>
          <w:tcPr>
            <w:tcW w:w="116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w:t>
            </w:r>
          </w:p>
        </w:tc>
        <w:tc>
          <w:tcPr>
            <w:tcW w:w="96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w:t>
            </w:r>
          </w:p>
        </w:tc>
        <w:tc>
          <w:tcPr>
            <w:tcW w:w="127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2</w:t>
            </w:r>
          </w:p>
        </w:tc>
        <w:tc>
          <w:tcPr>
            <w:tcW w:w="127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2</w:t>
            </w:r>
          </w:p>
        </w:tc>
      </w:tr>
      <w:tr w:rsidR="0033216C" w:rsidRPr="008C76D4" w:rsidTr="00C4222A">
        <w:trPr>
          <w:cantSplit/>
          <w:jc w:val="center"/>
        </w:trPr>
        <w:tc>
          <w:tcPr>
            <w:tcW w:w="255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ukupno</w:t>
            </w:r>
          </w:p>
        </w:tc>
        <w:tc>
          <w:tcPr>
            <w:tcW w:w="113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127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293</w:t>
            </w:r>
          </w:p>
        </w:tc>
        <w:tc>
          <w:tcPr>
            <w:tcW w:w="116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96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82</w:t>
            </w:r>
          </w:p>
        </w:tc>
        <w:tc>
          <w:tcPr>
            <w:tcW w:w="127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127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r>
      <w:tr w:rsidR="0033216C" w:rsidRPr="008C76D4" w:rsidTr="00C4222A">
        <w:trPr>
          <w:cantSplit/>
          <w:jc w:val="center"/>
        </w:trPr>
        <w:tc>
          <w:tcPr>
            <w:tcW w:w="255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PREDMETNA NASTAVA</w:t>
            </w:r>
          </w:p>
        </w:tc>
        <w:tc>
          <w:tcPr>
            <w:tcW w:w="113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127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116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96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127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127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r>
      <w:tr w:rsidR="0033216C" w:rsidRPr="008C76D4" w:rsidTr="00C4222A">
        <w:trPr>
          <w:cantSplit/>
          <w:jc w:val="center"/>
        </w:trPr>
        <w:tc>
          <w:tcPr>
            <w:tcW w:w="255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Likovna kultura/strani jezik</w:t>
            </w:r>
          </w:p>
        </w:tc>
        <w:tc>
          <w:tcPr>
            <w:tcW w:w="113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w:t>
            </w:r>
          </w:p>
        </w:tc>
        <w:tc>
          <w:tcPr>
            <w:tcW w:w="127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w:t>
            </w:r>
          </w:p>
        </w:tc>
        <w:tc>
          <w:tcPr>
            <w:tcW w:w="116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1</w:t>
            </w:r>
          </w:p>
        </w:tc>
        <w:tc>
          <w:tcPr>
            <w:tcW w:w="96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59</w:t>
            </w:r>
          </w:p>
        </w:tc>
        <w:tc>
          <w:tcPr>
            <w:tcW w:w="127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2</w:t>
            </w:r>
          </w:p>
        </w:tc>
        <w:tc>
          <w:tcPr>
            <w:tcW w:w="127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2</w:t>
            </w:r>
          </w:p>
        </w:tc>
      </w:tr>
      <w:tr w:rsidR="0033216C" w:rsidRPr="008C76D4" w:rsidTr="00C4222A">
        <w:trPr>
          <w:cantSplit/>
          <w:jc w:val="center"/>
        </w:trPr>
        <w:tc>
          <w:tcPr>
            <w:tcW w:w="255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6865A5" w:rsidP="0033216C">
            <w:pPr>
              <w:wordWrap w:val="0"/>
              <w:spacing w:after="20"/>
            </w:pPr>
            <w:r>
              <w:rPr>
                <w:sz w:val="19"/>
              </w:rPr>
              <w:t>Glazbena kultura/</w:t>
            </w:r>
            <w:r w:rsidR="0033216C">
              <w:rPr>
                <w:sz w:val="19"/>
              </w:rPr>
              <w:t>vjeronauk</w:t>
            </w:r>
          </w:p>
        </w:tc>
        <w:tc>
          <w:tcPr>
            <w:tcW w:w="113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1</w:t>
            </w:r>
          </w:p>
        </w:tc>
        <w:tc>
          <w:tcPr>
            <w:tcW w:w="127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53</w:t>
            </w:r>
          </w:p>
        </w:tc>
        <w:tc>
          <w:tcPr>
            <w:tcW w:w="116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w:t>
            </w:r>
          </w:p>
        </w:tc>
        <w:tc>
          <w:tcPr>
            <w:tcW w:w="96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w:t>
            </w:r>
          </w:p>
        </w:tc>
        <w:tc>
          <w:tcPr>
            <w:tcW w:w="127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2</w:t>
            </w:r>
          </w:p>
        </w:tc>
        <w:tc>
          <w:tcPr>
            <w:tcW w:w="127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2</w:t>
            </w:r>
          </w:p>
        </w:tc>
      </w:tr>
      <w:tr w:rsidR="0033216C" w:rsidRPr="008C76D4" w:rsidTr="00C4222A">
        <w:trPr>
          <w:cantSplit/>
          <w:jc w:val="center"/>
        </w:trPr>
        <w:tc>
          <w:tcPr>
            <w:tcW w:w="255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Hrvatski jezik/tehnička kultura</w:t>
            </w:r>
          </w:p>
        </w:tc>
        <w:tc>
          <w:tcPr>
            <w:tcW w:w="113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1</w:t>
            </w:r>
          </w:p>
        </w:tc>
        <w:tc>
          <w:tcPr>
            <w:tcW w:w="127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55</w:t>
            </w:r>
          </w:p>
        </w:tc>
        <w:tc>
          <w:tcPr>
            <w:tcW w:w="116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w:t>
            </w:r>
          </w:p>
        </w:tc>
        <w:tc>
          <w:tcPr>
            <w:tcW w:w="96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w:t>
            </w:r>
          </w:p>
        </w:tc>
        <w:tc>
          <w:tcPr>
            <w:tcW w:w="127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2</w:t>
            </w:r>
          </w:p>
        </w:tc>
        <w:tc>
          <w:tcPr>
            <w:tcW w:w="127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2</w:t>
            </w:r>
          </w:p>
        </w:tc>
      </w:tr>
      <w:tr w:rsidR="0033216C" w:rsidRPr="008C76D4" w:rsidTr="00C4222A">
        <w:trPr>
          <w:cantSplit/>
          <w:jc w:val="center"/>
        </w:trPr>
        <w:tc>
          <w:tcPr>
            <w:tcW w:w="255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Priroda i biologija/kemija</w:t>
            </w:r>
          </w:p>
        </w:tc>
        <w:tc>
          <w:tcPr>
            <w:tcW w:w="113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w:t>
            </w:r>
          </w:p>
        </w:tc>
        <w:tc>
          <w:tcPr>
            <w:tcW w:w="127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w:t>
            </w:r>
          </w:p>
        </w:tc>
        <w:tc>
          <w:tcPr>
            <w:tcW w:w="116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1</w:t>
            </w:r>
          </w:p>
        </w:tc>
        <w:tc>
          <w:tcPr>
            <w:tcW w:w="96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65</w:t>
            </w:r>
          </w:p>
        </w:tc>
        <w:tc>
          <w:tcPr>
            <w:tcW w:w="127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2</w:t>
            </w:r>
          </w:p>
        </w:tc>
        <w:tc>
          <w:tcPr>
            <w:tcW w:w="127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2</w:t>
            </w:r>
          </w:p>
        </w:tc>
      </w:tr>
      <w:tr w:rsidR="0033216C" w:rsidRPr="008C76D4" w:rsidTr="00C4222A">
        <w:trPr>
          <w:cantSplit/>
          <w:jc w:val="center"/>
        </w:trPr>
        <w:tc>
          <w:tcPr>
            <w:tcW w:w="255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Fizika</w:t>
            </w:r>
          </w:p>
        </w:tc>
        <w:tc>
          <w:tcPr>
            <w:tcW w:w="113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w:t>
            </w:r>
          </w:p>
        </w:tc>
        <w:tc>
          <w:tcPr>
            <w:tcW w:w="127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w:t>
            </w:r>
          </w:p>
        </w:tc>
        <w:tc>
          <w:tcPr>
            <w:tcW w:w="116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1</w:t>
            </w:r>
          </w:p>
        </w:tc>
        <w:tc>
          <w:tcPr>
            <w:tcW w:w="96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56</w:t>
            </w:r>
          </w:p>
        </w:tc>
        <w:tc>
          <w:tcPr>
            <w:tcW w:w="127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2</w:t>
            </w:r>
          </w:p>
        </w:tc>
        <w:tc>
          <w:tcPr>
            <w:tcW w:w="127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2</w:t>
            </w:r>
          </w:p>
        </w:tc>
      </w:tr>
      <w:tr w:rsidR="0033216C" w:rsidRPr="008C76D4" w:rsidTr="00C4222A">
        <w:trPr>
          <w:cantSplit/>
          <w:jc w:val="center"/>
        </w:trPr>
        <w:tc>
          <w:tcPr>
            <w:tcW w:w="255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Matematika</w:t>
            </w:r>
          </w:p>
        </w:tc>
        <w:tc>
          <w:tcPr>
            <w:tcW w:w="113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1</w:t>
            </w:r>
          </w:p>
        </w:tc>
        <w:tc>
          <w:tcPr>
            <w:tcW w:w="127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41</w:t>
            </w:r>
          </w:p>
        </w:tc>
        <w:tc>
          <w:tcPr>
            <w:tcW w:w="116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w:t>
            </w:r>
          </w:p>
        </w:tc>
        <w:tc>
          <w:tcPr>
            <w:tcW w:w="96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w:t>
            </w:r>
          </w:p>
        </w:tc>
        <w:tc>
          <w:tcPr>
            <w:tcW w:w="127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127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2</w:t>
            </w:r>
          </w:p>
        </w:tc>
      </w:tr>
      <w:tr w:rsidR="0033216C" w:rsidRPr="008C76D4" w:rsidTr="00C4222A">
        <w:trPr>
          <w:cantSplit/>
          <w:jc w:val="center"/>
        </w:trPr>
        <w:tc>
          <w:tcPr>
            <w:tcW w:w="255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Povijest/geografija</w:t>
            </w:r>
          </w:p>
        </w:tc>
        <w:tc>
          <w:tcPr>
            <w:tcW w:w="113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1</w:t>
            </w:r>
          </w:p>
        </w:tc>
        <w:tc>
          <w:tcPr>
            <w:tcW w:w="127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55</w:t>
            </w:r>
          </w:p>
        </w:tc>
        <w:tc>
          <w:tcPr>
            <w:tcW w:w="116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w:t>
            </w:r>
          </w:p>
        </w:tc>
        <w:tc>
          <w:tcPr>
            <w:tcW w:w="96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w:t>
            </w:r>
          </w:p>
        </w:tc>
        <w:tc>
          <w:tcPr>
            <w:tcW w:w="127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2</w:t>
            </w:r>
          </w:p>
        </w:tc>
        <w:tc>
          <w:tcPr>
            <w:tcW w:w="127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2</w:t>
            </w:r>
          </w:p>
        </w:tc>
      </w:tr>
      <w:tr w:rsidR="0033216C" w:rsidRPr="008C76D4" w:rsidTr="00C4222A">
        <w:trPr>
          <w:cantSplit/>
          <w:jc w:val="center"/>
        </w:trPr>
        <w:tc>
          <w:tcPr>
            <w:tcW w:w="255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Informatika</w:t>
            </w:r>
          </w:p>
        </w:tc>
        <w:tc>
          <w:tcPr>
            <w:tcW w:w="113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w:t>
            </w:r>
          </w:p>
        </w:tc>
        <w:tc>
          <w:tcPr>
            <w:tcW w:w="127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w:t>
            </w:r>
          </w:p>
        </w:tc>
        <w:tc>
          <w:tcPr>
            <w:tcW w:w="116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1</w:t>
            </w:r>
          </w:p>
        </w:tc>
        <w:tc>
          <w:tcPr>
            <w:tcW w:w="96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55</w:t>
            </w:r>
          </w:p>
        </w:tc>
        <w:tc>
          <w:tcPr>
            <w:tcW w:w="127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2</w:t>
            </w:r>
          </w:p>
        </w:tc>
        <w:tc>
          <w:tcPr>
            <w:tcW w:w="127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2</w:t>
            </w:r>
          </w:p>
        </w:tc>
      </w:tr>
      <w:tr w:rsidR="0033216C" w:rsidRPr="008C76D4" w:rsidTr="00C4222A">
        <w:trPr>
          <w:cantSplit/>
          <w:jc w:val="center"/>
        </w:trPr>
        <w:tc>
          <w:tcPr>
            <w:tcW w:w="255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Dvorana za TZK</w:t>
            </w:r>
          </w:p>
        </w:tc>
        <w:tc>
          <w:tcPr>
            <w:tcW w:w="113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127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116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1</w:t>
            </w:r>
          </w:p>
        </w:tc>
        <w:tc>
          <w:tcPr>
            <w:tcW w:w="96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727</w:t>
            </w:r>
          </w:p>
        </w:tc>
        <w:tc>
          <w:tcPr>
            <w:tcW w:w="127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3</w:t>
            </w:r>
          </w:p>
        </w:tc>
        <w:tc>
          <w:tcPr>
            <w:tcW w:w="127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2</w:t>
            </w:r>
          </w:p>
        </w:tc>
      </w:tr>
      <w:tr w:rsidR="0033216C" w:rsidRPr="008C76D4" w:rsidTr="00C4222A">
        <w:trPr>
          <w:cantSplit/>
          <w:jc w:val="center"/>
        </w:trPr>
        <w:tc>
          <w:tcPr>
            <w:tcW w:w="255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Produženi boravak</w:t>
            </w:r>
          </w:p>
        </w:tc>
        <w:tc>
          <w:tcPr>
            <w:tcW w:w="113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w:t>
            </w:r>
          </w:p>
        </w:tc>
        <w:tc>
          <w:tcPr>
            <w:tcW w:w="127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w:t>
            </w:r>
          </w:p>
        </w:tc>
        <w:tc>
          <w:tcPr>
            <w:tcW w:w="116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w:t>
            </w:r>
          </w:p>
        </w:tc>
        <w:tc>
          <w:tcPr>
            <w:tcW w:w="96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w:t>
            </w:r>
          </w:p>
        </w:tc>
        <w:tc>
          <w:tcPr>
            <w:tcW w:w="127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127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r>
      <w:tr w:rsidR="0033216C" w:rsidRPr="008C76D4" w:rsidTr="00C4222A">
        <w:trPr>
          <w:cantSplit/>
          <w:jc w:val="center"/>
        </w:trPr>
        <w:tc>
          <w:tcPr>
            <w:tcW w:w="255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Knjižnica</w:t>
            </w:r>
          </w:p>
        </w:tc>
        <w:tc>
          <w:tcPr>
            <w:tcW w:w="113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127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116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1</w:t>
            </w:r>
          </w:p>
        </w:tc>
        <w:tc>
          <w:tcPr>
            <w:tcW w:w="96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93,5</w:t>
            </w:r>
          </w:p>
        </w:tc>
        <w:tc>
          <w:tcPr>
            <w:tcW w:w="127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2</w:t>
            </w:r>
          </w:p>
        </w:tc>
        <w:tc>
          <w:tcPr>
            <w:tcW w:w="127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2</w:t>
            </w:r>
          </w:p>
        </w:tc>
      </w:tr>
      <w:tr w:rsidR="0033216C" w:rsidRPr="008C76D4" w:rsidTr="00C4222A">
        <w:trPr>
          <w:cantSplit/>
          <w:jc w:val="center"/>
        </w:trPr>
        <w:tc>
          <w:tcPr>
            <w:tcW w:w="255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Dvorana za priredbe</w:t>
            </w:r>
          </w:p>
        </w:tc>
        <w:tc>
          <w:tcPr>
            <w:tcW w:w="113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w:t>
            </w:r>
          </w:p>
        </w:tc>
        <w:tc>
          <w:tcPr>
            <w:tcW w:w="127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w:t>
            </w:r>
          </w:p>
        </w:tc>
        <w:tc>
          <w:tcPr>
            <w:tcW w:w="116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w:t>
            </w:r>
          </w:p>
        </w:tc>
        <w:tc>
          <w:tcPr>
            <w:tcW w:w="96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w:t>
            </w:r>
          </w:p>
        </w:tc>
        <w:tc>
          <w:tcPr>
            <w:tcW w:w="127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w:t>
            </w:r>
          </w:p>
        </w:tc>
        <w:tc>
          <w:tcPr>
            <w:tcW w:w="127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w:t>
            </w:r>
          </w:p>
        </w:tc>
      </w:tr>
      <w:tr w:rsidR="0033216C" w:rsidRPr="008C76D4" w:rsidTr="00C4222A">
        <w:trPr>
          <w:cantSplit/>
          <w:jc w:val="center"/>
        </w:trPr>
        <w:tc>
          <w:tcPr>
            <w:tcW w:w="255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Zbornica</w:t>
            </w:r>
          </w:p>
        </w:tc>
        <w:tc>
          <w:tcPr>
            <w:tcW w:w="113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1</w:t>
            </w:r>
          </w:p>
        </w:tc>
        <w:tc>
          <w:tcPr>
            <w:tcW w:w="127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43</w:t>
            </w:r>
          </w:p>
        </w:tc>
        <w:tc>
          <w:tcPr>
            <w:tcW w:w="116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1</w:t>
            </w:r>
          </w:p>
        </w:tc>
        <w:tc>
          <w:tcPr>
            <w:tcW w:w="96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w:t>
            </w:r>
          </w:p>
        </w:tc>
        <w:tc>
          <w:tcPr>
            <w:tcW w:w="127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w:t>
            </w:r>
          </w:p>
        </w:tc>
        <w:tc>
          <w:tcPr>
            <w:tcW w:w="127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w:t>
            </w:r>
          </w:p>
        </w:tc>
      </w:tr>
      <w:tr w:rsidR="0033216C" w:rsidRPr="008C76D4" w:rsidTr="00C4222A">
        <w:trPr>
          <w:cantSplit/>
          <w:jc w:val="center"/>
        </w:trPr>
        <w:tc>
          <w:tcPr>
            <w:tcW w:w="255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Uredi</w:t>
            </w:r>
          </w:p>
        </w:tc>
        <w:tc>
          <w:tcPr>
            <w:tcW w:w="113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3</w:t>
            </w:r>
          </w:p>
        </w:tc>
        <w:tc>
          <w:tcPr>
            <w:tcW w:w="127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18</w:t>
            </w:r>
          </w:p>
        </w:tc>
        <w:tc>
          <w:tcPr>
            <w:tcW w:w="116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w:t>
            </w:r>
          </w:p>
        </w:tc>
        <w:tc>
          <w:tcPr>
            <w:tcW w:w="96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w:t>
            </w:r>
          </w:p>
        </w:tc>
        <w:tc>
          <w:tcPr>
            <w:tcW w:w="127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w:t>
            </w:r>
          </w:p>
        </w:tc>
        <w:tc>
          <w:tcPr>
            <w:tcW w:w="127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w:t>
            </w:r>
          </w:p>
        </w:tc>
      </w:tr>
      <w:tr w:rsidR="0033216C" w:rsidRPr="008C76D4" w:rsidTr="00C4222A">
        <w:trPr>
          <w:cantSplit/>
          <w:jc w:val="center"/>
        </w:trPr>
        <w:tc>
          <w:tcPr>
            <w:tcW w:w="255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Ukupno</w:t>
            </w:r>
          </w:p>
        </w:tc>
        <w:tc>
          <w:tcPr>
            <w:tcW w:w="113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8</w:t>
            </w:r>
          </w:p>
        </w:tc>
        <w:tc>
          <w:tcPr>
            <w:tcW w:w="127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301</w:t>
            </w:r>
          </w:p>
        </w:tc>
        <w:tc>
          <w:tcPr>
            <w:tcW w:w="116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7</w:t>
            </w:r>
          </w:p>
        </w:tc>
        <w:tc>
          <w:tcPr>
            <w:tcW w:w="96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1055</w:t>
            </w:r>
          </w:p>
        </w:tc>
        <w:tc>
          <w:tcPr>
            <w:tcW w:w="127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w:t>
            </w:r>
          </w:p>
        </w:tc>
        <w:tc>
          <w:tcPr>
            <w:tcW w:w="127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w:t>
            </w:r>
          </w:p>
        </w:tc>
      </w:tr>
      <w:tr w:rsidR="0033216C" w:rsidRPr="008C76D4" w:rsidTr="00C4222A">
        <w:trPr>
          <w:cantSplit/>
          <w:jc w:val="center"/>
        </w:trPr>
        <w:tc>
          <w:tcPr>
            <w:tcW w:w="255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U K U P N O</w:t>
            </w:r>
          </w:p>
          <w:p w:rsidR="0033216C" w:rsidRPr="008C76D4" w:rsidRDefault="006865A5" w:rsidP="0033216C">
            <w:pPr>
              <w:wordWrap w:val="0"/>
              <w:spacing w:after="20"/>
            </w:pPr>
            <w:r>
              <w:rPr>
                <w:sz w:val="19"/>
              </w:rPr>
              <w:t xml:space="preserve">SVIH </w:t>
            </w:r>
            <w:r w:rsidR="0033216C">
              <w:rPr>
                <w:sz w:val="19"/>
              </w:rPr>
              <w:t>PROSTORIJA</w:t>
            </w:r>
          </w:p>
        </w:tc>
        <w:tc>
          <w:tcPr>
            <w:tcW w:w="113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127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594</w:t>
            </w:r>
          </w:p>
        </w:tc>
        <w:tc>
          <w:tcPr>
            <w:tcW w:w="116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96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1137</w:t>
            </w:r>
          </w:p>
        </w:tc>
        <w:tc>
          <w:tcPr>
            <w:tcW w:w="127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2</w:t>
            </w:r>
          </w:p>
        </w:tc>
        <w:tc>
          <w:tcPr>
            <w:tcW w:w="127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9"/>
              </w:rPr>
              <w:t>2</w:t>
            </w:r>
          </w:p>
        </w:tc>
      </w:tr>
    </w:tbl>
    <w:p w:rsidR="00C4222A" w:rsidRDefault="00C4222A"/>
    <w:p w:rsidR="00CD5307" w:rsidRDefault="0033216C">
      <w:r>
        <w:lastRenderedPageBreak/>
        <w:t>Oznaka stanja opremljenosti do 50</w:t>
      </w:r>
      <w:proofErr w:type="gramStart"/>
      <w:r>
        <w:t>%..</w:t>
      </w:r>
      <w:proofErr w:type="gramEnd"/>
      <w:r>
        <w:t>1, od 51-70%..2, od 71-100%.3</w:t>
      </w:r>
    </w:p>
    <w:p w:rsidR="00CD5307" w:rsidRDefault="0033216C">
      <w:r>
        <w:t>Okoliš škole je uredan i primjeren za odgojno – obrazovnu ustanovu.</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96"/>
        <w:gridCol w:w="2126"/>
        <w:gridCol w:w="3117"/>
      </w:tblGrid>
      <w:tr w:rsidR="0033216C" w:rsidRPr="008C76D4" w:rsidTr="00C4222A">
        <w:trPr>
          <w:cantSplit/>
          <w:tblHeader/>
          <w:jc w:val="center"/>
        </w:trPr>
        <w:tc>
          <w:tcPr>
            <w:tcW w:w="4396"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33216C" w:rsidRPr="008C76D4" w:rsidRDefault="0033216C" w:rsidP="0033216C">
            <w:pPr>
              <w:keepNext/>
              <w:wordWrap w:val="0"/>
              <w:spacing w:after="20"/>
            </w:pPr>
            <w:r>
              <w:rPr>
                <w:b/>
                <w:sz w:val="21"/>
              </w:rPr>
              <w:t>Naziv površine</w:t>
            </w:r>
          </w:p>
        </w:tc>
        <w:tc>
          <w:tcPr>
            <w:tcW w:w="2126"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33216C" w:rsidRPr="008C76D4" w:rsidRDefault="0033216C" w:rsidP="0033216C">
            <w:pPr>
              <w:keepNext/>
              <w:wordWrap w:val="0"/>
              <w:spacing w:after="20"/>
            </w:pPr>
            <w:r>
              <w:rPr>
                <w:b/>
                <w:sz w:val="21"/>
              </w:rPr>
              <w:t>Veličina u m2</w:t>
            </w:r>
          </w:p>
        </w:tc>
        <w:tc>
          <w:tcPr>
            <w:tcW w:w="3117"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33216C" w:rsidRPr="008C76D4" w:rsidRDefault="0033216C" w:rsidP="0033216C">
            <w:pPr>
              <w:keepNext/>
              <w:wordWrap w:val="0"/>
              <w:spacing w:after="20"/>
            </w:pPr>
            <w:r>
              <w:rPr>
                <w:b/>
                <w:sz w:val="21"/>
              </w:rPr>
              <w:t>Ocjena stanja</w:t>
            </w:r>
          </w:p>
        </w:tc>
      </w:tr>
      <w:tr w:rsidR="0033216C" w:rsidRPr="008C76D4" w:rsidTr="00C4222A">
        <w:trPr>
          <w:cantSplit/>
          <w:jc w:val="center"/>
        </w:trPr>
        <w:tc>
          <w:tcPr>
            <w:tcW w:w="439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1. Sportsko nogometno igralište</w:t>
            </w:r>
          </w:p>
        </w:tc>
        <w:tc>
          <w:tcPr>
            <w:tcW w:w="212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800</w:t>
            </w:r>
          </w:p>
        </w:tc>
        <w:tc>
          <w:tcPr>
            <w:tcW w:w="311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dobro</w:t>
            </w:r>
          </w:p>
        </w:tc>
      </w:tr>
      <w:tr w:rsidR="0033216C" w:rsidRPr="008C76D4" w:rsidTr="00C4222A">
        <w:trPr>
          <w:cantSplit/>
          <w:jc w:val="center"/>
        </w:trPr>
        <w:tc>
          <w:tcPr>
            <w:tcW w:w="439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2. Sportsko igralište za graničar</w:t>
            </w:r>
          </w:p>
        </w:tc>
        <w:tc>
          <w:tcPr>
            <w:tcW w:w="212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153</w:t>
            </w:r>
          </w:p>
        </w:tc>
        <w:tc>
          <w:tcPr>
            <w:tcW w:w="311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dobro</w:t>
            </w:r>
          </w:p>
        </w:tc>
      </w:tr>
      <w:tr w:rsidR="0033216C" w:rsidRPr="008C76D4" w:rsidTr="00C4222A">
        <w:trPr>
          <w:cantSplit/>
          <w:jc w:val="center"/>
        </w:trPr>
        <w:tc>
          <w:tcPr>
            <w:tcW w:w="439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3. Zelene površine za igru</w:t>
            </w:r>
          </w:p>
        </w:tc>
        <w:tc>
          <w:tcPr>
            <w:tcW w:w="212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900</w:t>
            </w:r>
          </w:p>
        </w:tc>
        <w:tc>
          <w:tcPr>
            <w:tcW w:w="311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dobro</w:t>
            </w:r>
          </w:p>
        </w:tc>
      </w:tr>
      <w:tr w:rsidR="0033216C" w:rsidRPr="008C76D4" w:rsidTr="00C4222A">
        <w:trPr>
          <w:cantSplit/>
          <w:jc w:val="center"/>
        </w:trPr>
        <w:tc>
          <w:tcPr>
            <w:tcW w:w="439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4. Školski park</w:t>
            </w:r>
          </w:p>
        </w:tc>
        <w:tc>
          <w:tcPr>
            <w:tcW w:w="212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5.171</w:t>
            </w:r>
          </w:p>
        </w:tc>
        <w:tc>
          <w:tcPr>
            <w:tcW w:w="311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dobro</w:t>
            </w:r>
          </w:p>
        </w:tc>
      </w:tr>
      <w:tr w:rsidR="0033216C" w:rsidRPr="008C76D4" w:rsidTr="00C4222A">
        <w:trPr>
          <w:cantSplit/>
          <w:jc w:val="center"/>
        </w:trPr>
        <w:tc>
          <w:tcPr>
            <w:tcW w:w="439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5. Cvjetne gredice</w:t>
            </w:r>
          </w:p>
        </w:tc>
        <w:tc>
          <w:tcPr>
            <w:tcW w:w="212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12</w:t>
            </w:r>
          </w:p>
        </w:tc>
        <w:tc>
          <w:tcPr>
            <w:tcW w:w="311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dobro, redovito uređuju učenici</w:t>
            </w:r>
          </w:p>
        </w:tc>
      </w:tr>
      <w:tr w:rsidR="0033216C" w:rsidRPr="008C76D4" w:rsidTr="00C4222A">
        <w:trPr>
          <w:cantSplit/>
          <w:jc w:val="center"/>
        </w:trPr>
        <w:tc>
          <w:tcPr>
            <w:tcW w:w="439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7. Parkiralište, staze i prilazi</w:t>
            </w:r>
          </w:p>
        </w:tc>
        <w:tc>
          <w:tcPr>
            <w:tcW w:w="212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596</w:t>
            </w:r>
          </w:p>
        </w:tc>
        <w:tc>
          <w:tcPr>
            <w:tcW w:w="311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uređeno</w:t>
            </w:r>
          </w:p>
        </w:tc>
      </w:tr>
      <w:tr w:rsidR="0033216C" w:rsidRPr="008C76D4" w:rsidTr="00C4222A">
        <w:trPr>
          <w:cantSplit/>
          <w:jc w:val="center"/>
        </w:trPr>
        <w:tc>
          <w:tcPr>
            <w:tcW w:w="439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8. Vanjska učionica</w:t>
            </w:r>
          </w:p>
        </w:tc>
        <w:tc>
          <w:tcPr>
            <w:tcW w:w="212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44</w:t>
            </w:r>
          </w:p>
        </w:tc>
        <w:tc>
          <w:tcPr>
            <w:tcW w:w="311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dobro</w:t>
            </w:r>
          </w:p>
        </w:tc>
      </w:tr>
      <w:tr w:rsidR="0033216C" w:rsidRPr="008C76D4" w:rsidTr="00C4222A">
        <w:trPr>
          <w:cantSplit/>
          <w:jc w:val="center"/>
        </w:trPr>
        <w:tc>
          <w:tcPr>
            <w:tcW w:w="439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9. Autobusno okretište</w:t>
            </w:r>
          </w:p>
        </w:tc>
        <w:tc>
          <w:tcPr>
            <w:tcW w:w="212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1.575</w:t>
            </w:r>
          </w:p>
        </w:tc>
        <w:tc>
          <w:tcPr>
            <w:tcW w:w="311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dobro</w:t>
            </w:r>
          </w:p>
        </w:tc>
      </w:tr>
      <w:tr w:rsidR="0033216C" w:rsidRPr="008C76D4" w:rsidTr="00C4222A">
        <w:trPr>
          <w:cantSplit/>
          <w:jc w:val="center"/>
        </w:trPr>
        <w:tc>
          <w:tcPr>
            <w:tcW w:w="439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U K U P N O</w:t>
            </w:r>
          </w:p>
        </w:tc>
        <w:tc>
          <w:tcPr>
            <w:tcW w:w="212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9251</w:t>
            </w:r>
          </w:p>
        </w:tc>
        <w:tc>
          <w:tcPr>
            <w:tcW w:w="311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r>
    </w:tbl>
    <w:p w:rsidR="00CD5307" w:rsidRDefault="0033216C">
      <w:r>
        <w:t>Nastavna sredstva i pomagala su kvalitativno i kvantitativno u dobrom stanju te se redovito obnavljaju i osuvremenjuju iz različitih financijskih izvora (MZO, Osnivač, vlastita sredstva i donacije).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55"/>
        <w:gridCol w:w="5784"/>
      </w:tblGrid>
      <w:tr w:rsidR="0033216C" w:rsidRPr="008C76D4" w:rsidTr="0033216C">
        <w:trPr>
          <w:cantSplit/>
          <w:tblHeader/>
          <w:jc w:val="center"/>
        </w:trPr>
        <w:tc>
          <w:tcPr>
            <w:tcW w:w="3855"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33216C" w:rsidRPr="008C76D4" w:rsidRDefault="0033216C" w:rsidP="0033216C">
            <w:pPr>
              <w:keepNext/>
              <w:wordWrap w:val="0"/>
              <w:spacing w:after="20"/>
            </w:pPr>
            <w:r>
              <w:rPr>
                <w:b/>
                <w:sz w:val="21"/>
              </w:rPr>
              <w:t>NASTAVNA SREDSTVA I POMAGALA</w:t>
            </w:r>
          </w:p>
        </w:tc>
        <w:tc>
          <w:tcPr>
            <w:tcW w:w="5783"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33216C" w:rsidRPr="008C76D4" w:rsidRDefault="0033216C" w:rsidP="0033216C">
            <w:pPr>
              <w:keepNext/>
              <w:wordWrap w:val="0"/>
              <w:spacing w:after="20"/>
            </w:pPr>
            <w:r>
              <w:rPr>
                <w:b/>
                <w:sz w:val="21"/>
              </w:rPr>
              <w:t>STANJE</w:t>
            </w:r>
          </w:p>
        </w:tc>
      </w:tr>
      <w:tr w:rsidR="0033216C" w:rsidRPr="008C76D4" w:rsidTr="0033216C">
        <w:trPr>
          <w:cantSplit/>
          <w:jc w:val="center"/>
        </w:trPr>
        <w:tc>
          <w:tcPr>
            <w:tcW w:w="38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6865A5" w:rsidRDefault="0033216C" w:rsidP="0033216C">
            <w:pPr>
              <w:wordWrap w:val="0"/>
              <w:spacing w:after="20"/>
              <w:rPr>
                <w:b/>
              </w:rPr>
            </w:pPr>
            <w:r w:rsidRPr="006865A5">
              <w:rPr>
                <w:b/>
                <w:sz w:val="21"/>
              </w:rPr>
              <w:t>Audiooprema:</w:t>
            </w:r>
          </w:p>
        </w:tc>
        <w:tc>
          <w:tcPr>
            <w:tcW w:w="57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r>
      <w:tr w:rsidR="0033216C" w:rsidRPr="008C76D4" w:rsidTr="0033216C">
        <w:trPr>
          <w:cantSplit/>
          <w:jc w:val="center"/>
        </w:trPr>
        <w:tc>
          <w:tcPr>
            <w:tcW w:w="38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CD-playeri</w:t>
            </w:r>
          </w:p>
        </w:tc>
        <w:tc>
          <w:tcPr>
            <w:tcW w:w="57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5</w:t>
            </w:r>
          </w:p>
        </w:tc>
      </w:tr>
      <w:tr w:rsidR="0033216C" w:rsidRPr="008C76D4" w:rsidTr="0033216C">
        <w:trPr>
          <w:cantSplit/>
          <w:jc w:val="center"/>
        </w:trPr>
        <w:tc>
          <w:tcPr>
            <w:tcW w:w="38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roofErr w:type="gramStart"/>
            <w:r>
              <w:rPr>
                <w:sz w:val="21"/>
              </w:rPr>
              <w:t>pojačala,mikrofon</w:t>
            </w:r>
            <w:proofErr w:type="gramEnd"/>
          </w:p>
        </w:tc>
        <w:tc>
          <w:tcPr>
            <w:tcW w:w="57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5</w:t>
            </w:r>
          </w:p>
        </w:tc>
      </w:tr>
      <w:tr w:rsidR="0033216C" w:rsidRPr="008C76D4" w:rsidTr="0033216C">
        <w:trPr>
          <w:cantSplit/>
          <w:jc w:val="center"/>
        </w:trPr>
        <w:tc>
          <w:tcPr>
            <w:tcW w:w="38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6865A5" w:rsidRDefault="006865A5" w:rsidP="0033216C">
            <w:pPr>
              <w:wordWrap w:val="0"/>
              <w:spacing w:after="20"/>
              <w:rPr>
                <w:b/>
              </w:rPr>
            </w:pPr>
            <w:r>
              <w:rPr>
                <w:b/>
                <w:sz w:val="21"/>
              </w:rPr>
              <w:t>Video</w:t>
            </w:r>
            <w:r w:rsidR="0033216C" w:rsidRPr="006865A5">
              <w:rPr>
                <w:b/>
                <w:sz w:val="21"/>
              </w:rPr>
              <w:t xml:space="preserve"> i foto</w:t>
            </w:r>
            <w:r>
              <w:rPr>
                <w:b/>
                <w:sz w:val="21"/>
              </w:rPr>
              <w:t>-</w:t>
            </w:r>
            <w:r w:rsidR="0033216C" w:rsidRPr="006865A5">
              <w:rPr>
                <w:b/>
                <w:sz w:val="21"/>
              </w:rPr>
              <w:t>oprema:</w:t>
            </w:r>
          </w:p>
        </w:tc>
        <w:tc>
          <w:tcPr>
            <w:tcW w:w="57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r>
      <w:tr w:rsidR="0033216C" w:rsidRPr="008C76D4" w:rsidTr="0033216C">
        <w:trPr>
          <w:cantSplit/>
          <w:jc w:val="center"/>
        </w:trPr>
        <w:tc>
          <w:tcPr>
            <w:tcW w:w="38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TV-prijemnici</w:t>
            </w:r>
          </w:p>
        </w:tc>
        <w:tc>
          <w:tcPr>
            <w:tcW w:w="57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7</w:t>
            </w:r>
          </w:p>
        </w:tc>
      </w:tr>
      <w:tr w:rsidR="0033216C" w:rsidRPr="008C76D4" w:rsidTr="0033216C">
        <w:trPr>
          <w:cantSplit/>
          <w:jc w:val="center"/>
        </w:trPr>
        <w:tc>
          <w:tcPr>
            <w:tcW w:w="38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video uređaj</w:t>
            </w:r>
          </w:p>
        </w:tc>
        <w:tc>
          <w:tcPr>
            <w:tcW w:w="57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1</w:t>
            </w:r>
          </w:p>
        </w:tc>
      </w:tr>
      <w:tr w:rsidR="0033216C" w:rsidRPr="008C76D4" w:rsidTr="0033216C">
        <w:trPr>
          <w:cantSplit/>
          <w:jc w:val="center"/>
        </w:trPr>
        <w:tc>
          <w:tcPr>
            <w:tcW w:w="38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DVD uređaji</w:t>
            </w:r>
          </w:p>
        </w:tc>
        <w:tc>
          <w:tcPr>
            <w:tcW w:w="57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3</w:t>
            </w:r>
          </w:p>
        </w:tc>
      </w:tr>
      <w:tr w:rsidR="0033216C" w:rsidRPr="008C76D4" w:rsidTr="0033216C">
        <w:trPr>
          <w:cantSplit/>
          <w:jc w:val="center"/>
        </w:trPr>
        <w:tc>
          <w:tcPr>
            <w:tcW w:w="38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fotoaparati</w:t>
            </w:r>
          </w:p>
        </w:tc>
        <w:tc>
          <w:tcPr>
            <w:tcW w:w="57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5</w:t>
            </w:r>
          </w:p>
        </w:tc>
      </w:tr>
      <w:tr w:rsidR="0033216C" w:rsidRPr="008C76D4" w:rsidTr="0033216C">
        <w:trPr>
          <w:cantSplit/>
          <w:jc w:val="center"/>
        </w:trPr>
        <w:tc>
          <w:tcPr>
            <w:tcW w:w="38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diktafon</w:t>
            </w:r>
          </w:p>
        </w:tc>
        <w:tc>
          <w:tcPr>
            <w:tcW w:w="57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1</w:t>
            </w:r>
          </w:p>
        </w:tc>
      </w:tr>
      <w:tr w:rsidR="0033216C" w:rsidRPr="008C76D4" w:rsidTr="0033216C">
        <w:trPr>
          <w:cantSplit/>
          <w:jc w:val="center"/>
        </w:trPr>
        <w:tc>
          <w:tcPr>
            <w:tcW w:w="38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6865A5" w:rsidRDefault="0033216C" w:rsidP="0033216C">
            <w:pPr>
              <w:wordWrap w:val="0"/>
              <w:spacing w:after="20"/>
              <w:rPr>
                <w:b/>
              </w:rPr>
            </w:pPr>
            <w:r w:rsidRPr="006865A5">
              <w:rPr>
                <w:b/>
                <w:sz w:val="21"/>
              </w:rPr>
              <w:t>Informatička oprema:</w:t>
            </w:r>
          </w:p>
        </w:tc>
        <w:tc>
          <w:tcPr>
            <w:tcW w:w="57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r>
      <w:tr w:rsidR="0033216C" w:rsidRPr="008C76D4" w:rsidTr="0033216C">
        <w:trPr>
          <w:cantSplit/>
          <w:jc w:val="center"/>
        </w:trPr>
        <w:tc>
          <w:tcPr>
            <w:tcW w:w="38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stolna računala</w:t>
            </w:r>
          </w:p>
        </w:tc>
        <w:tc>
          <w:tcPr>
            <w:tcW w:w="57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15</w:t>
            </w:r>
          </w:p>
        </w:tc>
      </w:tr>
      <w:tr w:rsidR="0033216C" w:rsidRPr="008C76D4" w:rsidTr="0033216C">
        <w:trPr>
          <w:cantSplit/>
          <w:jc w:val="center"/>
        </w:trPr>
        <w:tc>
          <w:tcPr>
            <w:tcW w:w="38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pametna ploča</w:t>
            </w:r>
          </w:p>
        </w:tc>
        <w:tc>
          <w:tcPr>
            <w:tcW w:w="57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4</w:t>
            </w:r>
          </w:p>
        </w:tc>
      </w:tr>
      <w:tr w:rsidR="0033216C" w:rsidRPr="008C76D4" w:rsidTr="0033216C">
        <w:trPr>
          <w:cantSplit/>
          <w:jc w:val="center"/>
        </w:trPr>
        <w:tc>
          <w:tcPr>
            <w:tcW w:w="38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tableti</w:t>
            </w:r>
          </w:p>
        </w:tc>
        <w:tc>
          <w:tcPr>
            <w:tcW w:w="57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50</w:t>
            </w:r>
          </w:p>
        </w:tc>
      </w:tr>
      <w:tr w:rsidR="0033216C" w:rsidRPr="008C76D4" w:rsidTr="0033216C">
        <w:trPr>
          <w:cantSplit/>
          <w:jc w:val="center"/>
        </w:trPr>
        <w:tc>
          <w:tcPr>
            <w:tcW w:w="38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laptop</w:t>
            </w:r>
          </w:p>
        </w:tc>
        <w:tc>
          <w:tcPr>
            <w:tcW w:w="57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60</w:t>
            </w:r>
          </w:p>
        </w:tc>
      </w:tr>
      <w:tr w:rsidR="0033216C" w:rsidRPr="008C76D4" w:rsidTr="0033216C">
        <w:trPr>
          <w:cantSplit/>
          <w:jc w:val="center"/>
        </w:trPr>
        <w:tc>
          <w:tcPr>
            <w:tcW w:w="38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projektor uz računalo</w:t>
            </w:r>
          </w:p>
        </w:tc>
        <w:tc>
          <w:tcPr>
            <w:tcW w:w="57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17</w:t>
            </w:r>
          </w:p>
        </w:tc>
      </w:tr>
      <w:tr w:rsidR="0033216C" w:rsidRPr="008C76D4" w:rsidTr="0033216C">
        <w:trPr>
          <w:cantSplit/>
          <w:jc w:val="center"/>
        </w:trPr>
        <w:tc>
          <w:tcPr>
            <w:tcW w:w="38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pisač</w:t>
            </w:r>
          </w:p>
        </w:tc>
        <w:tc>
          <w:tcPr>
            <w:tcW w:w="57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6</w:t>
            </w:r>
          </w:p>
        </w:tc>
      </w:tr>
      <w:tr w:rsidR="0033216C" w:rsidRPr="008C76D4" w:rsidTr="0033216C">
        <w:trPr>
          <w:cantSplit/>
          <w:jc w:val="center"/>
        </w:trPr>
        <w:tc>
          <w:tcPr>
            <w:tcW w:w="38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6865A5" w:rsidRDefault="0033216C" w:rsidP="0033216C">
            <w:pPr>
              <w:wordWrap w:val="0"/>
              <w:spacing w:after="20"/>
              <w:rPr>
                <w:b/>
              </w:rPr>
            </w:pPr>
            <w:r w:rsidRPr="006865A5">
              <w:rPr>
                <w:b/>
                <w:sz w:val="21"/>
              </w:rPr>
              <w:t>Ostala oprema:</w:t>
            </w:r>
          </w:p>
        </w:tc>
        <w:tc>
          <w:tcPr>
            <w:tcW w:w="57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r>
      <w:tr w:rsidR="0033216C" w:rsidRPr="008C76D4" w:rsidTr="0033216C">
        <w:trPr>
          <w:cantSplit/>
          <w:jc w:val="center"/>
        </w:trPr>
        <w:tc>
          <w:tcPr>
            <w:tcW w:w="38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geografske i povijesne karte</w:t>
            </w:r>
          </w:p>
        </w:tc>
        <w:tc>
          <w:tcPr>
            <w:tcW w:w="57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33</w:t>
            </w:r>
          </w:p>
        </w:tc>
      </w:tr>
      <w:tr w:rsidR="0033216C" w:rsidRPr="008C76D4" w:rsidTr="0033216C">
        <w:trPr>
          <w:cantSplit/>
          <w:jc w:val="center"/>
        </w:trPr>
        <w:tc>
          <w:tcPr>
            <w:tcW w:w="38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kompas</w:t>
            </w:r>
          </w:p>
        </w:tc>
        <w:tc>
          <w:tcPr>
            <w:tcW w:w="57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10</w:t>
            </w:r>
          </w:p>
        </w:tc>
      </w:tr>
      <w:tr w:rsidR="0033216C" w:rsidRPr="008C76D4" w:rsidTr="0033216C">
        <w:trPr>
          <w:cantSplit/>
          <w:jc w:val="center"/>
        </w:trPr>
        <w:tc>
          <w:tcPr>
            <w:tcW w:w="38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globus</w:t>
            </w:r>
          </w:p>
        </w:tc>
        <w:tc>
          <w:tcPr>
            <w:tcW w:w="57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2</w:t>
            </w:r>
          </w:p>
        </w:tc>
      </w:tr>
      <w:tr w:rsidR="0033216C" w:rsidRPr="008C76D4" w:rsidTr="0033216C">
        <w:trPr>
          <w:cantSplit/>
          <w:jc w:val="center"/>
        </w:trPr>
        <w:tc>
          <w:tcPr>
            <w:tcW w:w="38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mikroskop</w:t>
            </w:r>
          </w:p>
        </w:tc>
        <w:tc>
          <w:tcPr>
            <w:tcW w:w="57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15</w:t>
            </w:r>
          </w:p>
        </w:tc>
      </w:tr>
      <w:tr w:rsidR="0033216C" w:rsidRPr="008C76D4" w:rsidTr="0033216C">
        <w:trPr>
          <w:cantSplit/>
          <w:jc w:val="center"/>
        </w:trPr>
        <w:tc>
          <w:tcPr>
            <w:tcW w:w="38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strojevi za obradu drva</w:t>
            </w:r>
          </w:p>
        </w:tc>
        <w:tc>
          <w:tcPr>
            <w:tcW w:w="57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6</w:t>
            </w:r>
          </w:p>
        </w:tc>
      </w:tr>
      <w:tr w:rsidR="0033216C" w:rsidRPr="008C76D4" w:rsidTr="0033216C">
        <w:trPr>
          <w:cantSplit/>
          <w:jc w:val="center"/>
        </w:trPr>
        <w:tc>
          <w:tcPr>
            <w:tcW w:w="38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šivaća mašina</w:t>
            </w:r>
          </w:p>
        </w:tc>
        <w:tc>
          <w:tcPr>
            <w:tcW w:w="57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2</w:t>
            </w:r>
          </w:p>
        </w:tc>
      </w:tr>
      <w:tr w:rsidR="0033216C" w:rsidRPr="008C76D4" w:rsidTr="0033216C">
        <w:trPr>
          <w:cantSplit/>
          <w:jc w:val="center"/>
        </w:trPr>
        <w:tc>
          <w:tcPr>
            <w:tcW w:w="38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lastRenderedPageBreak/>
              <w:t>peć za keramiku</w:t>
            </w:r>
          </w:p>
        </w:tc>
        <w:tc>
          <w:tcPr>
            <w:tcW w:w="57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1</w:t>
            </w:r>
          </w:p>
        </w:tc>
      </w:tr>
      <w:tr w:rsidR="0033216C" w:rsidRPr="008C76D4" w:rsidTr="0033216C">
        <w:trPr>
          <w:cantSplit/>
          <w:jc w:val="center"/>
        </w:trPr>
        <w:tc>
          <w:tcPr>
            <w:tcW w:w="38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interaktivna ploča</w:t>
            </w:r>
          </w:p>
        </w:tc>
        <w:tc>
          <w:tcPr>
            <w:tcW w:w="57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1</w:t>
            </w:r>
          </w:p>
        </w:tc>
      </w:tr>
      <w:tr w:rsidR="0033216C" w:rsidRPr="008C76D4" w:rsidTr="0033216C">
        <w:trPr>
          <w:cantSplit/>
          <w:jc w:val="center"/>
        </w:trPr>
        <w:tc>
          <w:tcPr>
            <w:tcW w:w="38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3D printer</w:t>
            </w:r>
          </w:p>
        </w:tc>
        <w:tc>
          <w:tcPr>
            <w:tcW w:w="57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1</w:t>
            </w:r>
          </w:p>
        </w:tc>
      </w:tr>
      <w:tr w:rsidR="0033216C" w:rsidRPr="008C76D4" w:rsidTr="0033216C">
        <w:trPr>
          <w:cantSplit/>
          <w:jc w:val="center"/>
        </w:trPr>
        <w:tc>
          <w:tcPr>
            <w:tcW w:w="38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3D olovka</w:t>
            </w:r>
          </w:p>
        </w:tc>
        <w:tc>
          <w:tcPr>
            <w:tcW w:w="57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10</w:t>
            </w:r>
          </w:p>
        </w:tc>
      </w:tr>
      <w:tr w:rsidR="0033216C" w:rsidRPr="008C76D4" w:rsidTr="0033216C">
        <w:trPr>
          <w:cantSplit/>
          <w:jc w:val="center"/>
        </w:trPr>
        <w:tc>
          <w:tcPr>
            <w:tcW w:w="38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edukativni robot</w:t>
            </w:r>
          </w:p>
        </w:tc>
        <w:tc>
          <w:tcPr>
            <w:tcW w:w="57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5</w:t>
            </w:r>
          </w:p>
        </w:tc>
      </w:tr>
      <w:tr w:rsidR="0033216C" w:rsidRPr="008C76D4" w:rsidTr="0033216C">
        <w:trPr>
          <w:cantSplit/>
          <w:jc w:val="center"/>
        </w:trPr>
        <w:tc>
          <w:tcPr>
            <w:tcW w:w="38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dron</w:t>
            </w:r>
          </w:p>
        </w:tc>
        <w:tc>
          <w:tcPr>
            <w:tcW w:w="57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1</w:t>
            </w:r>
          </w:p>
        </w:tc>
      </w:tr>
    </w:tbl>
    <w:p w:rsidR="00CD5307" w:rsidRDefault="0033216C">
      <w:r>
        <w:t>Planom obnove i adaptacije planira se dogradnja škole, pogotovo dijela školske zgrade koja je dotrajala i manjkava da bi se poboljšala efikasnost odgojno obrazovnih procesa i materijalnih uvjeta rada i poučavanja.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7"/>
        <w:gridCol w:w="3118"/>
        <w:gridCol w:w="2834"/>
      </w:tblGrid>
      <w:tr w:rsidR="0033216C" w:rsidRPr="008C76D4" w:rsidTr="009535DC">
        <w:trPr>
          <w:cantSplit/>
          <w:tblHeader/>
          <w:jc w:val="center"/>
        </w:trPr>
        <w:tc>
          <w:tcPr>
            <w:tcW w:w="3687"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33216C" w:rsidRPr="008C76D4" w:rsidRDefault="0033216C" w:rsidP="0033216C">
            <w:pPr>
              <w:keepNext/>
              <w:wordWrap w:val="0"/>
              <w:spacing w:after="20"/>
            </w:pPr>
            <w:r>
              <w:rPr>
                <w:b/>
                <w:sz w:val="21"/>
              </w:rPr>
              <w:t>Što se planira preuređivati ili obnavljati</w:t>
            </w:r>
          </w:p>
        </w:tc>
        <w:tc>
          <w:tcPr>
            <w:tcW w:w="3118"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33216C" w:rsidRPr="008C76D4" w:rsidRDefault="0033216C" w:rsidP="0033216C">
            <w:pPr>
              <w:keepNext/>
              <w:wordWrap w:val="0"/>
              <w:spacing w:after="20"/>
            </w:pPr>
            <w:r>
              <w:rPr>
                <w:b/>
                <w:sz w:val="21"/>
              </w:rPr>
              <w:t>Veličina</w:t>
            </w:r>
          </w:p>
        </w:tc>
        <w:tc>
          <w:tcPr>
            <w:tcW w:w="2834"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33216C" w:rsidRPr="008C76D4" w:rsidRDefault="0033216C" w:rsidP="0033216C">
            <w:pPr>
              <w:keepNext/>
              <w:wordWrap w:val="0"/>
              <w:spacing w:after="20"/>
            </w:pPr>
            <w:r>
              <w:rPr>
                <w:b/>
                <w:sz w:val="21"/>
              </w:rPr>
              <w:t>Za koju namjenu</w:t>
            </w:r>
          </w:p>
        </w:tc>
      </w:tr>
      <w:tr w:rsidR="0033216C" w:rsidRPr="008C76D4" w:rsidTr="009535DC">
        <w:trPr>
          <w:cantSplit/>
          <w:jc w:val="center"/>
        </w:trPr>
        <w:tc>
          <w:tcPr>
            <w:tcW w:w="368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Adaptacija/dogradnja školske zgrade</w:t>
            </w:r>
          </w:p>
        </w:tc>
        <w:tc>
          <w:tcPr>
            <w:tcW w:w="3118"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9535DC" w:rsidRDefault="0033216C" w:rsidP="0033216C">
            <w:pPr>
              <w:wordWrap w:val="0"/>
              <w:spacing w:after="20"/>
              <w:rPr>
                <w:sz w:val="21"/>
              </w:rPr>
            </w:pPr>
            <w:r>
              <w:rPr>
                <w:sz w:val="21"/>
              </w:rPr>
              <w:t xml:space="preserve">Prostor stare školske dvorane s </w:t>
            </w:r>
          </w:p>
          <w:p w:rsidR="0033216C" w:rsidRPr="008C76D4" w:rsidRDefault="0033216C" w:rsidP="0033216C">
            <w:pPr>
              <w:wordWrap w:val="0"/>
              <w:spacing w:after="20"/>
            </w:pPr>
            <w:r>
              <w:rPr>
                <w:sz w:val="21"/>
              </w:rPr>
              <w:t>pripadajućim hodnikom</w:t>
            </w:r>
          </w:p>
        </w:tc>
        <w:tc>
          <w:tcPr>
            <w:tcW w:w="283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9535DC" w:rsidRDefault="0033216C" w:rsidP="0033216C">
            <w:pPr>
              <w:wordWrap w:val="0"/>
              <w:spacing w:after="20"/>
              <w:rPr>
                <w:sz w:val="21"/>
              </w:rPr>
            </w:pPr>
            <w:r>
              <w:rPr>
                <w:sz w:val="21"/>
              </w:rPr>
              <w:t>Poboljšanje odgojno – obrazo</w:t>
            </w:r>
            <w:r w:rsidR="009535DC">
              <w:rPr>
                <w:sz w:val="21"/>
              </w:rPr>
              <w:t>-</w:t>
            </w:r>
            <w:r>
              <w:rPr>
                <w:sz w:val="21"/>
              </w:rPr>
              <w:t xml:space="preserve">vnih procesa, poboljšanje </w:t>
            </w:r>
          </w:p>
          <w:p w:rsidR="0033216C" w:rsidRPr="008C76D4" w:rsidRDefault="0033216C" w:rsidP="0033216C">
            <w:pPr>
              <w:wordWrap w:val="0"/>
              <w:spacing w:after="20"/>
            </w:pPr>
            <w:r>
              <w:rPr>
                <w:sz w:val="21"/>
              </w:rPr>
              <w:t>materijalnih uvjeta</w:t>
            </w:r>
          </w:p>
        </w:tc>
      </w:tr>
      <w:tr w:rsidR="0033216C" w:rsidRPr="008C76D4" w:rsidTr="009535DC">
        <w:trPr>
          <w:cantSplit/>
          <w:jc w:val="center"/>
        </w:trPr>
        <w:tc>
          <w:tcPr>
            <w:tcW w:w="368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4222A" w:rsidRDefault="0033216C" w:rsidP="0033216C">
            <w:pPr>
              <w:wordWrap w:val="0"/>
              <w:spacing w:after="20"/>
              <w:rPr>
                <w:sz w:val="21"/>
              </w:rPr>
            </w:pPr>
            <w:r>
              <w:rPr>
                <w:sz w:val="21"/>
              </w:rPr>
              <w:t xml:space="preserve">Lakiranje parketa prema financijskim </w:t>
            </w:r>
          </w:p>
          <w:p w:rsidR="0033216C" w:rsidRPr="008C76D4" w:rsidRDefault="0033216C" w:rsidP="0033216C">
            <w:pPr>
              <w:wordWrap w:val="0"/>
              <w:spacing w:after="20"/>
            </w:pPr>
            <w:r>
              <w:rPr>
                <w:sz w:val="21"/>
              </w:rPr>
              <w:t>mogućnostima tijekom godine</w:t>
            </w:r>
          </w:p>
        </w:tc>
        <w:tc>
          <w:tcPr>
            <w:tcW w:w="3118"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200 m²</w:t>
            </w:r>
          </w:p>
        </w:tc>
        <w:tc>
          <w:tcPr>
            <w:tcW w:w="283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 xml:space="preserve">Održavanje </w:t>
            </w:r>
            <w:proofErr w:type="gramStart"/>
            <w:r>
              <w:rPr>
                <w:sz w:val="21"/>
              </w:rPr>
              <w:t>i  očuvanje</w:t>
            </w:r>
            <w:proofErr w:type="gramEnd"/>
            <w:r>
              <w:rPr>
                <w:sz w:val="21"/>
              </w:rPr>
              <w:t xml:space="preserve"> zgrade</w:t>
            </w:r>
          </w:p>
        </w:tc>
      </w:tr>
      <w:tr w:rsidR="0033216C" w:rsidRPr="008C76D4" w:rsidTr="009535DC">
        <w:trPr>
          <w:cantSplit/>
          <w:jc w:val="center"/>
        </w:trPr>
        <w:tc>
          <w:tcPr>
            <w:tcW w:w="368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Bojenje zidova u učionicama i hodnicima</w:t>
            </w:r>
          </w:p>
        </w:tc>
        <w:tc>
          <w:tcPr>
            <w:tcW w:w="3118"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nekoliko prostorija</w:t>
            </w:r>
          </w:p>
        </w:tc>
        <w:tc>
          <w:tcPr>
            <w:tcW w:w="283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Održavanja i očuvanje zgrade</w:t>
            </w:r>
          </w:p>
        </w:tc>
      </w:tr>
      <w:tr w:rsidR="0033216C" w:rsidRPr="008C76D4" w:rsidTr="009535DC">
        <w:trPr>
          <w:cantSplit/>
          <w:jc w:val="center"/>
        </w:trPr>
        <w:tc>
          <w:tcPr>
            <w:tcW w:w="368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Lakiranje i promjena stolarije</w:t>
            </w:r>
          </w:p>
        </w:tc>
        <w:tc>
          <w:tcPr>
            <w:tcW w:w="3118"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Veći dio prozora i vrata</w:t>
            </w:r>
          </w:p>
        </w:tc>
        <w:tc>
          <w:tcPr>
            <w:tcW w:w="283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Održavanje i očuvanje zgrade</w:t>
            </w:r>
          </w:p>
        </w:tc>
      </w:tr>
      <w:tr w:rsidR="0033216C" w:rsidRPr="008C76D4" w:rsidTr="009535DC">
        <w:trPr>
          <w:cantSplit/>
          <w:jc w:val="center"/>
        </w:trPr>
        <w:tc>
          <w:tcPr>
            <w:tcW w:w="368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Zamjena dotrajalih električnih instalacija</w:t>
            </w:r>
          </w:p>
        </w:tc>
        <w:tc>
          <w:tcPr>
            <w:tcW w:w="3118"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Učionice i školski hodnik</w:t>
            </w:r>
          </w:p>
        </w:tc>
        <w:tc>
          <w:tcPr>
            <w:tcW w:w="283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Održavanje i očuvanje zgrade</w:t>
            </w:r>
          </w:p>
        </w:tc>
      </w:tr>
    </w:tbl>
    <w:p w:rsidR="00CD5307" w:rsidRDefault="00CD5307">
      <w:pPr>
        <w:sectPr w:rsidR="00CD5307">
          <w:footerReference w:type="default" r:id="rId9"/>
          <w:type w:val="continuous"/>
          <w:pgSz w:w="11906" w:h="16838"/>
          <w:pgMar w:top="1020" w:right="1134" w:bottom="1020" w:left="1134" w:header="454" w:footer="454" w:gutter="0"/>
          <w:cols w:space="720"/>
          <w:docGrid w:linePitch="360"/>
        </w:sectPr>
      </w:pPr>
    </w:p>
    <w:p w:rsidR="009477A1" w:rsidRDefault="009477A1">
      <w:pPr>
        <w:pStyle w:val="Naslov1"/>
      </w:pPr>
    </w:p>
    <w:p w:rsidR="00CD5307" w:rsidRDefault="0033216C">
      <w:pPr>
        <w:pStyle w:val="Naslov1"/>
      </w:pPr>
      <w:r>
        <w:t xml:space="preserve">2. Podaci o djelatnicima u školskoj godini </w:t>
      </w:r>
      <w:proofErr w:type="gramStart"/>
      <w:r>
        <w:t>2026./</w:t>
      </w:r>
      <w:proofErr w:type="gramEnd"/>
      <w:r>
        <w:t>2027.</w:t>
      </w:r>
    </w:p>
    <w:p w:rsidR="00CD5307" w:rsidRDefault="0033216C">
      <w:pPr>
        <w:pStyle w:val="Naslov2"/>
      </w:pPr>
      <w:r>
        <w:t>Podaci o učiteljima predmetne nastave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1"/>
        <w:gridCol w:w="1787"/>
        <w:gridCol w:w="851"/>
        <w:gridCol w:w="2126"/>
        <w:gridCol w:w="793"/>
        <w:gridCol w:w="2042"/>
        <w:gridCol w:w="851"/>
        <w:gridCol w:w="707"/>
      </w:tblGrid>
      <w:tr w:rsidR="0033216C" w:rsidRPr="008C76D4" w:rsidTr="009477A1">
        <w:trPr>
          <w:cantSplit/>
          <w:tblHeader/>
          <w:jc w:val="center"/>
        </w:trPr>
        <w:tc>
          <w:tcPr>
            <w:tcW w:w="481"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33216C" w:rsidRPr="008C76D4" w:rsidRDefault="0033216C" w:rsidP="0033216C">
            <w:pPr>
              <w:keepNext/>
              <w:wordWrap w:val="0"/>
              <w:spacing w:after="20"/>
            </w:pPr>
            <w:r>
              <w:rPr>
                <w:b/>
                <w:sz w:val="17"/>
              </w:rPr>
              <w:t>Br.</w:t>
            </w:r>
          </w:p>
        </w:tc>
        <w:tc>
          <w:tcPr>
            <w:tcW w:w="1787"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33216C" w:rsidRPr="008C76D4" w:rsidRDefault="0033216C" w:rsidP="0033216C">
            <w:pPr>
              <w:keepNext/>
              <w:wordWrap w:val="0"/>
              <w:spacing w:after="20"/>
            </w:pPr>
            <w:r>
              <w:rPr>
                <w:b/>
                <w:sz w:val="17"/>
              </w:rPr>
              <w:t>Ime i prezime</w:t>
            </w:r>
          </w:p>
        </w:tc>
        <w:tc>
          <w:tcPr>
            <w:tcW w:w="851"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33216C" w:rsidRPr="008C76D4" w:rsidRDefault="0033216C" w:rsidP="0033216C">
            <w:pPr>
              <w:keepNext/>
              <w:wordWrap w:val="0"/>
              <w:spacing w:after="20"/>
            </w:pPr>
            <w:r>
              <w:rPr>
                <w:b/>
                <w:sz w:val="17"/>
              </w:rPr>
              <w:t>Rođen/a</w:t>
            </w:r>
          </w:p>
        </w:tc>
        <w:tc>
          <w:tcPr>
            <w:tcW w:w="2126"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33216C" w:rsidRPr="008C76D4" w:rsidRDefault="0033216C" w:rsidP="0033216C">
            <w:pPr>
              <w:keepNext/>
              <w:wordWrap w:val="0"/>
              <w:spacing w:after="20"/>
            </w:pPr>
            <w:r>
              <w:rPr>
                <w:b/>
                <w:sz w:val="17"/>
              </w:rPr>
              <w:t>Zvanje</w:t>
            </w:r>
          </w:p>
        </w:tc>
        <w:tc>
          <w:tcPr>
            <w:tcW w:w="793"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33216C" w:rsidRPr="008C76D4" w:rsidRDefault="0033216C" w:rsidP="0033216C">
            <w:pPr>
              <w:keepNext/>
              <w:wordWrap w:val="0"/>
              <w:spacing w:after="20"/>
            </w:pPr>
            <w:r>
              <w:rPr>
                <w:b/>
                <w:sz w:val="17"/>
              </w:rPr>
              <w:t>Stupanj stručne</w:t>
            </w:r>
          </w:p>
          <w:p w:rsidR="0033216C" w:rsidRPr="008C76D4" w:rsidRDefault="0033216C" w:rsidP="0033216C">
            <w:pPr>
              <w:keepNext/>
              <w:wordWrap w:val="0"/>
              <w:spacing w:after="20"/>
            </w:pPr>
            <w:r>
              <w:rPr>
                <w:b/>
                <w:sz w:val="17"/>
              </w:rPr>
              <w:t>spreme</w:t>
            </w:r>
          </w:p>
        </w:tc>
        <w:tc>
          <w:tcPr>
            <w:tcW w:w="2042"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33216C" w:rsidRPr="008C76D4" w:rsidRDefault="0033216C" w:rsidP="0033216C">
            <w:pPr>
              <w:keepNext/>
              <w:wordWrap w:val="0"/>
              <w:spacing w:after="20"/>
            </w:pPr>
            <w:r>
              <w:rPr>
                <w:b/>
                <w:sz w:val="17"/>
              </w:rPr>
              <w:t>Predmet(i) koji(e) predaje</w:t>
            </w:r>
          </w:p>
        </w:tc>
        <w:tc>
          <w:tcPr>
            <w:tcW w:w="851"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655A5F" w:rsidRDefault="0033216C" w:rsidP="0033216C">
            <w:pPr>
              <w:keepNext/>
              <w:wordWrap w:val="0"/>
              <w:spacing w:after="20"/>
              <w:rPr>
                <w:b/>
                <w:sz w:val="17"/>
              </w:rPr>
            </w:pPr>
            <w:r>
              <w:rPr>
                <w:b/>
                <w:sz w:val="17"/>
              </w:rPr>
              <w:t>Mentor-</w:t>
            </w:r>
          </w:p>
          <w:p w:rsidR="0033216C" w:rsidRPr="008C76D4" w:rsidRDefault="0033216C" w:rsidP="0033216C">
            <w:pPr>
              <w:keepNext/>
              <w:wordWrap w:val="0"/>
              <w:spacing w:after="20"/>
            </w:pPr>
            <w:r>
              <w:rPr>
                <w:b/>
                <w:sz w:val="17"/>
              </w:rPr>
              <w:t>savjetnik</w:t>
            </w:r>
          </w:p>
        </w:tc>
        <w:tc>
          <w:tcPr>
            <w:tcW w:w="707"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33216C" w:rsidRPr="008C76D4" w:rsidRDefault="0033216C" w:rsidP="0033216C">
            <w:pPr>
              <w:keepNext/>
              <w:wordWrap w:val="0"/>
              <w:spacing w:after="20"/>
            </w:pPr>
            <w:r>
              <w:rPr>
                <w:b/>
                <w:sz w:val="17"/>
              </w:rPr>
              <w:t>Godine</w:t>
            </w:r>
          </w:p>
          <w:p w:rsidR="0033216C" w:rsidRPr="008C76D4" w:rsidRDefault="0033216C" w:rsidP="0033216C">
            <w:pPr>
              <w:keepNext/>
              <w:wordWrap w:val="0"/>
              <w:spacing w:after="20"/>
            </w:pPr>
            <w:r>
              <w:rPr>
                <w:b/>
                <w:sz w:val="17"/>
              </w:rPr>
              <w:t>staža</w:t>
            </w:r>
          </w:p>
        </w:tc>
      </w:tr>
      <w:tr w:rsidR="0033216C" w:rsidRPr="008C76D4" w:rsidTr="009477A1">
        <w:trPr>
          <w:cantSplit/>
          <w:jc w:val="center"/>
        </w:trPr>
        <w:tc>
          <w:tcPr>
            <w:tcW w:w="48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1.</w:t>
            </w:r>
          </w:p>
        </w:tc>
        <w:tc>
          <w:tcPr>
            <w:tcW w:w="178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NIKOLA SEDLAR</w:t>
            </w:r>
          </w:p>
        </w:tc>
        <w:tc>
          <w:tcPr>
            <w:tcW w:w="85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12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79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04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TZK</w:t>
            </w:r>
          </w:p>
        </w:tc>
        <w:tc>
          <w:tcPr>
            <w:tcW w:w="85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w:t>
            </w:r>
          </w:p>
        </w:tc>
        <w:tc>
          <w:tcPr>
            <w:tcW w:w="70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8"/>
              </w:rPr>
              <w:t>14</w:t>
            </w:r>
          </w:p>
        </w:tc>
      </w:tr>
      <w:tr w:rsidR="0033216C" w:rsidRPr="008C76D4" w:rsidTr="009477A1">
        <w:trPr>
          <w:cantSplit/>
          <w:jc w:val="center"/>
        </w:trPr>
        <w:tc>
          <w:tcPr>
            <w:tcW w:w="48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2.</w:t>
            </w:r>
          </w:p>
        </w:tc>
        <w:tc>
          <w:tcPr>
            <w:tcW w:w="178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GORAN KLEPAČ</w:t>
            </w:r>
          </w:p>
        </w:tc>
        <w:tc>
          <w:tcPr>
            <w:tcW w:w="85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12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79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04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POVIJEST</w:t>
            </w:r>
          </w:p>
        </w:tc>
        <w:tc>
          <w:tcPr>
            <w:tcW w:w="85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w:t>
            </w:r>
          </w:p>
        </w:tc>
        <w:tc>
          <w:tcPr>
            <w:tcW w:w="70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8"/>
              </w:rPr>
              <w:t>7</w:t>
            </w:r>
          </w:p>
        </w:tc>
      </w:tr>
      <w:tr w:rsidR="0033216C" w:rsidRPr="008C76D4" w:rsidTr="009477A1">
        <w:trPr>
          <w:cantSplit/>
          <w:jc w:val="center"/>
        </w:trPr>
        <w:tc>
          <w:tcPr>
            <w:tcW w:w="48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3.</w:t>
            </w:r>
          </w:p>
        </w:tc>
        <w:tc>
          <w:tcPr>
            <w:tcW w:w="178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SILVIJA ŠKERBIĆ</w:t>
            </w:r>
          </w:p>
        </w:tc>
        <w:tc>
          <w:tcPr>
            <w:tcW w:w="85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12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79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04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MATEMATIKA</w:t>
            </w:r>
          </w:p>
        </w:tc>
        <w:tc>
          <w:tcPr>
            <w:tcW w:w="85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w:t>
            </w:r>
          </w:p>
        </w:tc>
        <w:tc>
          <w:tcPr>
            <w:tcW w:w="70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8"/>
              </w:rPr>
              <w:t>12</w:t>
            </w:r>
          </w:p>
        </w:tc>
      </w:tr>
      <w:tr w:rsidR="0033216C" w:rsidRPr="008C76D4" w:rsidTr="009477A1">
        <w:trPr>
          <w:cantSplit/>
          <w:jc w:val="center"/>
        </w:trPr>
        <w:tc>
          <w:tcPr>
            <w:tcW w:w="48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4.</w:t>
            </w:r>
          </w:p>
        </w:tc>
        <w:tc>
          <w:tcPr>
            <w:tcW w:w="178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PETRA ILISIĆ</w:t>
            </w:r>
          </w:p>
        </w:tc>
        <w:tc>
          <w:tcPr>
            <w:tcW w:w="85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12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79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04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BIOLOGIJA KEMIJA</w:t>
            </w:r>
          </w:p>
        </w:tc>
        <w:tc>
          <w:tcPr>
            <w:tcW w:w="85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w:t>
            </w:r>
          </w:p>
        </w:tc>
        <w:tc>
          <w:tcPr>
            <w:tcW w:w="70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8"/>
              </w:rPr>
              <w:t>8</w:t>
            </w:r>
          </w:p>
        </w:tc>
      </w:tr>
      <w:tr w:rsidR="0033216C" w:rsidRPr="008C76D4" w:rsidTr="009477A1">
        <w:trPr>
          <w:cantSplit/>
          <w:jc w:val="center"/>
        </w:trPr>
        <w:tc>
          <w:tcPr>
            <w:tcW w:w="48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5.</w:t>
            </w:r>
          </w:p>
        </w:tc>
        <w:tc>
          <w:tcPr>
            <w:tcW w:w="178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ADELA BROZD</w:t>
            </w:r>
          </w:p>
        </w:tc>
        <w:tc>
          <w:tcPr>
            <w:tcW w:w="85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12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79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04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HRVATSKI JEZIK</w:t>
            </w:r>
          </w:p>
        </w:tc>
        <w:tc>
          <w:tcPr>
            <w:tcW w:w="85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w:t>
            </w:r>
          </w:p>
        </w:tc>
        <w:tc>
          <w:tcPr>
            <w:tcW w:w="70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8"/>
              </w:rPr>
              <w:t>23</w:t>
            </w:r>
          </w:p>
        </w:tc>
      </w:tr>
      <w:tr w:rsidR="0033216C" w:rsidRPr="008C76D4" w:rsidTr="009477A1">
        <w:trPr>
          <w:cantSplit/>
          <w:jc w:val="center"/>
        </w:trPr>
        <w:tc>
          <w:tcPr>
            <w:tcW w:w="48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6.</w:t>
            </w:r>
          </w:p>
        </w:tc>
        <w:tc>
          <w:tcPr>
            <w:tcW w:w="178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9477A1" w:rsidRDefault="0033216C" w:rsidP="0033216C">
            <w:pPr>
              <w:wordWrap w:val="0"/>
              <w:spacing w:after="20"/>
              <w:rPr>
                <w:sz w:val="18"/>
              </w:rPr>
            </w:pPr>
            <w:r>
              <w:rPr>
                <w:sz w:val="18"/>
              </w:rPr>
              <w:t>NIKOLINA ŠIPEK</w:t>
            </w:r>
          </w:p>
          <w:p w:rsidR="0033216C" w:rsidRPr="008C76D4" w:rsidRDefault="0033216C" w:rsidP="0033216C">
            <w:pPr>
              <w:wordWrap w:val="0"/>
              <w:spacing w:after="20"/>
            </w:pPr>
            <w:r>
              <w:rPr>
                <w:sz w:val="18"/>
              </w:rPr>
              <w:t>ŠKRABLIN</w:t>
            </w:r>
          </w:p>
        </w:tc>
        <w:tc>
          <w:tcPr>
            <w:tcW w:w="85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12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79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04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HRVATSKI JEZIK</w:t>
            </w:r>
          </w:p>
        </w:tc>
        <w:tc>
          <w:tcPr>
            <w:tcW w:w="85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w:t>
            </w:r>
          </w:p>
        </w:tc>
        <w:tc>
          <w:tcPr>
            <w:tcW w:w="70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8"/>
              </w:rPr>
              <w:t>17</w:t>
            </w:r>
          </w:p>
        </w:tc>
      </w:tr>
      <w:tr w:rsidR="0033216C" w:rsidRPr="008C76D4" w:rsidTr="009477A1">
        <w:trPr>
          <w:cantSplit/>
          <w:jc w:val="center"/>
        </w:trPr>
        <w:tc>
          <w:tcPr>
            <w:tcW w:w="48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7.</w:t>
            </w:r>
          </w:p>
        </w:tc>
        <w:tc>
          <w:tcPr>
            <w:tcW w:w="178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TEA ROGINA</w:t>
            </w:r>
            <w:r w:rsidR="00584CAB">
              <w:rPr>
                <w:sz w:val="18"/>
              </w:rPr>
              <w:t xml:space="preserve"> TEŽAK</w:t>
            </w:r>
          </w:p>
        </w:tc>
        <w:tc>
          <w:tcPr>
            <w:tcW w:w="85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12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79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04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PRODUŽENI BORAVAK</w:t>
            </w:r>
          </w:p>
        </w:tc>
        <w:tc>
          <w:tcPr>
            <w:tcW w:w="85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w:t>
            </w:r>
          </w:p>
        </w:tc>
        <w:tc>
          <w:tcPr>
            <w:tcW w:w="70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8"/>
              </w:rPr>
              <w:t>5</w:t>
            </w:r>
          </w:p>
        </w:tc>
      </w:tr>
      <w:tr w:rsidR="0033216C" w:rsidRPr="008C76D4" w:rsidTr="009477A1">
        <w:trPr>
          <w:cantSplit/>
          <w:jc w:val="center"/>
        </w:trPr>
        <w:tc>
          <w:tcPr>
            <w:tcW w:w="48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8.</w:t>
            </w:r>
          </w:p>
        </w:tc>
        <w:tc>
          <w:tcPr>
            <w:tcW w:w="178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IVA MUNIĆ</w:t>
            </w:r>
          </w:p>
        </w:tc>
        <w:tc>
          <w:tcPr>
            <w:tcW w:w="85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12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79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04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PRODUŽENI BORAVAK</w:t>
            </w:r>
          </w:p>
        </w:tc>
        <w:tc>
          <w:tcPr>
            <w:tcW w:w="85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70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8"/>
              </w:rPr>
              <w:t>6</w:t>
            </w:r>
          </w:p>
        </w:tc>
      </w:tr>
      <w:tr w:rsidR="0033216C" w:rsidRPr="008C76D4" w:rsidTr="009477A1">
        <w:trPr>
          <w:cantSplit/>
          <w:jc w:val="center"/>
        </w:trPr>
        <w:tc>
          <w:tcPr>
            <w:tcW w:w="48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9.</w:t>
            </w:r>
          </w:p>
        </w:tc>
        <w:tc>
          <w:tcPr>
            <w:tcW w:w="178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SANJA POLJAK</w:t>
            </w:r>
          </w:p>
        </w:tc>
        <w:tc>
          <w:tcPr>
            <w:tcW w:w="85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12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79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04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NJEMAČKI JEZIK</w:t>
            </w:r>
          </w:p>
        </w:tc>
        <w:tc>
          <w:tcPr>
            <w:tcW w:w="85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w:t>
            </w:r>
          </w:p>
        </w:tc>
        <w:tc>
          <w:tcPr>
            <w:tcW w:w="70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8"/>
              </w:rPr>
              <w:t>26</w:t>
            </w:r>
          </w:p>
        </w:tc>
      </w:tr>
      <w:tr w:rsidR="0033216C" w:rsidRPr="008C76D4" w:rsidTr="009477A1">
        <w:trPr>
          <w:cantSplit/>
          <w:jc w:val="center"/>
        </w:trPr>
        <w:tc>
          <w:tcPr>
            <w:tcW w:w="48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10.</w:t>
            </w:r>
          </w:p>
        </w:tc>
        <w:tc>
          <w:tcPr>
            <w:tcW w:w="178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TENA KOČET</w:t>
            </w:r>
          </w:p>
        </w:tc>
        <w:tc>
          <w:tcPr>
            <w:tcW w:w="85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12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79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04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NJEMAČKI JEZIK</w:t>
            </w:r>
          </w:p>
        </w:tc>
        <w:tc>
          <w:tcPr>
            <w:tcW w:w="85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w:t>
            </w:r>
          </w:p>
        </w:tc>
        <w:tc>
          <w:tcPr>
            <w:tcW w:w="70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8"/>
              </w:rPr>
              <w:t>5</w:t>
            </w:r>
          </w:p>
        </w:tc>
      </w:tr>
      <w:tr w:rsidR="0033216C" w:rsidRPr="008C76D4" w:rsidTr="009477A1">
        <w:trPr>
          <w:cantSplit/>
          <w:jc w:val="center"/>
        </w:trPr>
        <w:tc>
          <w:tcPr>
            <w:tcW w:w="48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11.</w:t>
            </w:r>
          </w:p>
        </w:tc>
        <w:tc>
          <w:tcPr>
            <w:tcW w:w="178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IVA ŠARIĆ</w:t>
            </w:r>
          </w:p>
        </w:tc>
        <w:tc>
          <w:tcPr>
            <w:tcW w:w="85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12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79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04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LIKOVNA KULTURA</w:t>
            </w:r>
          </w:p>
        </w:tc>
        <w:tc>
          <w:tcPr>
            <w:tcW w:w="85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w:t>
            </w:r>
          </w:p>
        </w:tc>
        <w:tc>
          <w:tcPr>
            <w:tcW w:w="70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8"/>
              </w:rPr>
              <w:t>17</w:t>
            </w:r>
          </w:p>
        </w:tc>
      </w:tr>
      <w:tr w:rsidR="0033216C" w:rsidRPr="008C76D4" w:rsidTr="009477A1">
        <w:trPr>
          <w:cantSplit/>
          <w:jc w:val="center"/>
        </w:trPr>
        <w:tc>
          <w:tcPr>
            <w:tcW w:w="48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12.</w:t>
            </w:r>
          </w:p>
        </w:tc>
        <w:tc>
          <w:tcPr>
            <w:tcW w:w="178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roofErr w:type="gramStart"/>
            <w:r>
              <w:rPr>
                <w:sz w:val="18"/>
              </w:rPr>
              <w:t>DAMAS  LAZIĆ</w:t>
            </w:r>
            <w:proofErr w:type="gramEnd"/>
          </w:p>
        </w:tc>
        <w:tc>
          <w:tcPr>
            <w:tcW w:w="85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12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79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VII.</w:t>
            </w:r>
          </w:p>
        </w:tc>
        <w:tc>
          <w:tcPr>
            <w:tcW w:w="204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GLAZBENA KULTURA</w:t>
            </w:r>
          </w:p>
        </w:tc>
        <w:tc>
          <w:tcPr>
            <w:tcW w:w="85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w:t>
            </w:r>
          </w:p>
        </w:tc>
        <w:tc>
          <w:tcPr>
            <w:tcW w:w="70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8"/>
              </w:rPr>
              <w:t>14</w:t>
            </w:r>
          </w:p>
        </w:tc>
      </w:tr>
      <w:tr w:rsidR="0033216C" w:rsidRPr="008C76D4" w:rsidTr="009477A1">
        <w:trPr>
          <w:cantSplit/>
          <w:jc w:val="center"/>
        </w:trPr>
        <w:tc>
          <w:tcPr>
            <w:tcW w:w="48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13.</w:t>
            </w:r>
          </w:p>
        </w:tc>
        <w:tc>
          <w:tcPr>
            <w:tcW w:w="178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VEDRANA TROPŠEK</w:t>
            </w:r>
          </w:p>
        </w:tc>
        <w:tc>
          <w:tcPr>
            <w:tcW w:w="85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12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79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VII.</w:t>
            </w:r>
          </w:p>
        </w:tc>
        <w:tc>
          <w:tcPr>
            <w:tcW w:w="204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GEOGRAFIJA</w:t>
            </w:r>
          </w:p>
        </w:tc>
        <w:tc>
          <w:tcPr>
            <w:tcW w:w="85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w:t>
            </w:r>
          </w:p>
        </w:tc>
        <w:tc>
          <w:tcPr>
            <w:tcW w:w="70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8"/>
              </w:rPr>
              <w:t>21</w:t>
            </w:r>
          </w:p>
        </w:tc>
      </w:tr>
      <w:tr w:rsidR="0033216C" w:rsidRPr="008C76D4" w:rsidTr="009477A1">
        <w:trPr>
          <w:cantSplit/>
          <w:jc w:val="center"/>
        </w:trPr>
        <w:tc>
          <w:tcPr>
            <w:tcW w:w="48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lastRenderedPageBreak/>
              <w:t>14.</w:t>
            </w:r>
          </w:p>
        </w:tc>
        <w:tc>
          <w:tcPr>
            <w:tcW w:w="178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TOMISLAV ČAVLEK</w:t>
            </w:r>
          </w:p>
        </w:tc>
        <w:tc>
          <w:tcPr>
            <w:tcW w:w="85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12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79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04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TEHNIČKA KULTURA</w:t>
            </w:r>
          </w:p>
        </w:tc>
        <w:tc>
          <w:tcPr>
            <w:tcW w:w="85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70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8"/>
              </w:rPr>
              <w:t>18</w:t>
            </w:r>
          </w:p>
        </w:tc>
      </w:tr>
      <w:tr w:rsidR="0033216C" w:rsidRPr="008C76D4" w:rsidTr="009477A1">
        <w:trPr>
          <w:cantSplit/>
          <w:jc w:val="center"/>
        </w:trPr>
        <w:tc>
          <w:tcPr>
            <w:tcW w:w="48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15.</w:t>
            </w:r>
          </w:p>
        </w:tc>
        <w:tc>
          <w:tcPr>
            <w:tcW w:w="178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9477A1" w:rsidRDefault="0033216C" w:rsidP="0033216C">
            <w:pPr>
              <w:wordWrap w:val="0"/>
              <w:spacing w:after="20"/>
              <w:rPr>
                <w:sz w:val="18"/>
              </w:rPr>
            </w:pPr>
            <w:r>
              <w:rPr>
                <w:sz w:val="18"/>
              </w:rPr>
              <w:t xml:space="preserve">ZVONKA VIŠNJIĆ </w:t>
            </w:r>
          </w:p>
          <w:p w:rsidR="0033216C" w:rsidRPr="008C76D4" w:rsidRDefault="0033216C" w:rsidP="0033216C">
            <w:pPr>
              <w:wordWrap w:val="0"/>
              <w:spacing w:after="20"/>
            </w:pPr>
            <w:r>
              <w:rPr>
                <w:sz w:val="18"/>
              </w:rPr>
              <w:t>IGREC</w:t>
            </w:r>
          </w:p>
        </w:tc>
        <w:tc>
          <w:tcPr>
            <w:tcW w:w="85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12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79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04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ENGLESKI JEZIK</w:t>
            </w:r>
          </w:p>
        </w:tc>
        <w:tc>
          <w:tcPr>
            <w:tcW w:w="85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w:t>
            </w:r>
          </w:p>
        </w:tc>
        <w:tc>
          <w:tcPr>
            <w:tcW w:w="70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8"/>
              </w:rPr>
              <w:t>21</w:t>
            </w:r>
          </w:p>
        </w:tc>
      </w:tr>
      <w:tr w:rsidR="0033216C" w:rsidRPr="008C76D4" w:rsidTr="009477A1">
        <w:trPr>
          <w:cantSplit/>
          <w:jc w:val="center"/>
        </w:trPr>
        <w:tc>
          <w:tcPr>
            <w:tcW w:w="48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16.</w:t>
            </w:r>
          </w:p>
        </w:tc>
        <w:tc>
          <w:tcPr>
            <w:tcW w:w="178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BLAŽENKA TROGRLIĆ</w:t>
            </w:r>
          </w:p>
        </w:tc>
        <w:tc>
          <w:tcPr>
            <w:tcW w:w="85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12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79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04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INFORMATIKA</w:t>
            </w:r>
          </w:p>
        </w:tc>
        <w:tc>
          <w:tcPr>
            <w:tcW w:w="85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w:t>
            </w:r>
          </w:p>
        </w:tc>
        <w:tc>
          <w:tcPr>
            <w:tcW w:w="70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8"/>
              </w:rPr>
              <w:t>26</w:t>
            </w:r>
          </w:p>
        </w:tc>
      </w:tr>
      <w:tr w:rsidR="0033216C" w:rsidRPr="008C76D4" w:rsidTr="009477A1">
        <w:trPr>
          <w:cantSplit/>
          <w:jc w:val="center"/>
        </w:trPr>
        <w:tc>
          <w:tcPr>
            <w:tcW w:w="48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17.</w:t>
            </w:r>
          </w:p>
        </w:tc>
        <w:tc>
          <w:tcPr>
            <w:tcW w:w="178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MELANIJA CRNKOVIĆ</w:t>
            </w:r>
          </w:p>
        </w:tc>
        <w:tc>
          <w:tcPr>
            <w:tcW w:w="85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12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79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04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VJERONAUK</w:t>
            </w:r>
          </w:p>
        </w:tc>
        <w:tc>
          <w:tcPr>
            <w:tcW w:w="85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w:t>
            </w:r>
          </w:p>
        </w:tc>
        <w:tc>
          <w:tcPr>
            <w:tcW w:w="70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8"/>
              </w:rPr>
              <w:t>17</w:t>
            </w:r>
          </w:p>
        </w:tc>
      </w:tr>
      <w:tr w:rsidR="0033216C" w:rsidRPr="008C76D4" w:rsidTr="009477A1">
        <w:trPr>
          <w:cantSplit/>
          <w:jc w:val="center"/>
        </w:trPr>
        <w:tc>
          <w:tcPr>
            <w:tcW w:w="48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18.</w:t>
            </w:r>
          </w:p>
        </w:tc>
        <w:tc>
          <w:tcPr>
            <w:tcW w:w="178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MAJA KOVAČIĆ</w:t>
            </w:r>
          </w:p>
        </w:tc>
        <w:tc>
          <w:tcPr>
            <w:tcW w:w="85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12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79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04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ENGLESKI JEZIK</w:t>
            </w:r>
          </w:p>
        </w:tc>
        <w:tc>
          <w:tcPr>
            <w:tcW w:w="85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w:t>
            </w:r>
          </w:p>
        </w:tc>
        <w:tc>
          <w:tcPr>
            <w:tcW w:w="70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8"/>
              </w:rPr>
              <w:t>11</w:t>
            </w:r>
          </w:p>
        </w:tc>
      </w:tr>
      <w:tr w:rsidR="0033216C" w:rsidRPr="008C76D4" w:rsidTr="009477A1">
        <w:trPr>
          <w:cantSplit/>
          <w:jc w:val="center"/>
        </w:trPr>
        <w:tc>
          <w:tcPr>
            <w:tcW w:w="48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19.</w:t>
            </w:r>
          </w:p>
        </w:tc>
        <w:tc>
          <w:tcPr>
            <w:tcW w:w="178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MARTINA DRDIĆ</w:t>
            </w:r>
          </w:p>
        </w:tc>
        <w:tc>
          <w:tcPr>
            <w:tcW w:w="85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12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79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04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PRIRODA</w:t>
            </w:r>
          </w:p>
        </w:tc>
        <w:tc>
          <w:tcPr>
            <w:tcW w:w="85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w:t>
            </w:r>
          </w:p>
        </w:tc>
        <w:tc>
          <w:tcPr>
            <w:tcW w:w="70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8"/>
              </w:rPr>
              <w:t>4</w:t>
            </w:r>
          </w:p>
        </w:tc>
      </w:tr>
      <w:tr w:rsidR="0033216C" w:rsidRPr="008C76D4" w:rsidTr="009477A1">
        <w:trPr>
          <w:cantSplit/>
          <w:jc w:val="center"/>
        </w:trPr>
        <w:tc>
          <w:tcPr>
            <w:tcW w:w="48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20.</w:t>
            </w:r>
          </w:p>
        </w:tc>
        <w:tc>
          <w:tcPr>
            <w:tcW w:w="178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ANITA CESAR</w:t>
            </w:r>
          </w:p>
        </w:tc>
        <w:tc>
          <w:tcPr>
            <w:tcW w:w="85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12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79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04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VJERONAUK</w:t>
            </w:r>
          </w:p>
        </w:tc>
        <w:tc>
          <w:tcPr>
            <w:tcW w:w="85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w:t>
            </w:r>
          </w:p>
        </w:tc>
        <w:tc>
          <w:tcPr>
            <w:tcW w:w="70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8"/>
              </w:rPr>
              <w:t>33</w:t>
            </w:r>
          </w:p>
        </w:tc>
      </w:tr>
      <w:tr w:rsidR="0033216C" w:rsidRPr="008C76D4" w:rsidTr="009477A1">
        <w:trPr>
          <w:cantSplit/>
          <w:jc w:val="center"/>
        </w:trPr>
        <w:tc>
          <w:tcPr>
            <w:tcW w:w="48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21.</w:t>
            </w:r>
          </w:p>
        </w:tc>
        <w:tc>
          <w:tcPr>
            <w:tcW w:w="178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SLAVICA NOVOTNI</w:t>
            </w:r>
          </w:p>
        </w:tc>
        <w:tc>
          <w:tcPr>
            <w:tcW w:w="85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12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79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04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FIZIKA</w:t>
            </w:r>
          </w:p>
        </w:tc>
        <w:tc>
          <w:tcPr>
            <w:tcW w:w="85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w:t>
            </w:r>
          </w:p>
        </w:tc>
        <w:tc>
          <w:tcPr>
            <w:tcW w:w="70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8"/>
              </w:rPr>
              <w:t>32</w:t>
            </w:r>
          </w:p>
        </w:tc>
      </w:tr>
      <w:tr w:rsidR="0033216C" w:rsidRPr="008C76D4" w:rsidTr="009477A1">
        <w:trPr>
          <w:cantSplit/>
          <w:jc w:val="center"/>
        </w:trPr>
        <w:tc>
          <w:tcPr>
            <w:tcW w:w="48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22.</w:t>
            </w:r>
          </w:p>
        </w:tc>
        <w:tc>
          <w:tcPr>
            <w:tcW w:w="178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MATEJA SABOLČEC</w:t>
            </w:r>
          </w:p>
        </w:tc>
        <w:tc>
          <w:tcPr>
            <w:tcW w:w="85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12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79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04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MATEMATIKA</w:t>
            </w:r>
          </w:p>
        </w:tc>
        <w:tc>
          <w:tcPr>
            <w:tcW w:w="85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w:t>
            </w:r>
          </w:p>
        </w:tc>
        <w:tc>
          <w:tcPr>
            <w:tcW w:w="70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8"/>
              </w:rPr>
              <w:t>12</w:t>
            </w:r>
          </w:p>
        </w:tc>
      </w:tr>
      <w:tr w:rsidR="0033216C" w:rsidRPr="008C76D4" w:rsidTr="009477A1">
        <w:trPr>
          <w:cantSplit/>
          <w:jc w:val="center"/>
        </w:trPr>
        <w:tc>
          <w:tcPr>
            <w:tcW w:w="48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23.</w:t>
            </w:r>
          </w:p>
        </w:tc>
        <w:tc>
          <w:tcPr>
            <w:tcW w:w="178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0636C5" w:rsidRDefault="00584CAB" w:rsidP="0033216C">
            <w:pPr>
              <w:wordWrap w:val="0"/>
              <w:spacing w:after="20"/>
              <w:rPr>
                <w:color w:val="auto"/>
              </w:rPr>
            </w:pPr>
            <w:proofErr w:type="gramStart"/>
            <w:r w:rsidRPr="000636C5">
              <w:rPr>
                <w:color w:val="auto"/>
                <w:sz w:val="18"/>
              </w:rPr>
              <w:t>SILVIJA  HIRŽIN</w:t>
            </w:r>
            <w:proofErr w:type="gramEnd"/>
          </w:p>
        </w:tc>
        <w:tc>
          <w:tcPr>
            <w:tcW w:w="85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0636C5" w:rsidRDefault="0033216C" w:rsidP="0033216C">
            <w:pPr>
              <w:wordWrap w:val="0"/>
              <w:spacing w:after="20"/>
              <w:rPr>
                <w:color w:val="auto"/>
              </w:rPr>
            </w:pPr>
          </w:p>
        </w:tc>
        <w:tc>
          <w:tcPr>
            <w:tcW w:w="212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0636C5" w:rsidRDefault="0033216C" w:rsidP="0033216C">
            <w:pPr>
              <w:wordWrap w:val="0"/>
              <w:spacing w:after="20"/>
              <w:rPr>
                <w:color w:val="auto"/>
              </w:rPr>
            </w:pPr>
          </w:p>
        </w:tc>
        <w:tc>
          <w:tcPr>
            <w:tcW w:w="79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0636C5" w:rsidRDefault="0033216C" w:rsidP="0033216C">
            <w:pPr>
              <w:wordWrap w:val="0"/>
              <w:spacing w:after="20"/>
              <w:rPr>
                <w:color w:val="auto"/>
              </w:rPr>
            </w:pPr>
          </w:p>
        </w:tc>
        <w:tc>
          <w:tcPr>
            <w:tcW w:w="204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0636C5" w:rsidRDefault="0033216C" w:rsidP="0033216C">
            <w:pPr>
              <w:wordWrap w:val="0"/>
              <w:spacing w:after="20"/>
              <w:rPr>
                <w:color w:val="auto"/>
              </w:rPr>
            </w:pPr>
            <w:r w:rsidRPr="000636C5">
              <w:rPr>
                <w:color w:val="auto"/>
                <w:sz w:val="18"/>
              </w:rPr>
              <w:t>GEOGRAFIJA</w:t>
            </w:r>
          </w:p>
        </w:tc>
        <w:tc>
          <w:tcPr>
            <w:tcW w:w="85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0636C5" w:rsidRDefault="0033216C" w:rsidP="0033216C">
            <w:pPr>
              <w:wordWrap w:val="0"/>
              <w:spacing w:after="20"/>
              <w:rPr>
                <w:color w:val="auto"/>
              </w:rPr>
            </w:pPr>
            <w:r w:rsidRPr="000636C5">
              <w:rPr>
                <w:color w:val="auto"/>
                <w:sz w:val="18"/>
              </w:rPr>
              <w:t>-</w:t>
            </w:r>
          </w:p>
        </w:tc>
        <w:tc>
          <w:tcPr>
            <w:tcW w:w="70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0636C5" w:rsidRDefault="00B40FB5">
            <w:pPr>
              <w:wordWrap w:val="0"/>
              <w:spacing w:after="20"/>
              <w:rPr>
                <w:color w:val="auto"/>
              </w:rPr>
            </w:pPr>
            <w:r w:rsidRPr="000636C5">
              <w:rPr>
                <w:color w:val="auto"/>
                <w:sz w:val="18"/>
              </w:rPr>
              <w:t>7</w:t>
            </w:r>
          </w:p>
        </w:tc>
      </w:tr>
      <w:tr w:rsidR="0033216C" w:rsidRPr="008C76D4" w:rsidTr="009477A1">
        <w:trPr>
          <w:cantSplit/>
          <w:jc w:val="center"/>
        </w:trPr>
        <w:tc>
          <w:tcPr>
            <w:tcW w:w="48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24.</w:t>
            </w:r>
          </w:p>
        </w:tc>
        <w:tc>
          <w:tcPr>
            <w:tcW w:w="178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JASNA CRNČEC</w:t>
            </w:r>
          </w:p>
        </w:tc>
        <w:tc>
          <w:tcPr>
            <w:tcW w:w="85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12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79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04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INFORMATIKA</w:t>
            </w:r>
          </w:p>
        </w:tc>
        <w:tc>
          <w:tcPr>
            <w:tcW w:w="85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0636C5" w:rsidP="0033216C">
            <w:pPr>
              <w:wordWrap w:val="0"/>
              <w:spacing w:after="20"/>
            </w:pPr>
            <w:r>
              <w:rPr>
                <w:sz w:val="18"/>
              </w:rPr>
              <w:t>-</w:t>
            </w:r>
          </w:p>
        </w:tc>
        <w:tc>
          <w:tcPr>
            <w:tcW w:w="70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8"/>
              </w:rPr>
              <w:t>9</w:t>
            </w:r>
          </w:p>
        </w:tc>
      </w:tr>
      <w:tr w:rsidR="00584CAB" w:rsidRPr="008C76D4" w:rsidTr="009477A1">
        <w:trPr>
          <w:cantSplit/>
          <w:jc w:val="center"/>
        </w:trPr>
        <w:tc>
          <w:tcPr>
            <w:tcW w:w="48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584CAB" w:rsidRDefault="00584CAB" w:rsidP="0033216C">
            <w:pPr>
              <w:wordWrap w:val="0"/>
              <w:spacing w:after="20"/>
              <w:rPr>
                <w:sz w:val="19"/>
              </w:rPr>
            </w:pPr>
            <w:r>
              <w:rPr>
                <w:sz w:val="18"/>
              </w:rPr>
              <w:t>25</w:t>
            </w:r>
          </w:p>
        </w:tc>
        <w:tc>
          <w:tcPr>
            <w:tcW w:w="178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584CAB" w:rsidRPr="000636C5" w:rsidRDefault="00584CAB" w:rsidP="0033216C">
            <w:pPr>
              <w:wordWrap w:val="0"/>
              <w:spacing w:after="20"/>
              <w:rPr>
                <w:color w:val="auto"/>
                <w:sz w:val="19"/>
              </w:rPr>
            </w:pPr>
            <w:r w:rsidRPr="000636C5">
              <w:rPr>
                <w:color w:val="auto"/>
                <w:sz w:val="18"/>
              </w:rPr>
              <w:t>LEONARDO PRIBIĆ</w:t>
            </w:r>
          </w:p>
        </w:tc>
        <w:tc>
          <w:tcPr>
            <w:tcW w:w="85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584CAB" w:rsidRPr="000636C5" w:rsidRDefault="00584CAB" w:rsidP="0033216C">
            <w:pPr>
              <w:wordWrap w:val="0"/>
              <w:spacing w:after="20"/>
              <w:rPr>
                <w:color w:val="auto"/>
                <w:sz w:val="19"/>
              </w:rPr>
            </w:pPr>
          </w:p>
        </w:tc>
        <w:tc>
          <w:tcPr>
            <w:tcW w:w="212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584CAB" w:rsidRPr="000636C5" w:rsidRDefault="00584CAB" w:rsidP="009477A1">
            <w:pPr>
              <w:wordWrap w:val="0"/>
              <w:spacing w:after="20"/>
              <w:rPr>
                <w:color w:val="auto"/>
                <w:sz w:val="19"/>
              </w:rPr>
            </w:pPr>
          </w:p>
        </w:tc>
        <w:tc>
          <w:tcPr>
            <w:tcW w:w="79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584CAB" w:rsidRPr="000636C5" w:rsidRDefault="00584CAB" w:rsidP="0033216C">
            <w:pPr>
              <w:wordWrap w:val="0"/>
              <w:spacing w:after="20"/>
              <w:rPr>
                <w:color w:val="auto"/>
                <w:sz w:val="19"/>
              </w:rPr>
            </w:pPr>
          </w:p>
        </w:tc>
        <w:tc>
          <w:tcPr>
            <w:tcW w:w="204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584CAB" w:rsidRPr="000636C5" w:rsidRDefault="00584CAB" w:rsidP="0033216C">
            <w:pPr>
              <w:wordWrap w:val="0"/>
              <w:spacing w:after="20"/>
              <w:rPr>
                <w:color w:val="auto"/>
                <w:sz w:val="19"/>
              </w:rPr>
            </w:pPr>
            <w:r w:rsidRPr="000636C5">
              <w:rPr>
                <w:color w:val="auto"/>
                <w:sz w:val="18"/>
              </w:rPr>
              <w:t>ENGLESKI JEZIK</w:t>
            </w:r>
          </w:p>
        </w:tc>
        <w:tc>
          <w:tcPr>
            <w:tcW w:w="85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584CAB" w:rsidRPr="000636C5" w:rsidRDefault="000636C5" w:rsidP="0033216C">
            <w:pPr>
              <w:wordWrap w:val="0"/>
              <w:spacing w:after="20"/>
              <w:rPr>
                <w:color w:val="auto"/>
              </w:rPr>
            </w:pPr>
            <w:r w:rsidRPr="000636C5">
              <w:rPr>
                <w:color w:val="auto"/>
                <w:sz w:val="18"/>
              </w:rPr>
              <w:t>-</w:t>
            </w:r>
          </w:p>
        </w:tc>
        <w:tc>
          <w:tcPr>
            <w:tcW w:w="70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584CAB" w:rsidRDefault="00B40FB5">
            <w:pPr>
              <w:wordWrap w:val="0"/>
              <w:spacing w:after="20"/>
              <w:rPr>
                <w:sz w:val="19"/>
              </w:rPr>
            </w:pPr>
            <w:r>
              <w:rPr>
                <w:sz w:val="18"/>
              </w:rPr>
              <w:t>0</w:t>
            </w:r>
          </w:p>
        </w:tc>
      </w:tr>
      <w:tr w:rsidR="00584CAB" w:rsidRPr="008C76D4" w:rsidTr="009477A1">
        <w:trPr>
          <w:cantSplit/>
          <w:jc w:val="center"/>
        </w:trPr>
        <w:tc>
          <w:tcPr>
            <w:tcW w:w="48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584CAB" w:rsidRDefault="00584CAB" w:rsidP="0033216C">
            <w:pPr>
              <w:wordWrap w:val="0"/>
              <w:spacing w:after="20"/>
              <w:rPr>
                <w:sz w:val="19"/>
              </w:rPr>
            </w:pPr>
            <w:r>
              <w:rPr>
                <w:sz w:val="18"/>
              </w:rPr>
              <w:t>26</w:t>
            </w:r>
          </w:p>
        </w:tc>
        <w:tc>
          <w:tcPr>
            <w:tcW w:w="178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584CAB" w:rsidRPr="000636C5" w:rsidRDefault="00584CAB" w:rsidP="0033216C">
            <w:pPr>
              <w:wordWrap w:val="0"/>
              <w:spacing w:after="20"/>
              <w:rPr>
                <w:color w:val="auto"/>
                <w:sz w:val="19"/>
              </w:rPr>
            </w:pPr>
            <w:r w:rsidRPr="000636C5">
              <w:rPr>
                <w:color w:val="auto"/>
                <w:sz w:val="18"/>
              </w:rPr>
              <w:t>MISLAV MILOVEC</w:t>
            </w:r>
          </w:p>
        </w:tc>
        <w:tc>
          <w:tcPr>
            <w:tcW w:w="85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584CAB" w:rsidRPr="000636C5" w:rsidRDefault="00584CAB" w:rsidP="0033216C">
            <w:pPr>
              <w:wordWrap w:val="0"/>
              <w:spacing w:after="20"/>
              <w:rPr>
                <w:color w:val="auto"/>
                <w:sz w:val="19"/>
              </w:rPr>
            </w:pPr>
          </w:p>
        </w:tc>
        <w:tc>
          <w:tcPr>
            <w:tcW w:w="212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584CAB" w:rsidRPr="000636C5" w:rsidRDefault="00584CAB" w:rsidP="00655A5F">
            <w:pPr>
              <w:wordWrap w:val="0"/>
              <w:spacing w:after="20"/>
              <w:rPr>
                <w:color w:val="auto"/>
                <w:sz w:val="19"/>
              </w:rPr>
            </w:pPr>
          </w:p>
        </w:tc>
        <w:tc>
          <w:tcPr>
            <w:tcW w:w="79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584CAB" w:rsidRPr="000636C5" w:rsidRDefault="00584CAB" w:rsidP="0033216C">
            <w:pPr>
              <w:wordWrap w:val="0"/>
              <w:spacing w:after="20"/>
              <w:rPr>
                <w:color w:val="auto"/>
                <w:sz w:val="19"/>
              </w:rPr>
            </w:pPr>
          </w:p>
        </w:tc>
        <w:tc>
          <w:tcPr>
            <w:tcW w:w="204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584CAB" w:rsidRPr="000636C5" w:rsidRDefault="00584CAB" w:rsidP="0033216C">
            <w:pPr>
              <w:wordWrap w:val="0"/>
              <w:spacing w:after="20"/>
              <w:rPr>
                <w:color w:val="auto"/>
                <w:sz w:val="19"/>
              </w:rPr>
            </w:pPr>
            <w:r w:rsidRPr="000636C5">
              <w:rPr>
                <w:color w:val="auto"/>
                <w:sz w:val="18"/>
              </w:rPr>
              <w:t>NJEMAČKI JEZIK</w:t>
            </w:r>
          </w:p>
        </w:tc>
        <w:tc>
          <w:tcPr>
            <w:tcW w:w="85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584CAB" w:rsidRPr="000636C5" w:rsidRDefault="000636C5" w:rsidP="0033216C">
            <w:pPr>
              <w:wordWrap w:val="0"/>
              <w:spacing w:after="20"/>
              <w:rPr>
                <w:color w:val="auto"/>
              </w:rPr>
            </w:pPr>
            <w:r w:rsidRPr="000636C5">
              <w:rPr>
                <w:color w:val="auto"/>
                <w:sz w:val="18"/>
              </w:rPr>
              <w:t>-</w:t>
            </w:r>
          </w:p>
        </w:tc>
        <w:tc>
          <w:tcPr>
            <w:tcW w:w="70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584CAB" w:rsidRDefault="000636C5">
            <w:pPr>
              <w:wordWrap w:val="0"/>
              <w:spacing w:after="20"/>
              <w:rPr>
                <w:sz w:val="19"/>
              </w:rPr>
            </w:pPr>
            <w:r>
              <w:rPr>
                <w:sz w:val="18"/>
              </w:rPr>
              <w:t>5</w:t>
            </w:r>
          </w:p>
        </w:tc>
      </w:tr>
      <w:tr w:rsidR="00584CAB" w:rsidRPr="008C76D4" w:rsidTr="009477A1">
        <w:trPr>
          <w:cantSplit/>
          <w:jc w:val="center"/>
        </w:trPr>
        <w:tc>
          <w:tcPr>
            <w:tcW w:w="48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584CAB" w:rsidRDefault="00584CAB" w:rsidP="0033216C">
            <w:pPr>
              <w:wordWrap w:val="0"/>
              <w:spacing w:after="20"/>
              <w:rPr>
                <w:sz w:val="19"/>
              </w:rPr>
            </w:pPr>
            <w:r>
              <w:rPr>
                <w:sz w:val="18"/>
              </w:rPr>
              <w:t>27</w:t>
            </w:r>
          </w:p>
        </w:tc>
        <w:tc>
          <w:tcPr>
            <w:tcW w:w="178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584CAB" w:rsidRPr="000636C5" w:rsidRDefault="00584CAB" w:rsidP="0033216C">
            <w:pPr>
              <w:wordWrap w:val="0"/>
              <w:spacing w:after="20"/>
              <w:rPr>
                <w:color w:val="auto"/>
                <w:sz w:val="19"/>
              </w:rPr>
            </w:pPr>
            <w:r w:rsidRPr="000636C5">
              <w:rPr>
                <w:color w:val="auto"/>
                <w:sz w:val="18"/>
              </w:rPr>
              <w:t>ANDREA ERJAVEC</w:t>
            </w:r>
          </w:p>
        </w:tc>
        <w:tc>
          <w:tcPr>
            <w:tcW w:w="85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584CAB" w:rsidRPr="000636C5" w:rsidRDefault="00584CAB" w:rsidP="0033216C">
            <w:pPr>
              <w:wordWrap w:val="0"/>
              <w:spacing w:after="20"/>
              <w:rPr>
                <w:color w:val="auto"/>
                <w:sz w:val="19"/>
              </w:rPr>
            </w:pPr>
          </w:p>
        </w:tc>
        <w:tc>
          <w:tcPr>
            <w:tcW w:w="212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584CAB" w:rsidRPr="000636C5" w:rsidRDefault="00584CAB" w:rsidP="009477A1">
            <w:pPr>
              <w:wordWrap w:val="0"/>
              <w:spacing w:after="20"/>
              <w:rPr>
                <w:color w:val="auto"/>
                <w:sz w:val="19"/>
              </w:rPr>
            </w:pPr>
          </w:p>
        </w:tc>
        <w:tc>
          <w:tcPr>
            <w:tcW w:w="79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584CAB" w:rsidRPr="000636C5" w:rsidRDefault="00584CAB" w:rsidP="0033216C">
            <w:pPr>
              <w:wordWrap w:val="0"/>
              <w:spacing w:after="20"/>
              <w:rPr>
                <w:color w:val="auto"/>
                <w:sz w:val="19"/>
              </w:rPr>
            </w:pPr>
          </w:p>
        </w:tc>
        <w:tc>
          <w:tcPr>
            <w:tcW w:w="204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584CAB" w:rsidRPr="000636C5" w:rsidRDefault="00584CAB" w:rsidP="0033216C">
            <w:pPr>
              <w:wordWrap w:val="0"/>
              <w:spacing w:after="20"/>
              <w:rPr>
                <w:color w:val="auto"/>
                <w:sz w:val="19"/>
              </w:rPr>
            </w:pPr>
            <w:r w:rsidRPr="000636C5">
              <w:rPr>
                <w:color w:val="auto"/>
                <w:sz w:val="18"/>
              </w:rPr>
              <w:t>PRODUŽENI BORAVAK</w:t>
            </w:r>
          </w:p>
        </w:tc>
        <w:tc>
          <w:tcPr>
            <w:tcW w:w="85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584CAB" w:rsidRPr="000636C5" w:rsidRDefault="000636C5" w:rsidP="0033216C">
            <w:pPr>
              <w:wordWrap w:val="0"/>
              <w:spacing w:after="20"/>
              <w:rPr>
                <w:color w:val="auto"/>
              </w:rPr>
            </w:pPr>
            <w:r w:rsidRPr="000636C5">
              <w:rPr>
                <w:color w:val="auto"/>
                <w:sz w:val="18"/>
              </w:rPr>
              <w:t>-</w:t>
            </w:r>
          </w:p>
        </w:tc>
        <w:tc>
          <w:tcPr>
            <w:tcW w:w="70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584CAB" w:rsidRDefault="000636C5">
            <w:pPr>
              <w:wordWrap w:val="0"/>
              <w:spacing w:after="20"/>
              <w:rPr>
                <w:sz w:val="19"/>
              </w:rPr>
            </w:pPr>
            <w:r>
              <w:rPr>
                <w:sz w:val="18"/>
              </w:rPr>
              <w:t>2</w:t>
            </w:r>
          </w:p>
        </w:tc>
      </w:tr>
    </w:tbl>
    <w:p w:rsidR="00CD5307" w:rsidRDefault="0033216C">
      <w:pPr>
        <w:pStyle w:val="Naslov2"/>
      </w:pPr>
      <w:r>
        <w:t>Podaci o učiteljima razredne nastave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2210"/>
        <w:gridCol w:w="992"/>
        <w:gridCol w:w="2551"/>
        <w:gridCol w:w="851"/>
        <w:gridCol w:w="1526"/>
        <w:gridCol w:w="1024"/>
      </w:tblGrid>
      <w:tr w:rsidR="0033216C" w:rsidRPr="008C76D4" w:rsidTr="00655A5F">
        <w:trPr>
          <w:cantSplit/>
          <w:tblHeader/>
          <w:jc w:val="center"/>
        </w:trPr>
        <w:tc>
          <w:tcPr>
            <w:tcW w:w="484"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33216C" w:rsidRPr="008C76D4" w:rsidRDefault="0033216C" w:rsidP="0033216C">
            <w:pPr>
              <w:keepNext/>
              <w:wordWrap w:val="0"/>
              <w:spacing w:after="20"/>
            </w:pPr>
            <w:r>
              <w:rPr>
                <w:b/>
                <w:sz w:val="17"/>
              </w:rPr>
              <w:t>Br.</w:t>
            </w:r>
          </w:p>
        </w:tc>
        <w:tc>
          <w:tcPr>
            <w:tcW w:w="2210"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33216C" w:rsidRPr="008C76D4" w:rsidRDefault="0033216C" w:rsidP="0033216C">
            <w:pPr>
              <w:keepNext/>
              <w:wordWrap w:val="0"/>
              <w:spacing w:after="20"/>
            </w:pPr>
            <w:r>
              <w:rPr>
                <w:b/>
                <w:sz w:val="17"/>
              </w:rPr>
              <w:t>Ime i prezime</w:t>
            </w:r>
          </w:p>
        </w:tc>
        <w:tc>
          <w:tcPr>
            <w:tcW w:w="992"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33216C" w:rsidRPr="008C76D4" w:rsidRDefault="0033216C" w:rsidP="0033216C">
            <w:pPr>
              <w:keepNext/>
              <w:wordWrap w:val="0"/>
              <w:spacing w:after="20"/>
            </w:pPr>
            <w:r>
              <w:rPr>
                <w:b/>
                <w:sz w:val="17"/>
              </w:rPr>
              <w:t>Rođen/a</w:t>
            </w:r>
          </w:p>
        </w:tc>
        <w:tc>
          <w:tcPr>
            <w:tcW w:w="2551"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33216C" w:rsidRPr="008C76D4" w:rsidRDefault="0033216C" w:rsidP="0033216C">
            <w:pPr>
              <w:keepNext/>
              <w:wordWrap w:val="0"/>
              <w:spacing w:after="20"/>
            </w:pPr>
            <w:r>
              <w:rPr>
                <w:b/>
                <w:sz w:val="17"/>
              </w:rPr>
              <w:t>Zvanje</w:t>
            </w:r>
          </w:p>
        </w:tc>
        <w:tc>
          <w:tcPr>
            <w:tcW w:w="851"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655A5F" w:rsidRDefault="0033216C" w:rsidP="0033216C">
            <w:pPr>
              <w:keepNext/>
              <w:wordWrap w:val="0"/>
              <w:spacing w:after="20"/>
              <w:rPr>
                <w:b/>
                <w:sz w:val="17"/>
              </w:rPr>
            </w:pPr>
            <w:r>
              <w:rPr>
                <w:b/>
                <w:sz w:val="17"/>
              </w:rPr>
              <w:t xml:space="preserve">Stupanj </w:t>
            </w:r>
          </w:p>
          <w:p w:rsidR="0033216C" w:rsidRPr="008C76D4" w:rsidRDefault="0033216C" w:rsidP="0033216C">
            <w:pPr>
              <w:keepNext/>
              <w:wordWrap w:val="0"/>
              <w:spacing w:after="20"/>
            </w:pPr>
            <w:r>
              <w:rPr>
                <w:b/>
                <w:sz w:val="17"/>
              </w:rPr>
              <w:t>stručne</w:t>
            </w:r>
          </w:p>
          <w:p w:rsidR="0033216C" w:rsidRPr="008C76D4" w:rsidRDefault="0033216C" w:rsidP="0033216C">
            <w:pPr>
              <w:keepNext/>
              <w:wordWrap w:val="0"/>
              <w:spacing w:after="20"/>
            </w:pPr>
            <w:r>
              <w:rPr>
                <w:b/>
                <w:sz w:val="17"/>
              </w:rPr>
              <w:t>spreme</w:t>
            </w:r>
          </w:p>
        </w:tc>
        <w:tc>
          <w:tcPr>
            <w:tcW w:w="1526"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33216C" w:rsidRPr="00655A5F" w:rsidRDefault="0033216C" w:rsidP="0033216C">
            <w:pPr>
              <w:keepNext/>
              <w:wordWrap w:val="0"/>
              <w:spacing w:after="20"/>
              <w:rPr>
                <w:b/>
                <w:sz w:val="17"/>
              </w:rPr>
            </w:pPr>
            <w:r>
              <w:rPr>
                <w:b/>
                <w:sz w:val="17"/>
              </w:rPr>
              <w:t>Mentor-savjetnik</w:t>
            </w:r>
          </w:p>
        </w:tc>
        <w:tc>
          <w:tcPr>
            <w:tcW w:w="1024"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33216C" w:rsidRPr="008C76D4" w:rsidRDefault="0033216C" w:rsidP="0033216C">
            <w:pPr>
              <w:keepNext/>
              <w:wordWrap w:val="0"/>
              <w:spacing w:after="20"/>
            </w:pPr>
            <w:r>
              <w:rPr>
                <w:b/>
                <w:sz w:val="17"/>
              </w:rPr>
              <w:t>Godine</w:t>
            </w:r>
          </w:p>
          <w:p w:rsidR="0033216C" w:rsidRPr="008C76D4" w:rsidRDefault="0033216C" w:rsidP="0033216C">
            <w:pPr>
              <w:keepNext/>
              <w:wordWrap w:val="0"/>
              <w:spacing w:after="20"/>
            </w:pPr>
            <w:r>
              <w:rPr>
                <w:b/>
                <w:sz w:val="17"/>
              </w:rPr>
              <w:t>staža</w:t>
            </w:r>
          </w:p>
        </w:tc>
      </w:tr>
      <w:tr w:rsidR="0033216C" w:rsidRPr="008C76D4" w:rsidTr="00655A5F">
        <w:trPr>
          <w:cantSplit/>
          <w:jc w:val="center"/>
        </w:trPr>
        <w:tc>
          <w:tcPr>
            <w:tcW w:w="48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1.</w:t>
            </w:r>
          </w:p>
        </w:tc>
        <w:tc>
          <w:tcPr>
            <w:tcW w:w="221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KARMEN MILOVEC</w:t>
            </w:r>
          </w:p>
        </w:tc>
        <w:tc>
          <w:tcPr>
            <w:tcW w:w="99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55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85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152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w:t>
            </w:r>
          </w:p>
        </w:tc>
        <w:tc>
          <w:tcPr>
            <w:tcW w:w="102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8"/>
              </w:rPr>
              <w:t>35</w:t>
            </w:r>
          </w:p>
        </w:tc>
      </w:tr>
      <w:tr w:rsidR="0033216C" w:rsidRPr="008C76D4" w:rsidTr="00655A5F">
        <w:trPr>
          <w:cantSplit/>
          <w:jc w:val="center"/>
        </w:trPr>
        <w:tc>
          <w:tcPr>
            <w:tcW w:w="48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2.</w:t>
            </w:r>
          </w:p>
        </w:tc>
        <w:tc>
          <w:tcPr>
            <w:tcW w:w="221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ALEKSANDRA HRASTOVEC</w:t>
            </w:r>
          </w:p>
        </w:tc>
        <w:tc>
          <w:tcPr>
            <w:tcW w:w="99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55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85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152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w:t>
            </w:r>
          </w:p>
        </w:tc>
        <w:tc>
          <w:tcPr>
            <w:tcW w:w="102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8"/>
              </w:rPr>
              <w:t>35</w:t>
            </w:r>
          </w:p>
        </w:tc>
      </w:tr>
      <w:tr w:rsidR="0033216C" w:rsidRPr="008C76D4" w:rsidTr="00655A5F">
        <w:trPr>
          <w:cantSplit/>
          <w:jc w:val="center"/>
        </w:trPr>
        <w:tc>
          <w:tcPr>
            <w:tcW w:w="48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3.</w:t>
            </w:r>
          </w:p>
        </w:tc>
        <w:tc>
          <w:tcPr>
            <w:tcW w:w="221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JULIJANA PETRINA</w:t>
            </w:r>
          </w:p>
        </w:tc>
        <w:tc>
          <w:tcPr>
            <w:tcW w:w="99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55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85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152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w:t>
            </w:r>
          </w:p>
        </w:tc>
        <w:tc>
          <w:tcPr>
            <w:tcW w:w="102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8"/>
              </w:rPr>
              <w:t>39</w:t>
            </w:r>
          </w:p>
        </w:tc>
      </w:tr>
      <w:tr w:rsidR="0033216C" w:rsidRPr="008C76D4" w:rsidTr="00655A5F">
        <w:trPr>
          <w:cantSplit/>
          <w:jc w:val="center"/>
        </w:trPr>
        <w:tc>
          <w:tcPr>
            <w:tcW w:w="48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4.</w:t>
            </w:r>
          </w:p>
        </w:tc>
        <w:tc>
          <w:tcPr>
            <w:tcW w:w="221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SMINKA HANJŠ</w:t>
            </w:r>
          </w:p>
        </w:tc>
        <w:tc>
          <w:tcPr>
            <w:tcW w:w="99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55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85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152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w:t>
            </w:r>
          </w:p>
        </w:tc>
        <w:tc>
          <w:tcPr>
            <w:tcW w:w="102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8"/>
              </w:rPr>
              <w:t>36</w:t>
            </w:r>
          </w:p>
        </w:tc>
      </w:tr>
      <w:tr w:rsidR="0033216C" w:rsidRPr="008C76D4" w:rsidTr="00655A5F">
        <w:trPr>
          <w:cantSplit/>
          <w:jc w:val="center"/>
        </w:trPr>
        <w:tc>
          <w:tcPr>
            <w:tcW w:w="48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5.</w:t>
            </w:r>
          </w:p>
        </w:tc>
        <w:tc>
          <w:tcPr>
            <w:tcW w:w="221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DRAŽENKA SKUPNJAK</w:t>
            </w:r>
          </w:p>
        </w:tc>
        <w:tc>
          <w:tcPr>
            <w:tcW w:w="99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55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85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152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Izvrsna savjetnica</w:t>
            </w:r>
          </w:p>
        </w:tc>
        <w:tc>
          <w:tcPr>
            <w:tcW w:w="102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8"/>
              </w:rPr>
              <w:t>39</w:t>
            </w:r>
          </w:p>
        </w:tc>
      </w:tr>
      <w:tr w:rsidR="0033216C" w:rsidRPr="008C76D4" w:rsidTr="00655A5F">
        <w:trPr>
          <w:cantSplit/>
          <w:jc w:val="center"/>
        </w:trPr>
        <w:tc>
          <w:tcPr>
            <w:tcW w:w="48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6.</w:t>
            </w:r>
          </w:p>
        </w:tc>
        <w:tc>
          <w:tcPr>
            <w:tcW w:w="221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LJILJANA BZIK</w:t>
            </w:r>
          </w:p>
        </w:tc>
        <w:tc>
          <w:tcPr>
            <w:tcW w:w="99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55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85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152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w:t>
            </w:r>
          </w:p>
        </w:tc>
        <w:tc>
          <w:tcPr>
            <w:tcW w:w="102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8"/>
              </w:rPr>
              <w:t>35</w:t>
            </w:r>
          </w:p>
        </w:tc>
      </w:tr>
      <w:tr w:rsidR="0033216C" w:rsidRPr="008C76D4" w:rsidTr="00655A5F">
        <w:trPr>
          <w:cantSplit/>
          <w:jc w:val="center"/>
        </w:trPr>
        <w:tc>
          <w:tcPr>
            <w:tcW w:w="48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7.</w:t>
            </w:r>
          </w:p>
        </w:tc>
        <w:tc>
          <w:tcPr>
            <w:tcW w:w="221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KARMELA OŽINGER</w:t>
            </w:r>
          </w:p>
        </w:tc>
        <w:tc>
          <w:tcPr>
            <w:tcW w:w="99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55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85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152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w:t>
            </w:r>
          </w:p>
        </w:tc>
        <w:tc>
          <w:tcPr>
            <w:tcW w:w="102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8"/>
              </w:rPr>
              <w:t>30</w:t>
            </w:r>
          </w:p>
        </w:tc>
      </w:tr>
      <w:tr w:rsidR="0033216C" w:rsidRPr="008C76D4" w:rsidTr="00655A5F">
        <w:trPr>
          <w:cantSplit/>
          <w:jc w:val="center"/>
        </w:trPr>
        <w:tc>
          <w:tcPr>
            <w:tcW w:w="48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8.</w:t>
            </w:r>
          </w:p>
        </w:tc>
        <w:tc>
          <w:tcPr>
            <w:tcW w:w="221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BRANKA DRUŽINIĆ</w:t>
            </w:r>
          </w:p>
        </w:tc>
        <w:tc>
          <w:tcPr>
            <w:tcW w:w="99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55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85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152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w:t>
            </w:r>
          </w:p>
        </w:tc>
        <w:tc>
          <w:tcPr>
            <w:tcW w:w="102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8"/>
              </w:rPr>
              <w:t>14</w:t>
            </w:r>
          </w:p>
        </w:tc>
      </w:tr>
    </w:tbl>
    <w:p w:rsidR="00CD5307" w:rsidRDefault="0033216C">
      <w:pPr>
        <w:pStyle w:val="Naslov2"/>
      </w:pPr>
      <w:r>
        <w:t>Podaci o ravnatelju i stručnim suradnicima</w:t>
      </w:r>
    </w:p>
    <w:tbl>
      <w:tblPr>
        <w:tblW w:w="9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
        <w:gridCol w:w="1638"/>
        <w:gridCol w:w="857"/>
        <w:gridCol w:w="2552"/>
        <w:gridCol w:w="850"/>
        <w:gridCol w:w="1276"/>
        <w:gridCol w:w="993"/>
        <w:gridCol w:w="989"/>
      </w:tblGrid>
      <w:tr w:rsidR="0033216C" w:rsidRPr="008C76D4" w:rsidTr="00655A5F">
        <w:trPr>
          <w:cantSplit/>
          <w:tblHeader/>
          <w:jc w:val="center"/>
        </w:trPr>
        <w:tc>
          <w:tcPr>
            <w:tcW w:w="482"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33216C" w:rsidRPr="008C76D4" w:rsidRDefault="0033216C" w:rsidP="0033216C">
            <w:pPr>
              <w:keepNext/>
              <w:wordWrap w:val="0"/>
              <w:spacing w:after="20"/>
            </w:pPr>
            <w:r>
              <w:rPr>
                <w:b/>
                <w:sz w:val="17"/>
              </w:rPr>
              <w:t>Br.</w:t>
            </w:r>
          </w:p>
        </w:tc>
        <w:tc>
          <w:tcPr>
            <w:tcW w:w="1638"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33216C" w:rsidRPr="008C76D4" w:rsidRDefault="0033216C" w:rsidP="0033216C">
            <w:pPr>
              <w:keepNext/>
              <w:wordWrap w:val="0"/>
              <w:spacing w:after="20"/>
            </w:pPr>
            <w:r>
              <w:rPr>
                <w:b/>
                <w:sz w:val="17"/>
              </w:rPr>
              <w:t>Ime i prezime</w:t>
            </w:r>
          </w:p>
        </w:tc>
        <w:tc>
          <w:tcPr>
            <w:tcW w:w="857"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33216C" w:rsidRPr="008C76D4" w:rsidRDefault="0033216C" w:rsidP="0033216C">
            <w:pPr>
              <w:keepNext/>
              <w:wordWrap w:val="0"/>
              <w:spacing w:after="20"/>
            </w:pPr>
            <w:r>
              <w:rPr>
                <w:b/>
                <w:sz w:val="17"/>
              </w:rPr>
              <w:t>Rođen/a</w:t>
            </w:r>
          </w:p>
        </w:tc>
        <w:tc>
          <w:tcPr>
            <w:tcW w:w="2552"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33216C" w:rsidRPr="008C76D4" w:rsidRDefault="0033216C" w:rsidP="0033216C">
            <w:pPr>
              <w:keepNext/>
              <w:wordWrap w:val="0"/>
              <w:spacing w:after="20"/>
            </w:pPr>
            <w:r>
              <w:rPr>
                <w:b/>
                <w:sz w:val="17"/>
              </w:rPr>
              <w:t>Zvanje</w:t>
            </w:r>
          </w:p>
        </w:tc>
        <w:tc>
          <w:tcPr>
            <w:tcW w:w="850"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655A5F" w:rsidRDefault="0033216C" w:rsidP="0033216C">
            <w:pPr>
              <w:keepNext/>
              <w:wordWrap w:val="0"/>
              <w:spacing w:after="20"/>
              <w:rPr>
                <w:b/>
                <w:sz w:val="17"/>
              </w:rPr>
            </w:pPr>
            <w:r>
              <w:rPr>
                <w:b/>
                <w:sz w:val="17"/>
              </w:rPr>
              <w:t xml:space="preserve">Stupanj </w:t>
            </w:r>
          </w:p>
          <w:p w:rsidR="0033216C" w:rsidRPr="008C76D4" w:rsidRDefault="0033216C" w:rsidP="0033216C">
            <w:pPr>
              <w:keepNext/>
              <w:wordWrap w:val="0"/>
              <w:spacing w:after="20"/>
            </w:pPr>
            <w:r>
              <w:rPr>
                <w:b/>
                <w:sz w:val="17"/>
              </w:rPr>
              <w:t>stručne</w:t>
            </w:r>
          </w:p>
          <w:p w:rsidR="0033216C" w:rsidRPr="008C76D4" w:rsidRDefault="0033216C" w:rsidP="0033216C">
            <w:pPr>
              <w:keepNext/>
              <w:wordWrap w:val="0"/>
              <w:spacing w:after="20"/>
            </w:pPr>
            <w:r>
              <w:rPr>
                <w:b/>
                <w:sz w:val="17"/>
              </w:rPr>
              <w:t>spreme</w:t>
            </w:r>
          </w:p>
        </w:tc>
        <w:tc>
          <w:tcPr>
            <w:tcW w:w="1276"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33216C" w:rsidRPr="008C76D4" w:rsidRDefault="0033216C" w:rsidP="0033216C">
            <w:pPr>
              <w:keepNext/>
              <w:wordWrap w:val="0"/>
              <w:spacing w:after="20"/>
            </w:pPr>
            <w:r>
              <w:rPr>
                <w:b/>
                <w:sz w:val="17"/>
              </w:rPr>
              <w:t>Radno mjesto</w:t>
            </w:r>
          </w:p>
        </w:tc>
        <w:tc>
          <w:tcPr>
            <w:tcW w:w="993"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655A5F" w:rsidRDefault="0033216C" w:rsidP="0033216C">
            <w:pPr>
              <w:keepNext/>
              <w:wordWrap w:val="0"/>
              <w:spacing w:after="20"/>
              <w:rPr>
                <w:b/>
                <w:sz w:val="17"/>
              </w:rPr>
            </w:pPr>
            <w:r>
              <w:rPr>
                <w:b/>
                <w:sz w:val="17"/>
              </w:rPr>
              <w:t>Mentor-</w:t>
            </w:r>
          </w:p>
          <w:p w:rsidR="0033216C" w:rsidRPr="008C76D4" w:rsidRDefault="0033216C" w:rsidP="0033216C">
            <w:pPr>
              <w:keepNext/>
              <w:wordWrap w:val="0"/>
              <w:spacing w:after="20"/>
            </w:pPr>
            <w:r>
              <w:rPr>
                <w:b/>
                <w:sz w:val="17"/>
              </w:rPr>
              <w:t>savjetnik</w:t>
            </w:r>
          </w:p>
        </w:tc>
        <w:tc>
          <w:tcPr>
            <w:tcW w:w="989"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33216C" w:rsidRPr="008C76D4" w:rsidRDefault="0033216C" w:rsidP="0033216C">
            <w:pPr>
              <w:keepNext/>
              <w:wordWrap w:val="0"/>
              <w:spacing w:after="20"/>
            </w:pPr>
            <w:r>
              <w:rPr>
                <w:b/>
                <w:sz w:val="17"/>
              </w:rPr>
              <w:t>Godine</w:t>
            </w:r>
          </w:p>
          <w:p w:rsidR="0033216C" w:rsidRPr="008C76D4" w:rsidRDefault="0033216C" w:rsidP="0033216C">
            <w:pPr>
              <w:keepNext/>
              <w:wordWrap w:val="0"/>
              <w:spacing w:after="20"/>
            </w:pPr>
            <w:r>
              <w:rPr>
                <w:b/>
                <w:sz w:val="17"/>
              </w:rPr>
              <w:t>staža</w:t>
            </w:r>
          </w:p>
        </w:tc>
      </w:tr>
      <w:tr w:rsidR="0033216C" w:rsidRPr="008C76D4" w:rsidTr="00655A5F">
        <w:trPr>
          <w:cantSplit/>
          <w:jc w:val="center"/>
        </w:trPr>
        <w:tc>
          <w:tcPr>
            <w:tcW w:w="48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1.</w:t>
            </w:r>
          </w:p>
        </w:tc>
        <w:tc>
          <w:tcPr>
            <w:tcW w:w="1638"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JURICA HUNJADI</w:t>
            </w:r>
          </w:p>
        </w:tc>
        <w:tc>
          <w:tcPr>
            <w:tcW w:w="8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55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85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127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RAVNATELJ</w:t>
            </w:r>
          </w:p>
        </w:tc>
        <w:tc>
          <w:tcPr>
            <w:tcW w:w="99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w:t>
            </w:r>
          </w:p>
        </w:tc>
        <w:tc>
          <w:tcPr>
            <w:tcW w:w="989"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8"/>
              </w:rPr>
              <w:t>18</w:t>
            </w:r>
          </w:p>
        </w:tc>
      </w:tr>
      <w:tr w:rsidR="0033216C" w:rsidRPr="008C76D4" w:rsidTr="00655A5F">
        <w:trPr>
          <w:cantSplit/>
          <w:jc w:val="center"/>
        </w:trPr>
        <w:tc>
          <w:tcPr>
            <w:tcW w:w="48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2.</w:t>
            </w:r>
          </w:p>
        </w:tc>
        <w:tc>
          <w:tcPr>
            <w:tcW w:w="1638"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DRAGANA HRNJKAŠ PASQUINO</w:t>
            </w:r>
          </w:p>
        </w:tc>
        <w:tc>
          <w:tcPr>
            <w:tcW w:w="8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55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85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127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PEDAGOG</w:t>
            </w:r>
          </w:p>
        </w:tc>
        <w:tc>
          <w:tcPr>
            <w:tcW w:w="99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w:t>
            </w:r>
          </w:p>
        </w:tc>
        <w:tc>
          <w:tcPr>
            <w:tcW w:w="989"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8"/>
              </w:rPr>
              <w:t>20</w:t>
            </w:r>
          </w:p>
        </w:tc>
      </w:tr>
      <w:tr w:rsidR="0033216C" w:rsidRPr="008C76D4" w:rsidTr="00655A5F">
        <w:trPr>
          <w:cantSplit/>
          <w:jc w:val="center"/>
        </w:trPr>
        <w:tc>
          <w:tcPr>
            <w:tcW w:w="48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3.</w:t>
            </w:r>
          </w:p>
        </w:tc>
        <w:tc>
          <w:tcPr>
            <w:tcW w:w="1638"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VLASTA POKOS</w:t>
            </w:r>
          </w:p>
        </w:tc>
        <w:tc>
          <w:tcPr>
            <w:tcW w:w="8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55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85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127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KNJIŽNIČARKA</w:t>
            </w:r>
          </w:p>
        </w:tc>
        <w:tc>
          <w:tcPr>
            <w:tcW w:w="99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w:t>
            </w:r>
          </w:p>
        </w:tc>
        <w:tc>
          <w:tcPr>
            <w:tcW w:w="989"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8"/>
              </w:rPr>
              <w:t>18</w:t>
            </w:r>
          </w:p>
        </w:tc>
      </w:tr>
      <w:tr w:rsidR="0033216C" w:rsidRPr="008C76D4" w:rsidTr="00655A5F">
        <w:trPr>
          <w:cantSplit/>
          <w:jc w:val="center"/>
        </w:trPr>
        <w:tc>
          <w:tcPr>
            <w:tcW w:w="48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4.</w:t>
            </w:r>
          </w:p>
        </w:tc>
        <w:tc>
          <w:tcPr>
            <w:tcW w:w="1638"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TENA KUHAR</w:t>
            </w:r>
          </w:p>
        </w:tc>
        <w:tc>
          <w:tcPr>
            <w:tcW w:w="8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55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85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127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PSIHOLOG</w:t>
            </w:r>
          </w:p>
        </w:tc>
        <w:tc>
          <w:tcPr>
            <w:tcW w:w="99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w:t>
            </w:r>
          </w:p>
        </w:tc>
        <w:tc>
          <w:tcPr>
            <w:tcW w:w="989"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8"/>
              </w:rPr>
              <w:t>1</w:t>
            </w:r>
          </w:p>
        </w:tc>
      </w:tr>
    </w:tbl>
    <w:p w:rsidR="00CD5307" w:rsidRDefault="0033216C">
      <w:pPr>
        <w:pStyle w:val="Naslov2"/>
      </w:pPr>
      <w:r>
        <w:lastRenderedPageBreak/>
        <w:t>Podaci o ostalim radnicima škole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1"/>
        <w:gridCol w:w="1871"/>
        <w:gridCol w:w="879"/>
        <w:gridCol w:w="2381"/>
        <w:gridCol w:w="879"/>
        <w:gridCol w:w="2155"/>
        <w:gridCol w:w="992"/>
      </w:tblGrid>
      <w:tr w:rsidR="0033216C" w:rsidRPr="008C76D4" w:rsidTr="0033216C">
        <w:trPr>
          <w:cantSplit/>
          <w:tblHeader/>
          <w:jc w:val="center"/>
        </w:trPr>
        <w:tc>
          <w:tcPr>
            <w:tcW w:w="482"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33216C" w:rsidRPr="008C76D4" w:rsidRDefault="0033216C" w:rsidP="0033216C">
            <w:pPr>
              <w:keepNext/>
              <w:wordWrap w:val="0"/>
              <w:spacing w:after="20"/>
            </w:pPr>
            <w:r>
              <w:rPr>
                <w:b/>
                <w:sz w:val="17"/>
              </w:rPr>
              <w:t>Br.</w:t>
            </w:r>
          </w:p>
        </w:tc>
        <w:tc>
          <w:tcPr>
            <w:tcW w:w="1871"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33216C" w:rsidRPr="008C76D4" w:rsidRDefault="0033216C" w:rsidP="0033216C">
            <w:pPr>
              <w:keepNext/>
              <w:wordWrap w:val="0"/>
              <w:spacing w:after="20"/>
            </w:pPr>
            <w:r>
              <w:rPr>
                <w:b/>
                <w:sz w:val="17"/>
              </w:rPr>
              <w:t>Ime i prezime</w:t>
            </w:r>
          </w:p>
        </w:tc>
        <w:tc>
          <w:tcPr>
            <w:tcW w:w="879"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33216C" w:rsidRPr="008C76D4" w:rsidRDefault="0033216C" w:rsidP="0033216C">
            <w:pPr>
              <w:keepNext/>
              <w:wordWrap w:val="0"/>
              <w:spacing w:after="20"/>
            </w:pPr>
            <w:r>
              <w:rPr>
                <w:b/>
                <w:sz w:val="17"/>
              </w:rPr>
              <w:t>Rođen/a</w:t>
            </w:r>
          </w:p>
        </w:tc>
        <w:tc>
          <w:tcPr>
            <w:tcW w:w="2381"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33216C" w:rsidRPr="008C76D4" w:rsidRDefault="0033216C" w:rsidP="0033216C">
            <w:pPr>
              <w:keepNext/>
              <w:wordWrap w:val="0"/>
              <w:spacing w:after="20"/>
            </w:pPr>
            <w:r>
              <w:rPr>
                <w:b/>
                <w:sz w:val="17"/>
              </w:rPr>
              <w:t>Zvanje</w:t>
            </w:r>
          </w:p>
        </w:tc>
        <w:tc>
          <w:tcPr>
            <w:tcW w:w="879"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33216C" w:rsidRPr="008C76D4" w:rsidRDefault="0033216C" w:rsidP="0033216C">
            <w:pPr>
              <w:keepNext/>
              <w:wordWrap w:val="0"/>
              <w:spacing w:after="20"/>
            </w:pPr>
            <w:r>
              <w:rPr>
                <w:b/>
                <w:sz w:val="17"/>
              </w:rPr>
              <w:t>Stupanj</w:t>
            </w:r>
          </w:p>
          <w:p w:rsidR="00655A5F" w:rsidRDefault="0033216C" w:rsidP="0033216C">
            <w:pPr>
              <w:keepNext/>
              <w:wordWrap w:val="0"/>
              <w:spacing w:after="20"/>
              <w:rPr>
                <w:b/>
                <w:sz w:val="17"/>
              </w:rPr>
            </w:pPr>
            <w:r>
              <w:rPr>
                <w:b/>
                <w:sz w:val="17"/>
              </w:rPr>
              <w:t xml:space="preserve">stručne </w:t>
            </w:r>
          </w:p>
          <w:p w:rsidR="0033216C" w:rsidRPr="008C76D4" w:rsidRDefault="0033216C" w:rsidP="0033216C">
            <w:pPr>
              <w:keepNext/>
              <w:wordWrap w:val="0"/>
              <w:spacing w:after="20"/>
            </w:pPr>
            <w:r>
              <w:rPr>
                <w:b/>
                <w:sz w:val="17"/>
              </w:rPr>
              <w:t>spreme</w:t>
            </w:r>
          </w:p>
        </w:tc>
        <w:tc>
          <w:tcPr>
            <w:tcW w:w="2155"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33216C" w:rsidRPr="008C76D4" w:rsidRDefault="0033216C" w:rsidP="0033216C">
            <w:pPr>
              <w:keepNext/>
              <w:wordWrap w:val="0"/>
              <w:spacing w:after="20"/>
            </w:pPr>
            <w:r>
              <w:rPr>
                <w:b/>
                <w:sz w:val="17"/>
              </w:rPr>
              <w:t>Radno mjesto</w:t>
            </w:r>
          </w:p>
        </w:tc>
        <w:tc>
          <w:tcPr>
            <w:tcW w:w="992"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33216C" w:rsidRPr="008C76D4" w:rsidRDefault="0033216C" w:rsidP="0033216C">
            <w:pPr>
              <w:keepNext/>
              <w:wordWrap w:val="0"/>
              <w:spacing w:after="20"/>
            </w:pPr>
            <w:r>
              <w:rPr>
                <w:b/>
                <w:sz w:val="17"/>
              </w:rPr>
              <w:t>Godine</w:t>
            </w:r>
          </w:p>
          <w:p w:rsidR="0033216C" w:rsidRPr="008C76D4" w:rsidRDefault="0033216C" w:rsidP="0033216C">
            <w:pPr>
              <w:keepNext/>
              <w:wordWrap w:val="0"/>
              <w:spacing w:after="20"/>
            </w:pPr>
            <w:r>
              <w:rPr>
                <w:b/>
                <w:sz w:val="17"/>
              </w:rPr>
              <w:t>staža</w:t>
            </w:r>
          </w:p>
        </w:tc>
      </w:tr>
      <w:tr w:rsidR="0033216C" w:rsidRPr="008C76D4" w:rsidTr="0033216C">
        <w:trPr>
          <w:cantSplit/>
          <w:jc w:val="center"/>
        </w:trPr>
        <w:tc>
          <w:tcPr>
            <w:tcW w:w="48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1</w:t>
            </w:r>
          </w:p>
        </w:tc>
        <w:tc>
          <w:tcPr>
            <w:tcW w:w="18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RENATA BELJŠĆAK</w:t>
            </w:r>
          </w:p>
        </w:tc>
        <w:tc>
          <w:tcPr>
            <w:tcW w:w="879"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38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879"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1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TAJNIK</w:t>
            </w:r>
          </w:p>
        </w:tc>
        <w:tc>
          <w:tcPr>
            <w:tcW w:w="99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8"/>
              </w:rPr>
              <w:t>33</w:t>
            </w:r>
          </w:p>
        </w:tc>
      </w:tr>
      <w:tr w:rsidR="0033216C" w:rsidRPr="008C76D4" w:rsidTr="0033216C">
        <w:trPr>
          <w:cantSplit/>
          <w:jc w:val="center"/>
        </w:trPr>
        <w:tc>
          <w:tcPr>
            <w:tcW w:w="48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2</w:t>
            </w:r>
          </w:p>
        </w:tc>
        <w:tc>
          <w:tcPr>
            <w:tcW w:w="18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NATALIJA PRETKOVIĆ</w:t>
            </w:r>
          </w:p>
        </w:tc>
        <w:tc>
          <w:tcPr>
            <w:tcW w:w="879"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38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879"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1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RAČUNOVOĐA</w:t>
            </w:r>
          </w:p>
        </w:tc>
        <w:tc>
          <w:tcPr>
            <w:tcW w:w="99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8"/>
              </w:rPr>
              <w:t>19</w:t>
            </w:r>
          </w:p>
        </w:tc>
      </w:tr>
      <w:tr w:rsidR="0033216C" w:rsidRPr="008C76D4" w:rsidTr="0033216C">
        <w:trPr>
          <w:cantSplit/>
          <w:jc w:val="center"/>
        </w:trPr>
        <w:tc>
          <w:tcPr>
            <w:tcW w:w="48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3</w:t>
            </w:r>
          </w:p>
        </w:tc>
        <w:tc>
          <w:tcPr>
            <w:tcW w:w="18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SENKA MAGIĆ</w:t>
            </w:r>
          </w:p>
        </w:tc>
        <w:tc>
          <w:tcPr>
            <w:tcW w:w="879"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38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879"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1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KUHARICA</w:t>
            </w:r>
          </w:p>
        </w:tc>
        <w:tc>
          <w:tcPr>
            <w:tcW w:w="99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8"/>
              </w:rPr>
              <w:t>30</w:t>
            </w:r>
          </w:p>
        </w:tc>
      </w:tr>
      <w:tr w:rsidR="0033216C" w:rsidRPr="008C76D4" w:rsidTr="0033216C">
        <w:trPr>
          <w:cantSplit/>
          <w:jc w:val="center"/>
        </w:trPr>
        <w:tc>
          <w:tcPr>
            <w:tcW w:w="48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4</w:t>
            </w:r>
          </w:p>
        </w:tc>
        <w:tc>
          <w:tcPr>
            <w:tcW w:w="18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NADA ŠĆURIC</w:t>
            </w:r>
          </w:p>
        </w:tc>
        <w:tc>
          <w:tcPr>
            <w:tcW w:w="879"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38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879"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1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SPREMAČICA</w:t>
            </w:r>
          </w:p>
        </w:tc>
        <w:tc>
          <w:tcPr>
            <w:tcW w:w="99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8"/>
              </w:rPr>
              <w:t>37</w:t>
            </w:r>
          </w:p>
        </w:tc>
      </w:tr>
      <w:tr w:rsidR="0033216C" w:rsidRPr="008C76D4" w:rsidTr="0033216C">
        <w:trPr>
          <w:cantSplit/>
          <w:jc w:val="center"/>
        </w:trPr>
        <w:tc>
          <w:tcPr>
            <w:tcW w:w="48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5</w:t>
            </w:r>
          </w:p>
        </w:tc>
        <w:tc>
          <w:tcPr>
            <w:tcW w:w="18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DANICA BOBEK</w:t>
            </w:r>
          </w:p>
        </w:tc>
        <w:tc>
          <w:tcPr>
            <w:tcW w:w="879"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38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879"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1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SPREMAČICA</w:t>
            </w:r>
          </w:p>
        </w:tc>
        <w:tc>
          <w:tcPr>
            <w:tcW w:w="99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8"/>
              </w:rPr>
              <w:t>32</w:t>
            </w:r>
          </w:p>
        </w:tc>
      </w:tr>
      <w:tr w:rsidR="0033216C" w:rsidRPr="008C76D4" w:rsidTr="0033216C">
        <w:trPr>
          <w:cantSplit/>
          <w:jc w:val="center"/>
        </w:trPr>
        <w:tc>
          <w:tcPr>
            <w:tcW w:w="48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6</w:t>
            </w:r>
          </w:p>
        </w:tc>
        <w:tc>
          <w:tcPr>
            <w:tcW w:w="18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OLGA BENČIĆ</w:t>
            </w:r>
          </w:p>
        </w:tc>
        <w:tc>
          <w:tcPr>
            <w:tcW w:w="879"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38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879"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1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SPREMAČICA</w:t>
            </w:r>
          </w:p>
        </w:tc>
        <w:tc>
          <w:tcPr>
            <w:tcW w:w="99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8"/>
              </w:rPr>
              <w:t>40</w:t>
            </w:r>
          </w:p>
        </w:tc>
      </w:tr>
      <w:tr w:rsidR="0033216C" w:rsidRPr="008C76D4" w:rsidTr="0033216C">
        <w:trPr>
          <w:cantSplit/>
          <w:jc w:val="center"/>
        </w:trPr>
        <w:tc>
          <w:tcPr>
            <w:tcW w:w="48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7</w:t>
            </w:r>
          </w:p>
        </w:tc>
        <w:tc>
          <w:tcPr>
            <w:tcW w:w="18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VESNA CUKOR</w:t>
            </w:r>
          </w:p>
        </w:tc>
        <w:tc>
          <w:tcPr>
            <w:tcW w:w="879"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38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879"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1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SPREMAČICA</w:t>
            </w:r>
          </w:p>
        </w:tc>
        <w:tc>
          <w:tcPr>
            <w:tcW w:w="99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8"/>
              </w:rPr>
              <w:t>40</w:t>
            </w:r>
          </w:p>
        </w:tc>
      </w:tr>
      <w:tr w:rsidR="0033216C" w:rsidRPr="008C76D4" w:rsidTr="0033216C">
        <w:trPr>
          <w:cantSplit/>
          <w:jc w:val="center"/>
        </w:trPr>
        <w:tc>
          <w:tcPr>
            <w:tcW w:w="48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8</w:t>
            </w:r>
          </w:p>
        </w:tc>
        <w:tc>
          <w:tcPr>
            <w:tcW w:w="18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BOJAN RIHTARIĆ</w:t>
            </w:r>
          </w:p>
        </w:tc>
        <w:tc>
          <w:tcPr>
            <w:tcW w:w="879"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38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879"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1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LOŽAČ-DOMAR</w:t>
            </w:r>
          </w:p>
        </w:tc>
        <w:tc>
          <w:tcPr>
            <w:tcW w:w="99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8"/>
              </w:rPr>
              <w:t>6</w:t>
            </w:r>
          </w:p>
        </w:tc>
      </w:tr>
      <w:tr w:rsidR="0033216C" w:rsidRPr="008C76D4" w:rsidTr="0033216C">
        <w:trPr>
          <w:cantSplit/>
          <w:jc w:val="center"/>
        </w:trPr>
        <w:tc>
          <w:tcPr>
            <w:tcW w:w="48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9</w:t>
            </w:r>
          </w:p>
        </w:tc>
        <w:tc>
          <w:tcPr>
            <w:tcW w:w="18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DAVORKA KONJIĆ</w:t>
            </w:r>
          </w:p>
        </w:tc>
        <w:tc>
          <w:tcPr>
            <w:tcW w:w="879"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38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879"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21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18"/>
              </w:rPr>
              <w:t>KUHARICA</w:t>
            </w:r>
          </w:p>
        </w:tc>
        <w:tc>
          <w:tcPr>
            <w:tcW w:w="99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8"/>
              </w:rPr>
              <w:t>27</w:t>
            </w:r>
          </w:p>
        </w:tc>
      </w:tr>
      <w:tr w:rsidR="00CD5307" w:rsidRPr="000636C5">
        <w:trPr>
          <w:cantSplit/>
          <w:jc w:val="center"/>
        </w:trPr>
        <w:tc>
          <w:tcPr>
            <w:tcW w:w="48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0636C5" w:rsidRDefault="0033216C">
            <w:pPr>
              <w:wordWrap w:val="0"/>
              <w:spacing w:after="20"/>
              <w:rPr>
                <w:color w:val="auto"/>
              </w:rPr>
            </w:pPr>
            <w:r w:rsidRPr="000636C5">
              <w:rPr>
                <w:color w:val="auto"/>
                <w:sz w:val="18"/>
              </w:rPr>
              <w:t>10.</w:t>
            </w:r>
          </w:p>
        </w:tc>
        <w:tc>
          <w:tcPr>
            <w:tcW w:w="18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0636C5" w:rsidRDefault="0033216C">
            <w:pPr>
              <w:wordWrap w:val="0"/>
              <w:spacing w:after="20"/>
              <w:rPr>
                <w:color w:val="auto"/>
              </w:rPr>
            </w:pPr>
            <w:r w:rsidRPr="000636C5">
              <w:rPr>
                <w:color w:val="auto"/>
                <w:sz w:val="18"/>
              </w:rPr>
              <w:t>SEBASTIJAN NOVAK</w:t>
            </w:r>
          </w:p>
        </w:tc>
        <w:tc>
          <w:tcPr>
            <w:tcW w:w="879"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0636C5" w:rsidRDefault="00CD5307">
            <w:pPr>
              <w:wordWrap w:val="0"/>
              <w:spacing w:after="20"/>
              <w:rPr>
                <w:color w:val="auto"/>
              </w:rPr>
            </w:pPr>
          </w:p>
        </w:tc>
        <w:tc>
          <w:tcPr>
            <w:tcW w:w="238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0636C5" w:rsidRDefault="00CD5307">
            <w:pPr>
              <w:wordWrap w:val="0"/>
              <w:spacing w:after="20"/>
              <w:rPr>
                <w:color w:val="auto"/>
              </w:rPr>
            </w:pPr>
          </w:p>
        </w:tc>
        <w:tc>
          <w:tcPr>
            <w:tcW w:w="879"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0636C5" w:rsidRDefault="00CD5307">
            <w:pPr>
              <w:wordWrap w:val="0"/>
              <w:spacing w:after="20"/>
              <w:rPr>
                <w:color w:val="auto"/>
              </w:rPr>
            </w:pPr>
          </w:p>
        </w:tc>
        <w:tc>
          <w:tcPr>
            <w:tcW w:w="215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0636C5" w:rsidRDefault="0033216C">
            <w:pPr>
              <w:wordWrap w:val="0"/>
              <w:spacing w:after="20"/>
              <w:rPr>
                <w:color w:val="auto"/>
              </w:rPr>
            </w:pPr>
            <w:r w:rsidRPr="000636C5">
              <w:rPr>
                <w:color w:val="auto"/>
                <w:sz w:val="18"/>
              </w:rPr>
              <w:t>DJELATNIK ZA SIGURNOST</w:t>
            </w:r>
          </w:p>
        </w:tc>
        <w:tc>
          <w:tcPr>
            <w:tcW w:w="99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0636C5" w:rsidRDefault="000636C5">
            <w:pPr>
              <w:wordWrap w:val="0"/>
              <w:spacing w:after="20"/>
              <w:rPr>
                <w:color w:val="auto"/>
              </w:rPr>
            </w:pPr>
            <w:r w:rsidRPr="000636C5">
              <w:rPr>
                <w:color w:val="auto"/>
                <w:sz w:val="18"/>
              </w:rPr>
              <w:t>2</w:t>
            </w:r>
          </w:p>
        </w:tc>
      </w:tr>
    </w:tbl>
    <w:p w:rsidR="00CD5307" w:rsidRDefault="0033216C">
      <w:r w:rsidRPr="000636C5">
        <w:rPr>
          <w:color w:val="auto"/>
        </w:rPr>
        <w:t xml:space="preserve">Odluke o tjednim zaduženjima učitelja razredne i predmetne nastave u školskoj godini </w:t>
      </w:r>
      <w:proofErr w:type="gramStart"/>
      <w:r w:rsidRPr="000636C5">
        <w:rPr>
          <w:color w:val="auto"/>
        </w:rPr>
        <w:t>2026./</w:t>
      </w:r>
      <w:proofErr w:type="gramEnd"/>
      <w:r w:rsidRPr="000636C5">
        <w:rPr>
          <w:color w:val="auto"/>
        </w:rPr>
        <w:t>2027. nalaz</w:t>
      </w:r>
      <w:r>
        <w:t>e se u prilogu Godišnjeg plana i programa rada škole.</w:t>
      </w:r>
    </w:p>
    <w:p w:rsidR="00CD5307" w:rsidRDefault="0033216C">
      <w:pPr>
        <w:pStyle w:val="Naslov2"/>
      </w:pPr>
      <w:r>
        <w:t>Tjedna i godišnja zaduženja ravnatelja i stručnih suradnika škole</w:t>
      </w:r>
    </w:p>
    <w:tbl>
      <w:tblPr>
        <w:tblW w:w="9637" w:type="dxa"/>
        <w:jc w:val="center"/>
        <w:tblLayout w:type="fixed"/>
        <w:tblLook w:val="04A0" w:firstRow="1" w:lastRow="0" w:firstColumn="1" w:lastColumn="0" w:noHBand="0" w:noVBand="1"/>
      </w:tblPr>
      <w:tblGrid>
        <w:gridCol w:w="1927"/>
        <w:gridCol w:w="2893"/>
        <w:gridCol w:w="2835"/>
        <w:gridCol w:w="848"/>
        <w:gridCol w:w="1134"/>
      </w:tblGrid>
      <w:tr w:rsidR="00CD5307" w:rsidTr="00655A5F">
        <w:trPr>
          <w:cantSplit/>
          <w:tblHeader/>
          <w:jc w:val="center"/>
        </w:trPr>
        <w:tc>
          <w:tcPr>
            <w:tcW w:w="1927"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655A5F" w:rsidRDefault="0033216C">
            <w:pPr>
              <w:keepNext/>
              <w:wordWrap w:val="0"/>
              <w:spacing w:after="20"/>
              <w:rPr>
                <w:b/>
                <w:sz w:val="21"/>
              </w:rPr>
            </w:pPr>
            <w:r>
              <w:rPr>
                <w:b/>
                <w:sz w:val="21"/>
              </w:rPr>
              <w:t xml:space="preserve">Djelatnik i radno </w:t>
            </w:r>
          </w:p>
          <w:p w:rsidR="00CD5307" w:rsidRDefault="0033216C">
            <w:pPr>
              <w:keepNext/>
              <w:wordWrap w:val="0"/>
              <w:spacing w:after="20"/>
            </w:pPr>
            <w:r>
              <w:rPr>
                <w:b/>
                <w:sz w:val="21"/>
              </w:rPr>
              <w:t>mjesto</w:t>
            </w:r>
          </w:p>
        </w:tc>
        <w:tc>
          <w:tcPr>
            <w:tcW w:w="2893"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CD5307" w:rsidRDefault="0033216C">
            <w:pPr>
              <w:keepNext/>
              <w:wordWrap w:val="0"/>
              <w:spacing w:after="20"/>
            </w:pPr>
            <w:r>
              <w:rPr>
                <w:b/>
                <w:sz w:val="21"/>
              </w:rPr>
              <w:t>Radno vrijeme u školi</w:t>
            </w:r>
          </w:p>
        </w:tc>
        <w:tc>
          <w:tcPr>
            <w:tcW w:w="2835"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CD5307" w:rsidRDefault="0033216C">
            <w:pPr>
              <w:keepNext/>
              <w:wordWrap w:val="0"/>
              <w:spacing w:after="20"/>
            </w:pPr>
            <w:r>
              <w:rPr>
                <w:b/>
                <w:sz w:val="21"/>
              </w:rPr>
              <w:t>Rad sa strankama</w:t>
            </w:r>
          </w:p>
        </w:tc>
        <w:tc>
          <w:tcPr>
            <w:tcW w:w="848"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655A5F" w:rsidRDefault="0033216C">
            <w:pPr>
              <w:keepNext/>
              <w:wordWrap w:val="0"/>
              <w:spacing w:after="20"/>
              <w:rPr>
                <w:b/>
                <w:sz w:val="21"/>
              </w:rPr>
            </w:pPr>
            <w:r>
              <w:rPr>
                <w:b/>
                <w:sz w:val="21"/>
              </w:rPr>
              <w:t xml:space="preserve">Sati </w:t>
            </w:r>
          </w:p>
          <w:p w:rsidR="00CD5307" w:rsidRDefault="0033216C">
            <w:pPr>
              <w:keepNext/>
              <w:wordWrap w:val="0"/>
              <w:spacing w:after="20"/>
            </w:pPr>
            <w:r>
              <w:rPr>
                <w:b/>
                <w:sz w:val="21"/>
              </w:rPr>
              <w:t>tjedno</w:t>
            </w:r>
          </w:p>
        </w:tc>
        <w:tc>
          <w:tcPr>
            <w:tcW w:w="1134"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655A5F" w:rsidRDefault="0033216C">
            <w:pPr>
              <w:keepNext/>
              <w:wordWrap w:val="0"/>
              <w:spacing w:after="20"/>
              <w:rPr>
                <w:b/>
                <w:sz w:val="21"/>
              </w:rPr>
            </w:pPr>
            <w:r>
              <w:rPr>
                <w:b/>
                <w:sz w:val="21"/>
              </w:rPr>
              <w:t>Godišnje</w:t>
            </w:r>
          </w:p>
          <w:p w:rsidR="00CD5307" w:rsidRDefault="0033216C">
            <w:pPr>
              <w:keepNext/>
              <w:wordWrap w:val="0"/>
              <w:spacing w:after="20"/>
            </w:pPr>
            <w:r>
              <w:rPr>
                <w:b/>
                <w:sz w:val="21"/>
              </w:rPr>
              <w:t>zaduženje</w:t>
            </w:r>
          </w:p>
        </w:tc>
      </w:tr>
      <w:tr w:rsidR="00CD5307" w:rsidTr="00655A5F">
        <w:trPr>
          <w:cantSplit/>
          <w:jc w:val="center"/>
        </w:trPr>
        <w:tc>
          <w:tcPr>
            <w:tcW w:w="192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Jurica Hunjadi</w:t>
            </w:r>
            <w:r>
              <w:rPr>
                <w:sz w:val="21"/>
              </w:rPr>
              <w:br/>
              <w:t>Ravnatelj</w:t>
            </w:r>
          </w:p>
        </w:tc>
        <w:tc>
          <w:tcPr>
            <w:tcW w:w="289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7.00- 15.00</w:t>
            </w:r>
            <w:r w:rsidR="00655A5F">
              <w:rPr>
                <w:sz w:val="21"/>
              </w:rPr>
              <w:t>h</w:t>
            </w:r>
          </w:p>
        </w:tc>
        <w:tc>
          <w:tcPr>
            <w:tcW w:w="283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8.00-9.00</w:t>
            </w:r>
            <w:r w:rsidR="00655A5F">
              <w:rPr>
                <w:sz w:val="21"/>
              </w:rPr>
              <w:t>h</w:t>
            </w:r>
            <w:r>
              <w:rPr>
                <w:sz w:val="21"/>
              </w:rPr>
              <w:t xml:space="preserve"> (roditelji)</w:t>
            </w:r>
            <w:r>
              <w:rPr>
                <w:sz w:val="21"/>
              </w:rPr>
              <w:br/>
              <w:t xml:space="preserve">Četvrtak </w:t>
            </w:r>
            <w:r>
              <w:rPr>
                <w:sz w:val="21"/>
              </w:rPr>
              <w:br/>
              <w:t>17.00-18.00</w:t>
            </w:r>
            <w:r w:rsidR="00655A5F">
              <w:rPr>
                <w:sz w:val="21"/>
              </w:rPr>
              <w:t>h</w:t>
            </w:r>
            <w:r>
              <w:rPr>
                <w:sz w:val="21"/>
              </w:rPr>
              <w:t xml:space="preserve"> roditelji</w:t>
            </w:r>
          </w:p>
        </w:tc>
        <w:tc>
          <w:tcPr>
            <w:tcW w:w="848"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40</w:t>
            </w:r>
          </w:p>
        </w:tc>
        <w:tc>
          <w:tcPr>
            <w:tcW w:w="113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2088</w:t>
            </w:r>
          </w:p>
        </w:tc>
      </w:tr>
      <w:tr w:rsidR="00CD5307" w:rsidTr="00655A5F">
        <w:trPr>
          <w:cantSplit/>
          <w:jc w:val="center"/>
        </w:trPr>
        <w:tc>
          <w:tcPr>
            <w:tcW w:w="192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655A5F" w:rsidRDefault="0033216C">
            <w:pPr>
              <w:wordWrap w:val="0"/>
              <w:spacing w:after="20"/>
              <w:rPr>
                <w:sz w:val="21"/>
              </w:rPr>
            </w:pPr>
            <w:r>
              <w:rPr>
                <w:sz w:val="21"/>
              </w:rPr>
              <w:t xml:space="preserve">Dragana Hrnjkaš </w:t>
            </w:r>
          </w:p>
          <w:p w:rsidR="00CD5307" w:rsidRDefault="0033216C">
            <w:pPr>
              <w:wordWrap w:val="0"/>
              <w:spacing w:after="20"/>
            </w:pPr>
            <w:r>
              <w:rPr>
                <w:sz w:val="21"/>
              </w:rPr>
              <w:t>Pasquino</w:t>
            </w:r>
            <w:r>
              <w:rPr>
                <w:sz w:val="21"/>
              </w:rPr>
              <w:br/>
              <w:t>Pedagoginja</w:t>
            </w:r>
          </w:p>
        </w:tc>
        <w:tc>
          <w:tcPr>
            <w:tcW w:w="289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8.00-14.00</w:t>
            </w:r>
            <w:r w:rsidR="00655A5F">
              <w:rPr>
                <w:sz w:val="21"/>
              </w:rPr>
              <w:t>h</w:t>
            </w:r>
          </w:p>
        </w:tc>
        <w:tc>
          <w:tcPr>
            <w:tcW w:w="283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13.00-14.00</w:t>
            </w:r>
            <w:r w:rsidR="00655A5F">
              <w:rPr>
                <w:sz w:val="21"/>
              </w:rPr>
              <w:t>h</w:t>
            </w:r>
          </w:p>
        </w:tc>
        <w:tc>
          <w:tcPr>
            <w:tcW w:w="848"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40</w:t>
            </w:r>
          </w:p>
        </w:tc>
        <w:tc>
          <w:tcPr>
            <w:tcW w:w="113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2088</w:t>
            </w:r>
          </w:p>
        </w:tc>
      </w:tr>
      <w:tr w:rsidR="00CD5307" w:rsidTr="00655A5F">
        <w:trPr>
          <w:cantSplit/>
          <w:jc w:val="center"/>
        </w:trPr>
        <w:tc>
          <w:tcPr>
            <w:tcW w:w="192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Vlasta Pokos</w:t>
            </w:r>
            <w:r>
              <w:rPr>
                <w:sz w:val="21"/>
              </w:rPr>
              <w:br/>
              <w:t>Knjižničarka</w:t>
            </w:r>
          </w:p>
        </w:tc>
        <w:tc>
          <w:tcPr>
            <w:tcW w:w="289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Ponedjeljak, srijeda i petak</w:t>
            </w:r>
            <w:r>
              <w:rPr>
                <w:sz w:val="21"/>
              </w:rPr>
              <w:br/>
              <w:t>8.00–13.00</w:t>
            </w:r>
            <w:r w:rsidR="00655A5F">
              <w:rPr>
                <w:sz w:val="21"/>
              </w:rPr>
              <w:t>h</w:t>
            </w:r>
          </w:p>
        </w:tc>
        <w:tc>
          <w:tcPr>
            <w:tcW w:w="283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w:t>
            </w:r>
          </w:p>
        </w:tc>
        <w:tc>
          <w:tcPr>
            <w:tcW w:w="848"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20</w:t>
            </w:r>
          </w:p>
        </w:tc>
        <w:tc>
          <w:tcPr>
            <w:tcW w:w="113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1044</w:t>
            </w:r>
          </w:p>
        </w:tc>
      </w:tr>
      <w:tr w:rsidR="00CD5307" w:rsidTr="00655A5F">
        <w:trPr>
          <w:cantSplit/>
          <w:jc w:val="center"/>
        </w:trPr>
        <w:tc>
          <w:tcPr>
            <w:tcW w:w="192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655A5F">
            <w:pPr>
              <w:wordWrap w:val="0"/>
              <w:spacing w:after="20"/>
            </w:pPr>
            <w:r>
              <w:rPr>
                <w:sz w:val="21"/>
              </w:rPr>
              <w:t>Tena Kuhar</w:t>
            </w:r>
            <w:r w:rsidR="0033216C">
              <w:rPr>
                <w:sz w:val="21"/>
              </w:rPr>
              <w:br/>
              <w:t>Psihologinja</w:t>
            </w:r>
          </w:p>
        </w:tc>
        <w:tc>
          <w:tcPr>
            <w:tcW w:w="289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655A5F" w:rsidRDefault="0033216C">
            <w:pPr>
              <w:wordWrap w:val="0"/>
              <w:spacing w:after="20"/>
              <w:rPr>
                <w:sz w:val="21"/>
              </w:rPr>
            </w:pPr>
            <w:r>
              <w:rPr>
                <w:sz w:val="21"/>
              </w:rPr>
              <w:t>Tjedan A: ponedjeljak, srijeda i petak 8.00–13.00</w:t>
            </w:r>
            <w:r w:rsidR="00655A5F">
              <w:rPr>
                <w:sz w:val="21"/>
              </w:rPr>
              <w:t>h</w:t>
            </w:r>
            <w:r>
              <w:rPr>
                <w:sz w:val="21"/>
              </w:rPr>
              <w:br/>
              <w:t xml:space="preserve">Tjedan B: utorak i četvrtak </w:t>
            </w:r>
          </w:p>
          <w:p w:rsidR="00CD5307" w:rsidRDefault="0033216C">
            <w:pPr>
              <w:wordWrap w:val="0"/>
              <w:spacing w:after="20"/>
            </w:pPr>
            <w:r>
              <w:rPr>
                <w:sz w:val="21"/>
              </w:rPr>
              <w:t>8.00–13.00</w:t>
            </w:r>
            <w:r w:rsidR="00655A5F">
              <w:rPr>
                <w:sz w:val="21"/>
              </w:rPr>
              <w:t>h</w:t>
            </w:r>
          </w:p>
        </w:tc>
        <w:tc>
          <w:tcPr>
            <w:tcW w:w="283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655A5F" w:rsidRDefault="0033216C">
            <w:pPr>
              <w:wordWrap w:val="0"/>
              <w:spacing w:after="20"/>
              <w:rPr>
                <w:sz w:val="21"/>
              </w:rPr>
            </w:pPr>
            <w:r>
              <w:rPr>
                <w:sz w:val="21"/>
              </w:rPr>
              <w:t>Tjedan A: ponedjeljak, srijeda i petak 13.00–14.00</w:t>
            </w:r>
            <w:r w:rsidR="00655A5F">
              <w:rPr>
                <w:sz w:val="21"/>
              </w:rPr>
              <w:t>h</w:t>
            </w:r>
            <w:r>
              <w:rPr>
                <w:sz w:val="21"/>
              </w:rPr>
              <w:br/>
              <w:t xml:space="preserve">Tjedan B: utorak i četvrtak </w:t>
            </w:r>
          </w:p>
          <w:p w:rsidR="00CD5307" w:rsidRDefault="0033216C">
            <w:pPr>
              <w:wordWrap w:val="0"/>
              <w:spacing w:after="20"/>
            </w:pPr>
            <w:r>
              <w:rPr>
                <w:sz w:val="21"/>
              </w:rPr>
              <w:t>13.00–14.00</w:t>
            </w:r>
            <w:r w:rsidR="00655A5F">
              <w:rPr>
                <w:sz w:val="21"/>
              </w:rPr>
              <w:t>h</w:t>
            </w:r>
          </w:p>
        </w:tc>
        <w:tc>
          <w:tcPr>
            <w:tcW w:w="848"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20</w:t>
            </w:r>
          </w:p>
        </w:tc>
        <w:tc>
          <w:tcPr>
            <w:tcW w:w="113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1044</w:t>
            </w:r>
          </w:p>
        </w:tc>
      </w:tr>
    </w:tbl>
    <w:p w:rsidR="00CD5307" w:rsidRDefault="0033216C">
      <w:r>
        <w:t>Rad sa strankama ravnatelja: 8.00–9.00 te četvrtkom 17.00–18.00 za roditelje. Tjedni raspored prilagođava se tim terminima unutar ukupnog zaduženja. Raspored stručnih suradnika prikazuje neposredni rad u školi; ostali poslovi obavljaju se prema pojedinačnim tjednim zaduženjima. Prijam knjižničarke dogovara se u navedenim danima rada.</w:t>
      </w:r>
    </w:p>
    <w:p w:rsidR="00CD5307" w:rsidRDefault="0033216C">
      <w:pPr>
        <w:pStyle w:val="Naslov2"/>
      </w:pPr>
      <w:r>
        <w:t>Tjedna i godišnja zaduženja ostalih radnika škole</w:t>
      </w:r>
    </w:p>
    <w:tbl>
      <w:tblPr>
        <w:tblW w:w="9637" w:type="dxa"/>
        <w:jc w:val="center"/>
        <w:tblLayout w:type="fixed"/>
        <w:tblLook w:val="04A0" w:firstRow="1" w:lastRow="0" w:firstColumn="1" w:lastColumn="0" w:noHBand="0" w:noVBand="1"/>
      </w:tblPr>
      <w:tblGrid>
        <w:gridCol w:w="1928"/>
        <w:gridCol w:w="2380"/>
        <w:gridCol w:w="3063"/>
        <w:gridCol w:w="1132"/>
        <w:gridCol w:w="1134"/>
      </w:tblGrid>
      <w:tr w:rsidR="00CD5307" w:rsidTr="00655A5F">
        <w:trPr>
          <w:cantSplit/>
          <w:tblHeader/>
          <w:jc w:val="center"/>
        </w:trPr>
        <w:tc>
          <w:tcPr>
            <w:tcW w:w="1928"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CD5307" w:rsidRDefault="0033216C">
            <w:pPr>
              <w:keepNext/>
              <w:wordWrap w:val="0"/>
              <w:spacing w:after="20"/>
            </w:pPr>
            <w:r>
              <w:rPr>
                <w:b/>
                <w:sz w:val="21"/>
              </w:rPr>
              <w:t>Djelatnik</w:t>
            </w:r>
          </w:p>
        </w:tc>
        <w:tc>
          <w:tcPr>
            <w:tcW w:w="2380"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CD5307" w:rsidRDefault="0033216C">
            <w:pPr>
              <w:keepNext/>
              <w:wordWrap w:val="0"/>
              <w:spacing w:after="20"/>
            </w:pPr>
            <w:r>
              <w:rPr>
                <w:b/>
                <w:sz w:val="21"/>
              </w:rPr>
              <w:t>Radno mjesto</w:t>
            </w:r>
          </w:p>
        </w:tc>
        <w:tc>
          <w:tcPr>
            <w:tcW w:w="3063"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CD5307" w:rsidRDefault="0033216C">
            <w:pPr>
              <w:keepNext/>
              <w:wordWrap w:val="0"/>
              <w:spacing w:after="20"/>
            </w:pPr>
            <w:r>
              <w:rPr>
                <w:b/>
                <w:sz w:val="21"/>
              </w:rPr>
              <w:t>Radno vrijeme</w:t>
            </w:r>
          </w:p>
        </w:tc>
        <w:tc>
          <w:tcPr>
            <w:tcW w:w="1132"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655A5F" w:rsidRDefault="0033216C">
            <w:pPr>
              <w:keepNext/>
              <w:wordWrap w:val="0"/>
              <w:spacing w:after="20"/>
              <w:rPr>
                <w:b/>
                <w:sz w:val="21"/>
              </w:rPr>
            </w:pPr>
            <w:r>
              <w:rPr>
                <w:b/>
                <w:sz w:val="21"/>
              </w:rPr>
              <w:t xml:space="preserve">Sati </w:t>
            </w:r>
          </w:p>
          <w:p w:rsidR="00CD5307" w:rsidRDefault="0033216C">
            <w:pPr>
              <w:keepNext/>
              <w:wordWrap w:val="0"/>
              <w:spacing w:after="20"/>
            </w:pPr>
            <w:r>
              <w:rPr>
                <w:b/>
                <w:sz w:val="21"/>
              </w:rPr>
              <w:t>tjedno</w:t>
            </w:r>
          </w:p>
        </w:tc>
        <w:tc>
          <w:tcPr>
            <w:tcW w:w="1134"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655A5F" w:rsidRDefault="0033216C">
            <w:pPr>
              <w:keepNext/>
              <w:wordWrap w:val="0"/>
              <w:spacing w:after="20"/>
              <w:rPr>
                <w:b/>
                <w:sz w:val="21"/>
              </w:rPr>
            </w:pPr>
            <w:r>
              <w:rPr>
                <w:b/>
                <w:sz w:val="21"/>
              </w:rPr>
              <w:t xml:space="preserve">Godišnje </w:t>
            </w:r>
          </w:p>
          <w:p w:rsidR="00CD5307" w:rsidRDefault="0033216C">
            <w:pPr>
              <w:keepNext/>
              <w:wordWrap w:val="0"/>
              <w:spacing w:after="20"/>
            </w:pPr>
            <w:r>
              <w:rPr>
                <w:b/>
                <w:sz w:val="21"/>
              </w:rPr>
              <w:t>zaduženje</w:t>
            </w:r>
          </w:p>
        </w:tc>
      </w:tr>
      <w:tr w:rsidR="00CD5307" w:rsidTr="00655A5F">
        <w:trPr>
          <w:cantSplit/>
          <w:jc w:val="center"/>
        </w:trPr>
        <w:tc>
          <w:tcPr>
            <w:tcW w:w="1928"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Renata Beljšćak</w:t>
            </w:r>
          </w:p>
        </w:tc>
        <w:tc>
          <w:tcPr>
            <w:tcW w:w="238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Tajnica</w:t>
            </w:r>
          </w:p>
        </w:tc>
        <w:tc>
          <w:tcPr>
            <w:tcW w:w="306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7.00-15.00</w:t>
            </w:r>
            <w:r w:rsidR="00655A5F">
              <w:rPr>
                <w:sz w:val="21"/>
              </w:rPr>
              <w:t>h</w:t>
            </w:r>
          </w:p>
        </w:tc>
        <w:tc>
          <w:tcPr>
            <w:tcW w:w="113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40</w:t>
            </w:r>
          </w:p>
        </w:tc>
        <w:tc>
          <w:tcPr>
            <w:tcW w:w="113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2088</w:t>
            </w:r>
          </w:p>
        </w:tc>
      </w:tr>
      <w:tr w:rsidR="00CD5307" w:rsidTr="00655A5F">
        <w:trPr>
          <w:cantSplit/>
          <w:jc w:val="center"/>
        </w:trPr>
        <w:tc>
          <w:tcPr>
            <w:tcW w:w="1928"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Natalija Pretković</w:t>
            </w:r>
          </w:p>
        </w:tc>
        <w:tc>
          <w:tcPr>
            <w:tcW w:w="238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Računovotkinja</w:t>
            </w:r>
          </w:p>
        </w:tc>
        <w:tc>
          <w:tcPr>
            <w:tcW w:w="306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7.00-15.00</w:t>
            </w:r>
            <w:r w:rsidR="00655A5F">
              <w:rPr>
                <w:sz w:val="21"/>
              </w:rPr>
              <w:t>h</w:t>
            </w:r>
          </w:p>
        </w:tc>
        <w:tc>
          <w:tcPr>
            <w:tcW w:w="113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40</w:t>
            </w:r>
          </w:p>
        </w:tc>
        <w:tc>
          <w:tcPr>
            <w:tcW w:w="113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2088</w:t>
            </w:r>
          </w:p>
        </w:tc>
      </w:tr>
      <w:tr w:rsidR="00CD5307" w:rsidTr="00655A5F">
        <w:trPr>
          <w:cantSplit/>
          <w:jc w:val="center"/>
        </w:trPr>
        <w:tc>
          <w:tcPr>
            <w:tcW w:w="1928"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Bojan Rihtarić</w:t>
            </w:r>
          </w:p>
        </w:tc>
        <w:tc>
          <w:tcPr>
            <w:tcW w:w="238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Ložač, kurir, domar</w:t>
            </w:r>
          </w:p>
        </w:tc>
        <w:tc>
          <w:tcPr>
            <w:tcW w:w="306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6.00-14.00</w:t>
            </w:r>
            <w:r w:rsidR="00655A5F">
              <w:rPr>
                <w:sz w:val="21"/>
              </w:rPr>
              <w:t>h</w:t>
            </w:r>
          </w:p>
        </w:tc>
        <w:tc>
          <w:tcPr>
            <w:tcW w:w="113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40</w:t>
            </w:r>
          </w:p>
        </w:tc>
        <w:tc>
          <w:tcPr>
            <w:tcW w:w="113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2088</w:t>
            </w:r>
          </w:p>
        </w:tc>
      </w:tr>
      <w:tr w:rsidR="00CD5307" w:rsidTr="00655A5F">
        <w:trPr>
          <w:cantSplit/>
          <w:jc w:val="center"/>
        </w:trPr>
        <w:tc>
          <w:tcPr>
            <w:tcW w:w="1928"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Senka Magić</w:t>
            </w:r>
          </w:p>
        </w:tc>
        <w:tc>
          <w:tcPr>
            <w:tcW w:w="238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Kuharica</w:t>
            </w:r>
          </w:p>
        </w:tc>
        <w:tc>
          <w:tcPr>
            <w:tcW w:w="306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6.00-14.00</w:t>
            </w:r>
            <w:r w:rsidR="00655A5F">
              <w:rPr>
                <w:sz w:val="21"/>
              </w:rPr>
              <w:t>h</w:t>
            </w:r>
          </w:p>
        </w:tc>
        <w:tc>
          <w:tcPr>
            <w:tcW w:w="113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40</w:t>
            </w:r>
          </w:p>
        </w:tc>
        <w:tc>
          <w:tcPr>
            <w:tcW w:w="113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2088</w:t>
            </w:r>
          </w:p>
        </w:tc>
      </w:tr>
      <w:tr w:rsidR="00CD5307" w:rsidTr="00655A5F">
        <w:trPr>
          <w:cantSplit/>
          <w:jc w:val="center"/>
        </w:trPr>
        <w:tc>
          <w:tcPr>
            <w:tcW w:w="1928"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Davorka Konjić</w:t>
            </w:r>
          </w:p>
        </w:tc>
        <w:tc>
          <w:tcPr>
            <w:tcW w:w="238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Kuharica</w:t>
            </w:r>
          </w:p>
        </w:tc>
        <w:tc>
          <w:tcPr>
            <w:tcW w:w="306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6.00-14.00</w:t>
            </w:r>
            <w:r w:rsidR="00655A5F">
              <w:rPr>
                <w:sz w:val="21"/>
              </w:rPr>
              <w:t>h</w:t>
            </w:r>
          </w:p>
        </w:tc>
        <w:tc>
          <w:tcPr>
            <w:tcW w:w="113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40</w:t>
            </w:r>
          </w:p>
        </w:tc>
        <w:tc>
          <w:tcPr>
            <w:tcW w:w="113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2088</w:t>
            </w:r>
          </w:p>
        </w:tc>
      </w:tr>
      <w:tr w:rsidR="00CD5307" w:rsidTr="00655A5F">
        <w:trPr>
          <w:cantSplit/>
          <w:jc w:val="center"/>
        </w:trPr>
        <w:tc>
          <w:tcPr>
            <w:tcW w:w="1928"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lastRenderedPageBreak/>
              <w:t>Danica Bobek</w:t>
            </w:r>
          </w:p>
        </w:tc>
        <w:tc>
          <w:tcPr>
            <w:tcW w:w="238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Spremačica</w:t>
            </w:r>
          </w:p>
        </w:tc>
        <w:tc>
          <w:tcPr>
            <w:tcW w:w="306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6.00-14.00</w:t>
            </w:r>
            <w:r w:rsidR="00655A5F">
              <w:rPr>
                <w:sz w:val="21"/>
              </w:rPr>
              <w:t>h</w:t>
            </w:r>
            <w:r>
              <w:rPr>
                <w:sz w:val="21"/>
              </w:rPr>
              <w:br/>
              <w:t>13.00-21.00</w:t>
            </w:r>
            <w:r w:rsidR="00655A5F">
              <w:rPr>
                <w:sz w:val="21"/>
              </w:rPr>
              <w:t>h</w:t>
            </w:r>
          </w:p>
        </w:tc>
        <w:tc>
          <w:tcPr>
            <w:tcW w:w="113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40</w:t>
            </w:r>
          </w:p>
        </w:tc>
        <w:tc>
          <w:tcPr>
            <w:tcW w:w="113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2088</w:t>
            </w:r>
          </w:p>
        </w:tc>
      </w:tr>
      <w:tr w:rsidR="00CD5307" w:rsidTr="00655A5F">
        <w:trPr>
          <w:cantSplit/>
          <w:jc w:val="center"/>
        </w:trPr>
        <w:tc>
          <w:tcPr>
            <w:tcW w:w="1928"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Olga Benčić</w:t>
            </w:r>
          </w:p>
        </w:tc>
        <w:tc>
          <w:tcPr>
            <w:tcW w:w="238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Spremačica</w:t>
            </w:r>
          </w:p>
        </w:tc>
        <w:tc>
          <w:tcPr>
            <w:tcW w:w="306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6.00-14.00</w:t>
            </w:r>
            <w:r w:rsidR="00655A5F">
              <w:rPr>
                <w:sz w:val="21"/>
              </w:rPr>
              <w:t>h</w:t>
            </w:r>
            <w:r>
              <w:rPr>
                <w:sz w:val="21"/>
              </w:rPr>
              <w:br/>
              <w:t>13.00-21.00</w:t>
            </w:r>
            <w:r w:rsidR="00655A5F">
              <w:rPr>
                <w:sz w:val="21"/>
              </w:rPr>
              <w:t>h</w:t>
            </w:r>
          </w:p>
        </w:tc>
        <w:tc>
          <w:tcPr>
            <w:tcW w:w="113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40</w:t>
            </w:r>
          </w:p>
        </w:tc>
        <w:tc>
          <w:tcPr>
            <w:tcW w:w="113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2088</w:t>
            </w:r>
          </w:p>
        </w:tc>
      </w:tr>
      <w:tr w:rsidR="00CD5307" w:rsidTr="00655A5F">
        <w:trPr>
          <w:cantSplit/>
          <w:jc w:val="center"/>
        </w:trPr>
        <w:tc>
          <w:tcPr>
            <w:tcW w:w="1928"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Vesna Cukor</w:t>
            </w:r>
          </w:p>
        </w:tc>
        <w:tc>
          <w:tcPr>
            <w:tcW w:w="238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Spremačica</w:t>
            </w:r>
          </w:p>
        </w:tc>
        <w:tc>
          <w:tcPr>
            <w:tcW w:w="306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6.00-14.00</w:t>
            </w:r>
            <w:r w:rsidR="00655A5F">
              <w:rPr>
                <w:sz w:val="21"/>
              </w:rPr>
              <w:t>h</w:t>
            </w:r>
            <w:r>
              <w:rPr>
                <w:sz w:val="21"/>
              </w:rPr>
              <w:br/>
              <w:t>13.00-21.00</w:t>
            </w:r>
            <w:r w:rsidR="00655A5F">
              <w:rPr>
                <w:sz w:val="21"/>
              </w:rPr>
              <w:t>h</w:t>
            </w:r>
          </w:p>
        </w:tc>
        <w:tc>
          <w:tcPr>
            <w:tcW w:w="113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40</w:t>
            </w:r>
          </w:p>
        </w:tc>
        <w:tc>
          <w:tcPr>
            <w:tcW w:w="113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2088</w:t>
            </w:r>
          </w:p>
        </w:tc>
      </w:tr>
      <w:tr w:rsidR="00CD5307" w:rsidTr="00655A5F">
        <w:trPr>
          <w:cantSplit/>
          <w:jc w:val="center"/>
        </w:trPr>
        <w:tc>
          <w:tcPr>
            <w:tcW w:w="1928"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Nada Šćuric</w:t>
            </w:r>
          </w:p>
        </w:tc>
        <w:tc>
          <w:tcPr>
            <w:tcW w:w="238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Spremačica</w:t>
            </w:r>
          </w:p>
        </w:tc>
        <w:tc>
          <w:tcPr>
            <w:tcW w:w="306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6.00-14.00</w:t>
            </w:r>
            <w:r w:rsidR="00655A5F">
              <w:rPr>
                <w:sz w:val="21"/>
              </w:rPr>
              <w:t>h</w:t>
            </w:r>
            <w:r>
              <w:rPr>
                <w:sz w:val="21"/>
              </w:rPr>
              <w:br/>
              <w:t>13.00-21.00</w:t>
            </w:r>
            <w:r w:rsidR="00655A5F">
              <w:rPr>
                <w:sz w:val="21"/>
              </w:rPr>
              <w:t>h</w:t>
            </w:r>
          </w:p>
        </w:tc>
        <w:tc>
          <w:tcPr>
            <w:tcW w:w="113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40</w:t>
            </w:r>
          </w:p>
        </w:tc>
        <w:tc>
          <w:tcPr>
            <w:tcW w:w="113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2088</w:t>
            </w:r>
          </w:p>
        </w:tc>
      </w:tr>
      <w:tr w:rsidR="00CD5307" w:rsidTr="00655A5F">
        <w:trPr>
          <w:cantSplit/>
          <w:jc w:val="center"/>
        </w:trPr>
        <w:tc>
          <w:tcPr>
            <w:tcW w:w="1928"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Sebastijan Novak</w:t>
            </w:r>
          </w:p>
        </w:tc>
        <w:tc>
          <w:tcPr>
            <w:tcW w:w="238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Djelatnik za sigurnost</w:t>
            </w:r>
          </w:p>
        </w:tc>
        <w:tc>
          <w:tcPr>
            <w:tcW w:w="306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Prema rasporedu rada i ugovoru</w:t>
            </w:r>
          </w:p>
        </w:tc>
        <w:tc>
          <w:tcPr>
            <w:tcW w:w="113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w:t>
            </w:r>
          </w:p>
        </w:tc>
        <w:tc>
          <w:tcPr>
            <w:tcW w:w="113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w:t>
            </w:r>
          </w:p>
        </w:tc>
      </w:tr>
    </w:tbl>
    <w:p w:rsidR="00CD5307" w:rsidRDefault="0033216C">
      <w:r>
        <w:t>Tajništvo i računovodstvo rade od 7.00</w:t>
      </w:r>
      <w:r w:rsidR="00655A5F">
        <w:t>h</w:t>
      </w:r>
      <w:r>
        <w:t xml:space="preserve"> do 15.00</w:t>
      </w:r>
      <w:r w:rsidR="00655A5F">
        <w:t>h</w:t>
      </w:r>
      <w:r>
        <w:t>. Termin rada sa strankama dogovara se unutar radnog vremena, u skladu s obvezama djelatnica. Smjene spremačica određuju se tjednim rasporedom. Raspored i fond sati djelatnika za sigurnost unose se prema njegovu ugovoru i odluci o zaduženju.</w:t>
      </w:r>
    </w:p>
    <w:p w:rsidR="00CD5307" w:rsidRDefault="00CD5307">
      <w:pPr>
        <w:sectPr w:rsidR="00CD5307">
          <w:type w:val="continuous"/>
          <w:pgSz w:w="11906" w:h="16838"/>
          <w:pgMar w:top="1020" w:right="1134" w:bottom="1020" w:left="1134" w:header="454" w:footer="454" w:gutter="0"/>
          <w:cols w:space="720"/>
          <w:docGrid w:linePitch="360"/>
        </w:sectPr>
      </w:pPr>
    </w:p>
    <w:p w:rsidR="00CD5307" w:rsidRDefault="0033216C">
      <w:pPr>
        <w:pStyle w:val="Naslov1"/>
      </w:pPr>
      <w:r>
        <w:t>3. PODACI O ORGANIZACIJI RADA</w:t>
      </w:r>
    </w:p>
    <w:p w:rsidR="00CD5307" w:rsidRDefault="0033216C">
      <w:r>
        <w:t xml:space="preserve">Nastava je organizirana u jednoj smjeni u petodnevnom nastavnom tjednu. Nastava počinje u 8.15 sati i traje do 15.20 sati kada završava osmi sat. Trajanje nastave je četiri do osam sati dnevno uključujući izborne predmete iz vjeronauka, informatike, te stranih jezika engleskoga i njemačkoga jezika. Za većinu učenika nastava završava u 13.40 sati. Nakon svakog sata učenici imaju mali odmor u trajanju od 5 minuta, a </w:t>
      </w:r>
      <w:proofErr w:type="gramStart"/>
      <w:r>
        <w:t>nakon  drugog</w:t>
      </w:r>
      <w:proofErr w:type="gramEnd"/>
      <w:r>
        <w:t xml:space="preserve">, trećeg i petog sata odmori traju po 15 minuta. Nakon petog sata je odmor za ručak. U školskoj kuhinji hrani </w:t>
      </w:r>
      <w:proofErr w:type="gramStart"/>
      <w:r>
        <w:t>se  svi</w:t>
      </w:r>
      <w:proofErr w:type="gramEnd"/>
      <w:r>
        <w:t xml:space="preserve"> učenici. Dnevno ruča oko 100 učenika.</w:t>
      </w:r>
    </w:p>
    <w:p w:rsidR="00CD5307" w:rsidRDefault="0033216C">
      <w:r>
        <w:t>Nakon nastave je za 64 učenika organiziran produženi program prema Programu rada u produženom boravku u VII. osnovnoj školi Varaždin.</w:t>
      </w:r>
    </w:p>
    <w:p w:rsidR="00CD5307" w:rsidRDefault="0033216C">
      <w:r>
        <w:t xml:space="preserve">Prijevoz učenika provodi se od 7. rujna 2026. do 15. lipnja 2027. Broj učenika koji koriste prijevoz u prethodnom planu iznosi 177; popis za </w:t>
      </w:r>
      <w:proofErr w:type="gramStart"/>
      <w:r>
        <w:t>2026./</w:t>
      </w:r>
      <w:proofErr w:type="gramEnd"/>
      <w:r>
        <w:t>2027. usklađuje se s upisanim učenicima.</w:t>
      </w:r>
    </w:p>
    <w:p w:rsidR="00CD5307" w:rsidRDefault="0033216C">
      <w:r>
        <w:t>Izvannastavne i izvanškolske aktivnosti odvijaju se uglavnom od nultog do osmog sata, poslijepodne i online prema potrebi.</w:t>
      </w:r>
    </w:p>
    <w:p w:rsidR="00CD5307" w:rsidRDefault="0033216C">
      <w:r>
        <w:t>Dežurstva učitelja provode se prema rasporedu dežurstva i kućnom redu škole. Dežurni učitelji dolaze na dežurstvo 30 minuta prije početka nastave.</w:t>
      </w:r>
    </w:p>
    <w:p w:rsidR="00CD5307" w:rsidRDefault="0033216C">
      <w:r>
        <w:t>Roditeljski sastanci se organiziraju prema Statutu VII. osnovne škole, u pravilu 3 puta godišnje.</w:t>
      </w:r>
    </w:p>
    <w:p w:rsidR="00CD5307" w:rsidRDefault="0033216C">
      <w:r>
        <w:t xml:space="preserve">Raspored </w:t>
      </w:r>
      <w:proofErr w:type="gramStart"/>
      <w:r>
        <w:t>neposrednog  odgojno</w:t>
      </w:r>
      <w:proofErr w:type="gramEnd"/>
      <w:r>
        <w:t xml:space="preserve">-obrazovnog   rada  s  učenicima  prema čl. 5.  </w:t>
      </w:r>
      <w:proofErr w:type="gramStart"/>
      <w:r>
        <w:t>i  čl</w:t>
      </w:r>
      <w:proofErr w:type="gramEnd"/>
      <w:r>
        <w:t xml:space="preserve">. 6.   Pravilnika o izmjenama i dopunama pravilnika o tjednim radnim obvezama učitelja i stručnih suradnika u osnovnoj školi od 25. kolovoza 2014. godine, u školskoj godini </w:t>
      </w:r>
      <w:proofErr w:type="gramStart"/>
      <w:r>
        <w:t>2026./</w:t>
      </w:r>
      <w:proofErr w:type="gramEnd"/>
      <w:r>
        <w:t>2027. nalazi se u prilogu.</w:t>
      </w:r>
    </w:p>
    <w:p w:rsidR="00CD5307" w:rsidRDefault="0033216C">
      <w:pPr>
        <w:pStyle w:val="Naslov2"/>
      </w:pPr>
      <w:r>
        <w:t>Podaci o broju učenika i razrednih odjela</w:t>
      </w:r>
    </w:p>
    <w:p w:rsidR="00CD5307" w:rsidRDefault="0033216C">
      <w:r>
        <w:t>Primjereni oblik školovanja po razredima i oblicima rada. Prilagođeni nastavni planovi po odgojno-obrazovnim područjima za svakog učenika dio su Godišnjeg plana i programa rada škole. S učenicima će individualno raditi stručna služba i bit će uključeni u dopunsku nastavu.</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09"/>
        <w:gridCol w:w="2270"/>
        <w:gridCol w:w="2550"/>
        <w:gridCol w:w="2410"/>
      </w:tblGrid>
      <w:tr w:rsidR="0033216C" w:rsidRPr="008C76D4" w:rsidTr="002120CE">
        <w:trPr>
          <w:cantSplit/>
          <w:tblHeader/>
          <w:jc w:val="center"/>
        </w:trPr>
        <w:tc>
          <w:tcPr>
            <w:tcW w:w="2409" w:type="dxa"/>
            <w:tcBorders>
              <w:top w:val="single" w:sz="4" w:space="0" w:color="D9D9D9"/>
              <w:left w:val="single" w:sz="4" w:space="0" w:color="D9D9D9"/>
              <w:bottom w:val="single" w:sz="4" w:space="0" w:color="D9D9D9"/>
              <w:right w:val="single" w:sz="4" w:space="0" w:color="D9D9D9"/>
            </w:tcBorders>
            <w:shd w:val="clear" w:color="auto" w:fill="E7EDF2"/>
            <w:noWrap/>
            <w:tcMar>
              <w:top w:w="50" w:type="dxa"/>
              <w:left w:w="80" w:type="dxa"/>
              <w:bottom w:w="50" w:type="dxa"/>
              <w:right w:w="80" w:type="dxa"/>
            </w:tcMar>
            <w:vAlign w:val="center"/>
          </w:tcPr>
          <w:p w:rsidR="0033216C" w:rsidRPr="008C76D4" w:rsidRDefault="0033216C" w:rsidP="0033216C">
            <w:pPr>
              <w:keepNext/>
              <w:wordWrap w:val="0"/>
              <w:spacing w:after="20"/>
            </w:pPr>
            <w:r>
              <w:rPr>
                <w:b/>
                <w:sz w:val="21"/>
              </w:rPr>
              <w:t>Razred</w:t>
            </w:r>
          </w:p>
        </w:tc>
        <w:tc>
          <w:tcPr>
            <w:tcW w:w="2270" w:type="dxa"/>
            <w:tcBorders>
              <w:top w:val="single" w:sz="4" w:space="0" w:color="D9D9D9"/>
              <w:left w:val="single" w:sz="4" w:space="0" w:color="D9D9D9"/>
              <w:bottom w:val="single" w:sz="4" w:space="0" w:color="D9D9D9"/>
              <w:right w:val="single" w:sz="4" w:space="0" w:color="D9D9D9"/>
            </w:tcBorders>
            <w:shd w:val="clear" w:color="auto" w:fill="E7EDF2"/>
            <w:noWrap/>
            <w:tcMar>
              <w:top w:w="50" w:type="dxa"/>
              <w:left w:w="80" w:type="dxa"/>
              <w:bottom w:w="50" w:type="dxa"/>
              <w:right w:w="80" w:type="dxa"/>
            </w:tcMar>
            <w:vAlign w:val="center"/>
          </w:tcPr>
          <w:p w:rsidR="0033216C" w:rsidRPr="008C76D4" w:rsidRDefault="0033216C" w:rsidP="0033216C">
            <w:pPr>
              <w:keepNext/>
              <w:wordWrap w:val="0"/>
              <w:spacing w:after="20"/>
            </w:pPr>
            <w:r>
              <w:rPr>
                <w:b/>
                <w:sz w:val="21"/>
              </w:rPr>
              <w:t>Učenika</w:t>
            </w:r>
          </w:p>
        </w:tc>
        <w:tc>
          <w:tcPr>
            <w:tcW w:w="2550"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655A5F" w:rsidRDefault="0033216C" w:rsidP="0033216C">
            <w:pPr>
              <w:keepNext/>
              <w:wordWrap w:val="0"/>
              <w:spacing w:after="20"/>
              <w:rPr>
                <w:b/>
                <w:sz w:val="21"/>
              </w:rPr>
            </w:pPr>
            <w:r>
              <w:rPr>
                <w:b/>
                <w:sz w:val="21"/>
              </w:rPr>
              <w:t xml:space="preserve">Redovni program uz </w:t>
            </w:r>
          </w:p>
          <w:p w:rsidR="002120CE" w:rsidRDefault="002120CE" w:rsidP="0033216C">
            <w:pPr>
              <w:keepNext/>
              <w:wordWrap w:val="0"/>
              <w:spacing w:after="20"/>
              <w:rPr>
                <w:b/>
                <w:sz w:val="21"/>
              </w:rPr>
            </w:pPr>
            <w:r>
              <w:rPr>
                <w:b/>
                <w:sz w:val="21"/>
              </w:rPr>
              <w:t>prilagodbu</w:t>
            </w:r>
            <w:r>
              <w:t xml:space="preserve"> </w:t>
            </w:r>
            <w:r w:rsidR="0033216C">
              <w:rPr>
                <w:b/>
                <w:sz w:val="21"/>
              </w:rPr>
              <w:t xml:space="preserve">sadržaja i </w:t>
            </w:r>
          </w:p>
          <w:p w:rsidR="0033216C" w:rsidRPr="008C76D4" w:rsidRDefault="0033216C" w:rsidP="0033216C">
            <w:pPr>
              <w:keepNext/>
              <w:wordWrap w:val="0"/>
              <w:spacing w:after="20"/>
            </w:pPr>
            <w:r>
              <w:rPr>
                <w:b/>
                <w:sz w:val="21"/>
              </w:rPr>
              <w:t>individualizirane postupke</w:t>
            </w:r>
          </w:p>
        </w:tc>
        <w:tc>
          <w:tcPr>
            <w:tcW w:w="2410" w:type="dxa"/>
            <w:tcBorders>
              <w:top w:val="single" w:sz="4" w:space="0" w:color="D9D9D9"/>
              <w:left w:val="single" w:sz="4" w:space="0" w:color="D9D9D9"/>
              <w:bottom w:val="single" w:sz="4" w:space="0" w:color="D9D9D9"/>
              <w:right w:val="single" w:sz="4" w:space="0" w:color="D9D9D9"/>
            </w:tcBorders>
            <w:shd w:val="clear" w:color="auto" w:fill="E7EDF2"/>
            <w:noWrap/>
            <w:tcMar>
              <w:top w:w="50" w:type="dxa"/>
              <w:left w:w="80" w:type="dxa"/>
              <w:bottom w:w="50" w:type="dxa"/>
              <w:right w:w="80" w:type="dxa"/>
            </w:tcMar>
            <w:vAlign w:val="center"/>
          </w:tcPr>
          <w:p w:rsidR="0033216C" w:rsidRPr="008C76D4" w:rsidRDefault="0033216C" w:rsidP="0033216C">
            <w:pPr>
              <w:keepNext/>
              <w:wordWrap w:val="0"/>
              <w:spacing w:after="20"/>
            </w:pPr>
            <w:r>
              <w:rPr>
                <w:b/>
                <w:sz w:val="21"/>
              </w:rPr>
              <w:t>Model individualizacije</w:t>
            </w:r>
          </w:p>
        </w:tc>
      </w:tr>
      <w:tr w:rsidR="0033216C" w:rsidRPr="008C76D4" w:rsidTr="002120CE">
        <w:trPr>
          <w:cantSplit/>
          <w:jc w:val="center"/>
        </w:trPr>
        <w:tc>
          <w:tcPr>
            <w:tcW w:w="2409" w:type="dxa"/>
            <w:tcBorders>
              <w:top w:val="single" w:sz="4" w:space="0" w:color="D9D9D9"/>
              <w:left w:val="single" w:sz="4" w:space="0" w:color="D9D9D9"/>
              <w:bottom w:val="single" w:sz="4" w:space="0" w:color="D9D9D9"/>
              <w:right w:val="single" w:sz="4" w:space="0" w:color="D9D9D9"/>
            </w:tcBorders>
            <w:noWrap/>
            <w:tcMar>
              <w:top w:w="50" w:type="dxa"/>
              <w:left w:w="80" w:type="dxa"/>
              <w:bottom w:w="50" w:type="dxa"/>
              <w:right w:w="80" w:type="dxa"/>
            </w:tcMar>
            <w:vAlign w:val="center"/>
          </w:tcPr>
          <w:p w:rsidR="0033216C" w:rsidRPr="008C76D4" w:rsidRDefault="0033216C" w:rsidP="004A68C9">
            <w:pPr>
              <w:wordWrap w:val="0"/>
              <w:spacing w:after="20"/>
              <w:jc w:val="center"/>
            </w:pPr>
            <w:r>
              <w:rPr>
                <w:sz w:val="21"/>
              </w:rPr>
              <w:t>I. a</w:t>
            </w:r>
          </w:p>
        </w:tc>
        <w:tc>
          <w:tcPr>
            <w:tcW w:w="2270" w:type="dxa"/>
            <w:tcBorders>
              <w:top w:val="single" w:sz="4" w:space="0" w:color="D9D9D9"/>
              <w:left w:val="single" w:sz="4" w:space="0" w:color="D9D9D9"/>
              <w:bottom w:val="single" w:sz="4" w:space="0" w:color="D9D9D9"/>
              <w:right w:val="single" w:sz="4" w:space="0" w:color="D9D9D9"/>
            </w:tcBorders>
            <w:noWrap/>
            <w:tcMar>
              <w:top w:w="50" w:type="dxa"/>
              <w:left w:w="80" w:type="dxa"/>
              <w:bottom w:w="50" w:type="dxa"/>
              <w:right w:w="80" w:type="dxa"/>
            </w:tcMar>
            <w:vAlign w:val="center"/>
          </w:tcPr>
          <w:p w:rsidR="0033216C" w:rsidRPr="008C76D4" w:rsidRDefault="0024110A" w:rsidP="004A68C9">
            <w:pPr>
              <w:wordWrap w:val="0"/>
              <w:spacing w:after="20"/>
              <w:jc w:val="center"/>
            </w:pPr>
            <w:r>
              <w:t>17</w:t>
            </w:r>
          </w:p>
        </w:tc>
        <w:tc>
          <w:tcPr>
            <w:tcW w:w="255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4A68C9">
            <w:pPr>
              <w:wordWrap w:val="0"/>
              <w:spacing w:after="20"/>
              <w:jc w:val="center"/>
            </w:pPr>
          </w:p>
        </w:tc>
        <w:tc>
          <w:tcPr>
            <w:tcW w:w="2410" w:type="dxa"/>
            <w:tcBorders>
              <w:top w:val="single" w:sz="4" w:space="0" w:color="D9D9D9"/>
              <w:left w:val="single" w:sz="4" w:space="0" w:color="D9D9D9"/>
              <w:bottom w:val="single" w:sz="4" w:space="0" w:color="D9D9D9"/>
              <w:right w:val="single" w:sz="4" w:space="0" w:color="D9D9D9"/>
            </w:tcBorders>
            <w:noWrap/>
            <w:tcMar>
              <w:top w:w="50" w:type="dxa"/>
              <w:left w:w="80" w:type="dxa"/>
              <w:bottom w:w="50" w:type="dxa"/>
              <w:right w:w="80" w:type="dxa"/>
            </w:tcMar>
            <w:vAlign w:val="center"/>
          </w:tcPr>
          <w:p w:rsidR="0033216C" w:rsidRPr="008C76D4" w:rsidRDefault="0024110A" w:rsidP="004A68C9">
            <w:pPr>
              <w:wordWrap w:val="0"/>
              <w:spacing w:after="20"/>
              <w:jc w:val="center"/>
            </w:pPr>
            <w:r>
              <w:t>1</w:t>
            </w:r>
          </w:p>
        </w:tc>
      </w:tr>
      <w:tr w:rsidR="0033216C" w:rsidRPr="008C76D4" w:rsidTr="002120CE">
        <w:trPr>
          <w:cantSplit/>
          <w:jc w:val="center"/>
        </w:trPr>
        <w:tc>
          <w:tcPr>
            <w:tcW w:w="2409" w:type="dxa"/>
            <w:tcBorders>
              <w:top w:val="single" w:sz="4" w:space="0" w:color="D9D9D9"/>
              <w:left w:val="single" w:sz="4" w:space="0" w:color="D9D9D9"/>
              <w:bottom w:val="single" w:sz="4" w:space="0" w:color="D9D9D9"/>
              <w:right w:val="single" w:sz="4" w:space="0" w:color="D9D9D9"/>
            </w:tcBorders>
            <w:noWrap/>
            <w:tcMar>
              <w:top w:w="50" w:type="dxa"/>
              <w:left w:w="80" w:type="dxa"/>
              <w:bottom w:w="50" w:type="dxa"/>
              <w:right w:w="80" w:type="dxa"/>
            </w:tcMar>
            <w:vAlign w:val="center"/>
          </w:tcPr>
          <w:p w:rsidR="0033216C" w:rsidRPr="008C76D4" w:rsidRDefault="0033216C" w:rsidP="004A68C9">
            <w:pPr>
              <w:wordWrap w:val="0"/>
              <w:spacing w:after="20"/>
              <w:jc w:val="center"/>
            </w:pPr>
            <w:r>
              <w:rPr>
                <w:sz w:val="21"/>
              </w:rPr>
              <w:t>I. b</w:t>
            </w:r>
          </w:p>
        </w:tc>
        <w:tc>
          <w:tcPr>
            <w:tcW w:w="2270" w:type="dxa"/>
            <w:tcBorders>
              <w:top w:val="single" w:sz="4" w:space="0" w:color="D9D9D9"/>
              <w:left w:val="single" w:sz="4" w:space="0" w:color="D9D9D9"/>
              <w:bottom w:val="single" w:sz="4" w:space="0" w:color="D9D9D9"/>
              <w:right w:val="single" w:sz="4" w:space="0" w:color="D9D9D9"/>
            </w:tcBorders>
            <w:noWrap/>
            <w:tcMar>
              <w:top w:w="50" w:type="dxa"/>
              <w:left w:w="80" w:type="dxa"/>
              <w:bottom w:w="50" w:type="dxa"/>
              <w:right w:w="80" w:type="dxa"/>
            </w:tcMar>
            <w:vAlign w:val="center"/>
          </w:tcPr>
          <w:p w:rsidR="0033216C" w:rsidRPr="008C76D4" w:rsidRDefault="0024110A" w:rsidP="004A68C9">
            <w:pPr>
              <w:wordWrap w:val="0"/>
              <w:spacing w:after="20"/>
              <w:jc w:val="center"/>
            </w:pPr>
            <w:r>
              <w:t>15</w:t>
            </w:r>
          </w:p>
        </w:tc>
        <w:tc>
          <w:tcPr>
            <w:tcW w:w="255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4A68C9">
            <w:pPr>
              <w:wordWrap w:val="0"/>
              <w:spacing w:after="20"/>
              <w:jc w:val="center"/>
            </w:pPr>
          </w:p>
        </w:tc>
        <w:tc>
          <w:tcPr>
            <w:tcW w:w="2410" w:type="dxa"/>
            <w:tcBorders>
              <w:top w:val="single" w:sz="4" w:space="0" w:color="D9D9D9"/>
              <w:left w:val="single" w:sz="4" w:space="0" w:color="D9D9D9"/>
              <w:bottom w:val="single" w:sz="4" w:space="0" w:color="D9D9D9"/>
              <w:right w:val="single" w:sz="4" w:space="0" w:color="D9D9D9"/>
            </w:tcBorders>
            <w:noWrap/>
            <w:tcMar>
              <w:top w:w="50" w:type="dxa"/>
              <w:left w:w="80" w:type="dxa"/>
              <w:bottom w:w="50" w:type="dxa"/>
              <w:right w:w="80" w:type="dxa"/>
            </w:tcMar>
            <w:vAlign w:val="center"/>
          </w:tcPr>
          <w:p w:rsidR="0033216C" w:rsidRPr="008C76D4" w:rsidRDefault="0033216C" w:rsidP="004A68C9">
            <w:pPr>
              <w:wordWrap w:val="0"/>
              <w:spacing w:after="20"/>
              <w:jc w:val="center"/>
            </w:pPr>
          </w:p>
        </w:tc>
      </w:tr>
      <w:tr w:rsidR="0033216C" w:rsidRPr="008C76D4" w:rsidTr="002120CE">
        <w:trPr>
          <w:cantSplit/>
          <w:jc w:val="center"/>
        </w:trPr>
        <w:tc>
          <w:tcPr>
            <w:tcW w:w="2409" w:type="dxa"/>
            <w:tcBorders>
              <w:top w:val="single" w:sz="4" w:space="0" w:color="D9D9D9"/>
              <w:left w:val="single" w:sz="4" w:space="0" w:color="D9D9D9"/>
              <w:bottom w:val="single" w:sz="4" w:space="0" w:color="D9D9D9"/>
              <w:right w:val="single" w:sz="4" w:space="0" w:color="D9D9D9"/>
            </w:tcBorders>
            <w:noWrap/>
            <w:tcMar>
              <w:top w:w="50" w:type="dxa"/>
              <w:left w:w="80" w:type="dxa"/>
              <w:bottom w:w="50" w:type="dxa"/>
              <w:right w:w="80" w:type="dxa"/>
            </w:tcMar>
            <w:vAlign w:val="center"/>
          </w:tcPr>
          <w:p w:rsidR="0033216C" w:rsidRPr="008C76D4" w:rsidRDefault="0033216C" w:rsidP="004A68C9">
            <w:pPr>
              <w:wordWrap w:val="0"/>
              <w:spacing w:after="20"/>
              <w:jc w:val="center"/>
            </w:pPr>
            <w:r>
              <w:rPr>
                <w:sz w:val="21"/>
              </w:rPr>
              <w:t>II. a</w:t>
            </w:r>
          </w:p>
        </w:tc>
        <w:tc>
          <w:tcPr>
            <w:tcW w:w="2270" w:type="dxa"/>
            <w:tcBorders>
              <w:top w:val="single" w:sz="4" w:space="0" w:color="D9D9D9"/>
              <w:left w:val="single" w:sz="4" w:space="0" w:color="D9D9D9"/>
              <w:bottom w:val="single" w:sz="4" w:space="0" w:color="D9D9D9"/>
              <w:right w:val="single" w:sz="4" w:space="0" w:color="D9D9D9"/>
            </w:tcBorders>
            <w:noWrap/>
            <w:tcMar>
              <w:top w:w="50" w:type="dxa"/>
              <w:left w:w="80" w:type="dxa"/>
              <w:bottom w:w="50" w:type="dxa"/>
              <w:right w:w="80" w:type="dxa"/>
            </w:tcMar>
            <w:vAlign w:val="center"/>
          </w:tcPr>
          <w:p w:rsidR="0033216C" w:rsidRPr="008C76D4" w:rsidRDefault="0024110A" w:rsidP="004A68C9">
            <w:pPr>
              <w:wordWrap w:val="0"/>
              <w:spacing w:after="20"/>
              <w:jc w:val="center"/>
            </w:pPr>
            <w:r>
              <w:t>12</w:t>
            </w:r>
          </w:p>
        </w:tc>
        <w:tc>
          <w:tcPr>
            <w:tcW w:w="255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4A68C9">
            <w:pPr>
              <w:wordWrap w:val="0"/>
              <w:spacing w:after="20"/>
              <w:jc w:val="center"/>
            </w:pPr>
          </w:p>
        </w:tc>
        <w:tc>
          <w:tcPr>
            <w:tcW w:w="2410" w:type="dxa"/>
            <w:tcBorders>
              <w:top w:val="single" w:sz="4" w:space="0" w:color="D9D9D9"/>
              <w:left w:val="single" w:sz="4" w:space="0" w:color="D9D9D9"/>
              <w:bottom w:val="single" w:sz="4" w:space="0" w:color="D9D9D9"/>
              <w:right w:val="single" w:sz="4" w:space="0" w:color="D9D9D9"/>
            </w:tcBorders>
            <w:noWrap/>
            <w:tcMar>
              <w:top w:w="50" w:type="dxa"/>
              <w:left w:w="80" w:type="dxa"/>
              <w:bottom w:w="50" w:type="dxa"/>
              <w:right w:w="80" w:type="dxa"/>
            </w:tcMar>
            <w:vAlign w:val="center"/>
          </w:tcPr>
          <w:p w:rsidR="0033216C" w:rsidRPr="008C76D4" w:rsidRDefault="0033216C" w:rsidP="004A68C9">
            <w:pPr>
              <w:wordWrap w:val="0"/>
              <w:spacing w:after="20"/>
              <w:jc w:val="center"/>
            </w:pPr>
          </w:p>
        </w:tc>
      </w:tr>
      <w:tr w:rsidR="0033216C" w:rsidRPr="008C76D4" w:rsidTr="002120CE">
        <w:trPr>
          <w:cantSplit/>
          <w:jc w:val="center"/>
        </w:trPr>
        <w:tc>
          <w:tcPr>
            <w:tcW w:w="2409" w:type="dxa"/>
            <w:tcBorders>
              <w:top w:val="single" w:sz="4" w:space="0" w:color="D9D9D9"/>
              <w:left w:val="single" w:sz="4" w:space="0" w:color="D9D9D9"/>
              <w:bottom w:val="single" w:sz="4" w:space="0" w:color="D9D9D9"/>
              <w:right w:val="single" w:sz="4" w:space="0" w:color="D9D9D9"/>
            </w:tcBorders>
            <w:noWrap/>
            <w:tcMar>
              <w:top w:w="50" w:type="dxa"/>
              <w:left w:w="80" w:type="dxa"/>
              <w:bottom w:w="50" w:type="dxa"/>
              <w:right w:w="80" w:type="dxa"/>
            </w:tcMar>
            <w:vAlign w:val="center"/>
          </w:tcPr>
          <w:p w:rsidR="0033216C" w:rsidRPr="008C76D4" w:rsidRDefault="0033216C" w:rsidP="004A68C9">
            <w:pPr>
              <w:wordWrap w:val="0"/>
              <w:spacing w:after="20"/>
              <w:jc w:val="center"/>
            </w:pPr>
            <w:r>
              <w:rPr>
                <w:sz w:val="21"/>
              </w:rPr>
              <w:t>II. b</w:t>
            </w:r>
          </w:p>
        </w:tc>
        <w:tc>
          <w:tcPr>
            <w:tcW w:w="2270" w:type="dxa"/>
            <w:tcBorders>
              <w:top w:val="single" w:sz="4" w:space="0" w:color="D9D9D9"/>
              <w:left w:val="single" w:sz="4" w:space="0" w:color="D9D9D9"/>
              <w:bottom w:val="single" w:sz="4" w:space="0" w:color="D9D9D9"/>
              <w:right w:val="single" w:sz="4" w:space="0" w:color="D9D9D9"/>
            </w:tcBorders>
            <w:noWrap/>
            <w:tcMar>
              <w:top w:w="50" w:type="dxa"/>
              <w:left w:w="80" w:type="dxa"/>
              <w:bottom w:w="50" w:type="dxa"/>
              <w:right w:w="80" w:type="dxa"/>
            </w:tcMar>
            <w:vAlign w:val="center"/>
          </w:tcPr>
          <w:p w:rsidR="0033216C" w:rsidRPr="008C76D4" w:rsidRDefault="0024110A" w:rsidP="004A68C9">
            <w:pPr>
              <w:wordWrap w:val="0"/>
              <w:spacing w:after="20"/>
              <w:jc w:val="center"/>
            </w:pPr>
            <w:r>
              <w:t>11</w:t>
            </w:r>
          </w:p>
        </w:tc>
        <w:tc>
          <w:tcPr>
            <w:tcW w:w="255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4A68C9">
            <w:pPr>
              <w:wordWrap w:val="0"/>
              <w:spacing w:after="20"/>
              <w:jc w:val="center"/>
            </w:pPr>
          </w:p>
        </w:tc>
        <w:tc>
          <w:tcPr>
            <w:tcW w:w="2410" w:type="dxa"/>
            <w:tcBorders>
              <w:top w:val="single" w:sz="4" w:space="0" w:color="D9D9D9"/>
              <w:left w:val="single" w:sz="4" w:space="0" w:color="D9D9D9"/>
              <w:bottom w:val="single" w:sz="4" w:space="0" w:color="D9D9D9"/>
              <w:right w:val="single" w:sz="4" w:space="0" w:color="D9D9D9"/>
            </w:tcBorders>
            <w:noWrap/>
            <w:tcMar>
              <w:top w:w="50" w:type="dxa"/>
              <w:left w:w="80" w:type="dxa"/>
              <w:bottom w:w="50" w:type="dxa"/>
              <w:right w:w="80" w:type="dxa"/>
            </w:tcMar>
            <w:vAlign w:val="center"/>
          </w:tcPr>
          <w:p w:rsidR="0033216C" w:rsidRPr="008C76D4" w:rsidRDefault="0033216C" w:rsidP="004A68C9">
            <w:pPr>
              <w:wordWrap w:val="0"/>
              <w:spacing w:after="20"/>
              <w:jc w:val="center"/>
            </w:pPr>
          </w:p>
        </w:tc>
      </w:tr>
      <w:tr w:rsidR="0033216C" w:rsidRPr="008C76D4" w:rsidTr="002120CE">
        <w:trPr>
          <w:cantSplit/>
          <w:jc w:val="center"/>
        </w:trPr>
        <w:tc>
          <w:tcPr>
            <w:tcW w:w="2409" w:type="dxa"/>
            <w:tcBorders>
              <w:top w:val="single" w:sz="4" w:space="0" w:color="D9D9D9"/>
              <w:left w:val="single" w:sz="4" w:space="0" w:color="D9D9D9"/>
              <w:bottom w:val="single" w:sz="4" w:space="0" w:color="D9D9D9"/>
              <w:right w:val="single" w:sz="4" w:space="0" w:color="D9D9D9"/>
            </w:tcBorders>
            <w:noWrap/>
            <w:tcMar>
              <w:top w:w="50" w:type="dxa"/>
              <w:left w:w="80" w:type="dxa"/>
              <w:bottom w:w="50" w:type="dxa"/>
              <w:right w:w="80" w:type="dxa"/>
            </w:tcMar>
            <w:vAlign w:val="center"/>
          </w:tcPr>
          <w:p w:rsidR="0033216C" w:rsidRPr="008C76D4" w:rsidRDefault="0033216C" w:rsidP="004A68C9">
            <w:pPr>
              <w:wordWrap w:val="0"/>
              <w:spacing w:after="20"/>
              <w:jc w:val="center"/>
            </w:pPr>
            <w:r>
              <w:rPr>
                <w:sz w:val="21"/>
              </w:rPr>
              <w:t>III.a</w:t>
            </w:r>
          </w:p>
        </w:tc>
        <w:tc>
          <w:tcPr>
            <w:tcW w:w="2270" w:type="dxa"/>
            <w:tcBorders>
              <w:top w:val="single" w:sz="4" w:space="0" w:color="D9D9D9"/>
              <w:left w:val="single" w:sz="4" w:space="0" w:color="D9D9D9"/>
              <w:bottom w:val="single" w:sz="4" w:space="0" w:color="D9D9D9"/>
              <w:right w:val="single" w:sz="4" w:space="0" w:color="D9D9D9"/>
            </w:tcBorders>
            <w:noWrap/>
            <w:tcMar>
              <w:top w:w="50" w:type="dxa"/>
              <w:left w:w="80" w:type="dxa"/>
              <w:bottom w:w="50" w:type="dxa"/>
              <w:right w:w="80" w:type="dxa"/>
            </w:tcMar>
            <w:vAlign w:val="center"/>
          </w:tcPr>
          <w:p w:rsidR="0033216C" w:rsidRPr="008C76D4" w:rsidRDefault="0024110A" w:rsidP="004A68C9">
            <w:pPr>
              <w:wordWrap w:val="0"/>
              <w:spacing w:after="20"/>
              <w:jc w:val="center"/>
            </w:pPr>
            <w:r>
              <w:t>13</w:t>
            </w:r>
          </w:p>
        </w:tc>
        <w:tc>
          <w:tcPr>
            <w:tcW w:w="255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4A68C9">
            <w:pPr>
              <w:wordWrap w:val="0"/>
              <w:spacing w:after="20"/>
              <w:jc w:val="center"/>
            </w:pPr>
          </w:p>
        </w:tc>
        <w:tc>
          <w:tcPr>
            <w:tcW w:w="2410" w:type="dxa"/>
            <w:tcBorders>
              <w:top w:val="single" w:sz="4" w:space="0" w:color="D9D9D9"/>
              <w:left w:val="single" w:sz="4" w:space="0" w:color="D9D9D9"/>
              <w:bottom w:val="single" w:sz="4" w:space="0" w:color="D9D9D9"/>
              <w:right w:val="single" w:sz="4" w:space="0" w:color="D9D9D9"/>
            </w:tcBorders>
            <w:noWrap/>
            <w:tcMar>
              <w:top w:w="50" w:type="dxa"/>
              <w:left w:w="80" w:type="dxa"/>
              <w:bottom w:w="50" w:type="dxa"/>
              <w:right w:w="80" w:type="dxa"/>
            </w:tcMar>
            <w:vAlign w:val="center"/>
          </w:tcPr>
          <w:p w:rsidR="0033216C" w:rsidRPr="008C76D4" w:rsidRDefault="0024110A" w:rsidP="004A68C9">
            <w:pPr>
              <w:wordWrap w:val="0"/>
              <w:spacing w:after="20"/>
              <w:jc w:val="center"/>
            </w:pPr>
            <w:r>
              <w:t>1</w:t>
            </w:r>
          </w:p>
        </w:tc>
      </w:tr>
      <w:tr w:rsidR="0033216C" w:rsidRPr="008C76D4" w:rsidTr="002120CE">
        <w:trPr>
          <w:cantSplit/>
          <w:jc w:val="center"/>
        </w:trPr>
        <w:tc>
          <w:tcPr>
            <w:tcW w:w="2409" w:type="dxa"/>
            <w:tcBorders>
              <w:top w:val="single" w:sz="4" w:space="0" w:color="D9D9D9"/>
              <w:left w:val="single" w:sz="4" w:space="0" w:color="D9D9D9"/>
              <w:bottom w:val="single" w:sz="4" w:space="0" w:color="D9D9D9"/>
              <w:right w:val="single" w:sz="4" w:space="0" w:color="D9D9D9"/>
            </w:tcBorders>
            <w:noWrap/>
            <w:tcMar>
              <w:top w:w="50" w:type="dxa"/>
              <w:left w:w="80" w:type="dxa"/>
              <w:bottom w:w="50" w:type="dxa"/>
              <w:right w:w="80" w:type="dxa"/>
            </w:tcMar>
            <w:vAlign w:val="center"/>
          </w:tcPr>
          <w:p w:rsidR="0033216C" w:rsidRPr="008C76D4" w:rsidRDefault="0033216C" w:rsidP="004A68C9">
            <w:pPr>
              <w:wordWrap w:val="0"/>
              <w:spacing w:after="20"/>
              <w:jc w:val="center"/>
            </w:pPr>
            <w:r>
              <w:rPr>
                <w:sz w:val="21"/>
              </w:rPr>
              <w:lastRenderedPageBreak/>
              <w:t>III. b</w:t>
            </w:r>
          </w:p>
        </w:tc>
        <w:tc>
          <w:tcPr>
            <w:tcW w:w="2270" w:type="dxa"/>
            <w:tcBorders>
              <w:top w:val="single" w:sz="4" w:space="0" w:color="D9D9D9"/>
              <w:left w:val="single" w:sz="4" w:space="0" w:color="D9D9D9"/>
              <w:bottom w:val="single" w:sz="4" w:space="0" w:color="D9D9D9"/>
              <w:right w:val="single" w:sz="4" w:space="0" w:color="D9D9D9"/>
            </w:tcBorders>
            <w:noWrap/>
            <w:tcMar>
              <w:top w:w="50" w:type="dxa"/>
              <w:left w:w="80" w:type="dxa"/>
              <w:bottom w:w="50" w:type="dxa"/>
              <w:right w:w="80" w:type="dxa"/>
            </w:tcMar>
            <w:vAlign w:val="center"/>
          </w:tcPr>
          <w:p w:rsidR="0033216C" w:rsidRPr="008C76D4" w:rsidRDefault="0024110A" w:rsidP="004A68C9">
            <w:pPr>
              <w:wordWrap w:val="0"/>
              <w:spacing w:after="20"/>
              <w:jc w:val="center"/>
            </w:pPr>
            <w:r>
              <w:t>10</w:t>
            </w:r>
          </w:p>
        </w:tc>
        <w:tc>
          <w:tcPr>
            <w:tcW w:w="255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4A68C9">
            <w:pPr>
              <w:wordWrap w:val="0"/>
              <w:spacing w:after="20"/>
              <w:jc w:val="center"/>
            </w:pPr>
          </w:p>
        </w:tc>
        <w:tc>
          <w:tcPr>
            <w:tcW w:w="2410" w:type="dxa"/>
            <w:tcBorders>
              <w:top w:val="single" w:sz="4" w:space="0" w:color="D9D9D9"/>
              <w:left w:val="single" w:sz="4" w:space="0" w:color="D9D9D9"/>
              <w:bottom w:val="single" w:sz="4" w:space="0" w:color="D9D9D9"/>
              <w:right w:val="single" w:sz="4" w:space="0" w:color="D9D9D9"/>
            </w:tcBorders>
            <w:noWrap/>
            <w:tcMar>
              <w:top w:w="50" w:type="dxa"/>
              <w:left w:w="80" w:type="dxa"/>
              <w:bottom w:w="50" w:type="dxa"/>
              <w:right w:w="80" w:type="dxa"/>
            </w:tcMar>
            <w:vAlign w:val="center"/>
          </w:tcPr>
          <w:p w:rsidR="0033216C" w:rsidRPr="008C76D4" w:rsidRDefault="0033216C" w:rsidP="004A68C9">
            <w:pPr>
              <w:wordWrap w:val="0"/>
              <w:spacing w:after="20"/>
              <w:jc w:val="center"/>
            </w:pPr>
          </w:p>
        </w:tc>
      </w:tr>
      <w:tr w:rsidR="0033216C" w:rsidRPr="008C76D4" w:rsidTr="002120CE">
        <w:trPr>
          <w:cantSplit/>
          <w:jc w:val="center"/>
        </w:trPr>
        <w:tc>
          <w:tcPr>
            <w:tcW w:w="2409" w:type="dxa"/>
            <w:tcBorders>
              <w:top w:val="single" w:sz="4" w:space="0" w:color="D9D9D9"/>
              <w:left w:val="single" w:sz="4" w:space="0" w:color="D9D9D9"/>
              <w:bottom w:val="single" w:sz="4" w:space="0" w:color="D9D9D9"/>
              <w:right w:val="single" w:sz="4" w:space="0" w:color="D9D9D9"/>
            </w:tcBorders>
            <w:noWrap/>
            <w:tcMar>
              <w:top w:w="50" w:type="dxa"/>
              <w:left w:w="80" w:type="dxa"/>
              <w:bottom w:w="50" w:type="dxa"/>
              <w:right w:w="80" w:type="dxa"/>
            </w:tcMar>
            <w:vAlign w:val="center"/>
          </w:tcPr>
          <w:p w:rsidR="0033216C" w:rsidRPr="008C76D4" w:rsidRDefault="0033216C" w:rsidP="004A68C9">
            <w:pPr>
              <w:wordWrap w:val="0"/>
              <w:spacing w:after="20"/>
              <w:jc w:val="center"/>
            </w:pPr>
            <w:r>
              <w:rPr>
                <w:sz w:val="21"/>
              </w:rPr>
              <w:t>IV. a</w:t>
            </w:r>
          </w:p>
        </w:tc>
        <w:tc>
          <w:tcPr>
            <w:tcW w:w="2270" w:type="dxa"/>
            <w:tcBorders>
              <w:top w:val="single" w:sz="4" w:space="0" w:color="D9D9D9"/>
              <w:left w:val="single" w:sz="4" w:space="0" w:color="D9D9D9"/>
              <w:bottom w:val="single" w:sz="4" w:space="0" w:color="D9D9D9"/>
              <w:right w:val="single" w:sz="4" w:space="0" w:color="D9D9D9"/>
            </w:tcBorders>
            <w:noWrap/>
            <w:tcMar>
              <w:top w:w="50" w:type="dxa"/>
              <w:left w:w="80" w:type="dxa"/>
              <w:bottom w:w="50" w:type="dxa"/>
              <w:right w:w="80" w:type="dxa"/>
            </w:tcMar>
            <w:vAlign w:val="center"/>
          </w:tcPr>
          <w:p w:rsidR="0033216C" w:rsidRPr="008C76D4" w:rsidRDefault="0024110A" w:rsidP="004A68C9">
            <w:pPr>
              <w:wordWrap w:val="0"/>
              <w:spacing w:after="20"/>
              <w:jc w:val="center"/>
            </w:pPr>
            <w:r>
              <w:t>14</w:t>
            </w:r>
          </w:p>
        </w:tc>
        <w:tc>
          <w:tcPr>
            <w:tcW w:w="255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4A68C9">
            <w:pPr>
              <w:wordWrap w:val="0"/>
              <w:spacing w:after="20"/>
              <w:jc w:val="center"/>
            </w:pPr>
          </w:p>
        </w:tc>
        <w:tc>
          <w:tcPr>
            <w:tcW w:w="2410" w:type="dxa"/>
            <w:tcBorders>
              <w:top w:val="single" w:sz="4" w:space="0" w:color="D9D9D9"/>
              <w:left w:val="single" w:sz="4" w:space="0" w:color="D9D9D9"/>
              <w:bottom w:val="single" w:sz="4" w:space="0" w:color="D9D9D9"/>
              <w:right w:val="single" w:sz="4" w:space="0" w:color="D9D9D9"/>
            </w:tcBorders>
            <w:noWrap/>
            <w:tcMar>
              <w:top w:w="50" w:type="dxa"/>
              <w:left w:w="80" w:type="dxa"/>
              <w:bottom w:w="50" w:type="dxa"/>
              <w:right w:w="80" w:type="dxa"/>
            </w:tcMar>
            <w:vAlign w:val="center"/>
          </w:tcPr>
          <w:p w:rsidR="0033216C" w:rsidRPr="008C76D4" w:rsidRDefault="0033216C" w:rsidP="004A68C9">
            <w:pPr>
              <w:wordWrap w:val="0"/>
              <w:spacing w:after="20"/>
              <w:jc w:val="center"/>
            </w:pPr>
          </w:p>
        </w:tc>
      </w:tr>
      <w:tr w:rsidR="0033216C" w:rsidRPr="008C76D4" w:rsidTr="002120CE">
        <w:trPr>
          <w:cantSplit/>
          <w:jc w:val="center"/>
        </w:trPr>
        <w:tc>
          <w:tcPr>
            <w:tcW w:w="2409" w:type="dxa"/>
            <w:tcBorders>
              <w:top w:val="single" w:sz="4" w:space="0" w:color="D9D9D9"/>
              <w:left w:val="single" w:sz="4" w:space="0" w:color="D9D9D9"/>
              <w:bottom w:val="single" w:sz="4" w:space="0" w:color="D9D9D9"/>
              <w:right w:val="single" w:sz="4" w:space="0" w:color="D9D9D9"/>
            </w:tcBorders>
            <w:noWrap/>
            <w:tcMar>
              <w:top w:w="50" w:type="dxa"/>
              <w:left w:w="80" w:type="dxa"/>
              <w:bottom w:w="50" w:type="dxa"/>
              <w:right w:w="80" w:type="dxa"/>
            </w:tcMar>
            <w:vAlign w:val="center"/>
          </w:tcPr>
          <w:p w:rsidR="0033216C" w:rsidRPr="008C76D4" w:rsidRDefault="0033216C" w:rsidP="004A68C9">
            <w:pPr>
              <w:wordWrap w:val="0"/>
              <w:spacing w:after="20"/>
              <w:jc w:val="center"/>
            </w:pPr>
            <w:r>
              <w:rPr>
                <w:sz w:val="21"/>
              </w:rPr>
              <w:t>IV.b</w:t>
            </w:r>
          </w:p>
        </w:tc>
        <w:tc>
          <w:tcPr>
            <w:tcW w:w="2270" w:type="dxa"/>
            <w:tcBorders>
              <w:top w:val="single" w:sz="4" w:space="0" w:color="D9D9D9"/>
              <w:left w:val="single" w:sz="4" w:space="0" w:color="D9D9D9"/>
              <w:bottom w:val="single" w:sz="4" w:space="0" w:color="D9D9D9"/>
              <w:right w:val="single" w:sz="4" w:space="0" w:color="D9D9D9"/>
            </w:tcBorders>
            <w:noWrap/>
            <w:tcMar>
              <w:top w:w="50" w:type="dxa"/>
              <w:left w:w="80" w:type="dxa"/>
              <w:bottom w:w="50" w:type="dxa"/>
              <w:right w:w="80" w:type="dxa"/>
            </w:tcMar>
            <w:vAlign w:val="center"/>
          </w:tcPr>
          <w:p w:rsidR="0033216C" w:rsidRPr="008C76D4" w:rsidRDefault="0024110A" w:rsidP="004A68C9">
            <w:pPr>
              <w:wordWrap w:val="0"/>
              <w:spacing w:after="20"/>
              <w:jc w:val="center"/>
            </w:pPr>
            <w:r>
              <w:t>13</w:t>
            </w:r>
          </w:p>
        </w:tc>
        <w:tc>
          <w:tcPr>
            <w:tcW w:w="255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4A68C9">
            <w:pPr>
              <w:wordWrap w:val="0"/>
              <w:spacing w:after="20"/>
              <w:jc w:val="center"/>
            </w:pPr>
          </w:p>
        </w:tc>
        <w:tc>
          <w:tcPr>
            <w:tcW w:w="2410" w:type="dxa"/>
            <w:tcBorders>
              <w:top w:val="single" w:sz="4" w:space="0" w:color="D9D9D9"/>
              <w:left w:val="single" w:sz="4" w:space="0" w:color="D9D9D9"/>
              <w:bottom w:val="single" w:sz="4" w:space="0" w:color="D9D9D9"/>
              <w:right w:val="single" w:sz="4" w:space="0" w:color="D9D9D9"/>
            </w:tcBorders>
            <w:noWrap/>
            <w:tcMar>
              <w:top w:w="50" w:type="dxa"/>
              <w:left w:w="80" w:type="dxa"/>
              <w:bottom w:w="50" w:type="dxa"/>
              <w:right w:w="80" w:type="dxa"/>
            </w:tcMar>
            <w:vAlign w:val="center"/>
          </w:tcPr>
          <w:p w:rsidR="0033216C" w:rsidRPr="008C76D4" w:rsidRDefault="0024110A" w:rsidP="004A68C9">
            <w:pPr>
              <w:wordWrap w:val="0"/>
              <w:spacing w:after="20"/>
              <w:jc w:val="center"/>
            </w:pPr>
            <w:r>
              <w:t>1</w:t>
            </w:r>
          </w:p>
        </w:tc>
      </w:tr>
      <w:tr w:rsidR="0033216C" w:rsidRPr="008C76D4" w:rsidTr="002120CE">
        <w:trPr>
          <w:cantSplit/>
          <w:jc w:val="center"/>
        </w:trPr>
        <w:tc>
          <w:tcPr>
            <w:tcW w:w="2409" w:type="dxa"/>
            <w:tcBorders>
              <w:top w:val="single" w:sz="4" w:space="0" w:color="D9D9D9"/>
              <w:left w:val="single" w:sz="4" w:space="0" w:color="D9D9D9"/>
              <w:bottom w:val="single" w:sz="4" w:space="0" w:color="D9D9D9"/>
              <w:right w:val="single" w:sz="4" w:space="0" w:color="D9D9D9"/>
            </w:tcBorders>
            <w:noWrap/>
            <w:tcMar>
              <w:top w:w="50" w:type="dxa"/>
              <w:left w:w="80" w:type="dxa"/>
              <w:bottom w:w="50" w:type="dxa"/>
              <w:right w:w="80" w:type="dxa"/>
            </w:tcMar>
            <w:vAlign w:val="center"/>
          </w:tcPr>
          <w:p w:rsidR="0033216C" w:rsidRPr="008C76D4" w:rsidRDefault="0033216C" w:rsidP="004A68C9">
            <w:pPr>
              <w:wordWrap w:val="0"/>
              <w:spacing w:after="20"/>
              <w:jc w:val="center"/>
            </w:pPr>
            <w:r>
              <w:rPr>
                <w:sz w:val="21"/>
              </w:rPr>
              <w:t>V. a</w:t>
            </w:r>
          </w:p>
        </w:tc>
        <w:tc>
          <w:tcPr>
            <w:tcW w:w="2270" w:type="dxa"/>
            <w:tcBorders>
              <w:top w:val="single" w:sz="4" w:space="0" w:color="D9D9D9"/>
              <w:left w:val="single" w:sz="4" w:space="0" w:color="D9D9D9"/>
              <w:bottom w:val="single" w:sz="4" w:space="0" w:color="D9D9D9"/>
              <w:right w:val="single" w:sz="4" w:space="0" w:color="D9D9D9"/>
            </w:tcBorders>
            <w:noWrap/>
            <w:tcMar>
              <w:top w:w="50" w:type="dxa"/>
              <w:left w:w="80" w:type="dxa"/>
              <w:bottom w:w="50" w:type="dxa"/>
              <w:right w:w="80" w:type="dxa"/>
            </w:tcMar>
            <w:vAlign w:val="center"/>
          </w:tcPr>
          <w:p w:rsidR="0033216C" w:rsidRPr="008C76D4" w:rsidRDefault="0024110A" w:rsidP="004A68C9">
            <w:pPr>
              <w:wordWrap w:val="0"/>
              <w:spacing w:after="20"/>
              <w:jc w:val="center"/>
            </w:pPr>
            <w:r>
              <w:t>15</w:t>
            </w:r>
          </w:p>
        </w:tc>
        <w:tc>
          <w:tcPr>
            <w:tcW w:w="255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4A68C9">
            <w:pPr>
              <w:wordWrap w:val="0"/>
              <w:spacing w:after="20"/>
              <w:jc w:val="center"/>
            </w:pPr>
          </w:p>
        </w:tc>
        <w:tc>
          <w:tcPr>
            <w:tcW w:w="2410" w:type="dxa"/>
            <w:tcBorders>
              <w:top w:val="single" w:sz="4" w:space="0" w:color="D9D9D9"/>
              <w:left w:val="single" w:sz="4" w:space="0" w:color="D9D9D9"/>
              <w:bottom w:val="single" w:sz="4" w:space="0" w:color="D9D9D9"/>
              <w:right w:val="single" w:sz="4" w:space="0" w:color="D9D9D9"/>
            </w:tcBorders>
            <w:noWrap/>
            <w:tcMar>
              <w:top w:w="50" w:type="dxa"/>
              <w:left w:w="80" w:type="dxa"/>
              <w:bottom w:w="50" w:type="dxa"/>
              <w:right w:w="80" w:type="dxa"/>
            </w:tcMar>
            <w:vAlign w:val="center"/>
          </w:tcPr>
          <w:p w:rsidR="0033216C" w:rsidRPr="008C76D4" w:rsidRDefault="0024110A" w:rsidP="004A68C9">
            <w:pPr>
              <w:wordWrap w:val="0"/>
              <w:spacing w:after="20"/>
              <w:jc w:val="center"/>
            </w:pPr>
            <w:r>
              <w:t>1</w:t>
            </w:r>
          </w:p>
        </w:tc>
      </w:tr>
      <w:tr w:rsidR="0033216C" w:rsidRPr="008C76D4" w:rsidTr="002120CE">
        <w:trPr>
          <w:cantSplit/>
          <w:jc w:val="center"/>
        </w:trPr>
        <w:tc>
          <w:tcPr>
            <w:tcW w:w="2409" w:type="dxa"/>
            <w:tcBorders>
              <w:top w:val="single" w:sz="4" w:space="0" w:color="D9D9D9"/>
              <w:left w:val="single" w:sz="4" w:space="0" w:color="D9D9D9"/>
              <w:bottom w:val="single" w:sz="4" w:space="0" w:color="D9D9D9"/>
              <w:right w:val="single" w:sz="4" w:space="0" w:color="D9D9D9"/>
            </w:tcBorders>
            <w:noWrap/>
            <w:tcMar>
              <w:top w:w="50" w:type="dxa"/>
              <w:left w:w="80" w:type="dxa"/>
              <w:bottom w:w="50" w:type="dxa"/>
              <w:right w:w="80" w:type="dxa"/>
            </w:tcMar>
            <w:vAlign w:val="center"/>
          </w:tcPr>
          <w:p w:rsidR="0033216C" w:rsidRPr="008C76D4" w:rsidRDefault="0033216C" w:rsidP="004A68C9">
            <w:pPr>
              <w:wordWrap w:val="0"/>
              <w:spacing w:after="20"/>
              <w:jc w:val="center"/>
            </w:pPr>
            <w:r>
              <w:rPr>
                <w:sz w:val="21"/>
              </w:rPr>
              <w:t>V.b</w:t>
            </w:r>
          </w:p>
        </w:tc>
        <w:tc>
          <w:tcPr>
            <w:tcW w:w="2270" w:type="dxa"/>
            <w:tcBorders>
              <w:top w:val="single" w:sz="4" w:space="0" w:color="D9D9D9"/>
              <w:left w:val="single" w:sz="4" w:space="0" w:color="D9D9D9"/>
              <w:bottom w:val="single" w:sz="4" w:space="0" w:color="D9D9D9"/>
              <w:right w:val="single" w:sz="4" w:space="0" w:color="D9D9D9"/>
            </w:tcBorders>
            <w:noWrap/>
            <w:tcMar>
              <w:top w:w="50" w:type="dxa"/>
              <w:left w:w="80" w:type="dxa"/>
              <w:bottom w:w="50" w:type="dxa"/>
              <w:right w:w="80" w:type="dxa"/>
            </w:tcMar>
            <w:vAlign w:val="center"/>
          </w:tcPr>
          <w:p w:rsidR="0033216C" w:rsidRPr="008C76D4" w:rsidRDefault="0024110A" w:rsidP="004A68C9">
            <w:pPr>
              <w:wordWrap w:val="0"/>
              <w:spacing w:after="20"/>
              <w:jc w:val="center"/>
            </w:pPr>
            <w:r>
              <w:t>18</w:t>
            </w:r>
          </w:p>
        </w:tc>
        <w:tc>
          <w:tcPr>
            <w:tcW w:w="255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24110A" w:rsidP="004A68C9">
            <w:pPr>
              <w:wordWrap w:val="0"/>
              <w:spacing w:after="20"/>
              <w:jc w:val="center"/>
            </w:pPr>
            <w:r>
              <w:t>2</w:t>
            </w:r>
          </w:p>
        </w:tc>
        <w:tc>
          <w:tcPr>
            <w:tcW w:w="2410" w:type="dxa"/>
            <w:tcBorders>
              <w:top w:val="single" w:sz="4" w:space="0" w:color="D9D9D9"/>
              <w:left w:val="single" w:sz="4" w:space="0" w:color="D9D9D9"/>
              <w:bottom w:val="single" w:sz="4" w:space="0" w:color="D9D9D9"/>
              <w:right w:val="single" w:sz="4" w:space="0" w:color="D9D9D9"/>
            </w:tcBorders>
            <w:noWrap/>
            <w:tcMar>
              <w:top w:w="50" w:type="dxa"/>
              <w:left w:w="80" w:type="dxa"/>
              <w:bottom w:w="50" w:type="dxa"/>
              <w:right w:w="80" w:type="dxa"/>
            </w:tcMar>
            <w:vAlign w:val="center"/>
          </w:tcPr>
          <w:p w:rsidR="0033216C" w:rsidRPr="008C76D4" w:rsidRDefault="0024110A" w:rsidP="004A68C9">
            <w:pPr>
              <w:wordWrap w:val="0"/>
              <w:spacing w:after="20"/>
              <w:jc w:val="center"/>
            </w:pPr>
            <w:r>
              <w:t>1</w:t>
            </w:r>
          </w:p>
        </w:tc>
      </w:tr>
      <w:tr w:rsidR="0033216C" w:rsidRPr="008C76D4" w:rsidTr="002120CE">
        <w:trPr>
          <w:cantSplit/>
          <w:jc w:val="center"/>
        </w:trPr>
        <w:tc>
          <w:tcPr>
            <w:tcW w:w="2409" w:type="dxa"/>
            <w:tcBorders>
              <w:top w:val="single" w:sz="4" w:space="0" w:color="D9D9D9"/>
              <w:left w:val="single" w:sz="4" w:space="0" w:color="D9D9D9"/>
              <w:bottom w:val="single" w:sz="4" w:space="0" w:color="D9D9D9"/>
              <w:right w:val="single" w:sz="4" w:space="0" w:color="D9D9D9"/>
            </w:tcBorders>
            <w:noWrap/>
            <w:tcMar>
              <w:top w:w="50" w:type="dxa"/>
              <w:left w:w="80" w:type="dxa"/>
              <w:bottom w:w="50" w:type="dxa"/>
              <w:right w:w="80" w:type="dxa"/>
            </w:tcMar>
            <w:vAlign w:val="center"/>
          </w:tcPr>
          <w:p w:rsidR="0033216C" w:rsidRPr="008C76D4" w:rsidRDefault="0033216C" w:rsidP="004A68C9">
            <w:pPr>
              <w:wordWrap w:val="0"/>
              <w:spacing w:after="20"/>
              <w:jc w:val="center"/>
            </w:pPr>
            <w:r>
              <w:rPr>
                <w:sz w:val="21"/>
              </w:rPr>
              <w:t>VI. a</w:t>
            </w:r>
          </w:p>
        </w:tc>
        <w:tc>
          <w:tcPr>
            <w:tcW w:w="2270" w:type="dxa"/>
            <w:tcBorders>
              <w:top w:val="single" w:sz="4" w:space="0" w:color="D9D9D9"/>
              <w:left w:val="single" w:sz="4" w:space="0" w:color="D9D9D9"/>
              <w:bottom w:val="single" w:sz="4" w:space="0" w:color="D9D9D9"/>
              <w:right w:val="single" w:sz="4" w:space="0" w:color="D9D9D9"/>
            </w:tcBorders>
            <w:noWrap/>
            <w:tcMar>
              <w:top w:w="50" w:type="dxa"/>
              <w:left w:w="80" w:type="dxa"/>
              <w:bottom w:w="50" w:type="dxa"/>
              <w:right w:w="80" w:type="dxa"/>
            </w:tcMar>
            <w:vAlign w:val="center"/>
          </w:tcPr>
          <w:p w:rsidR="0033216C" w:rsidRPr="008C76D4" w:rsidRDefault="0024110A" w:rsidP="004A68C9">
            <w:pPr>
              <w:wordWrap w:val="0"/>
              <w:spacing w:after="20"/>
              <w:jc w:val="center"/>
            </w:pPr>
            <w:r>
              <w:t>18</w:t>
            </w:r>
          </w:p>
        </w:tc>
        <w:tc>
          <w:tcPr>
            <w:tcW w:w="255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4A68C9">
            <w:pPr>
              <w:wordWrap w:val="0"/>
              <w:spacing w:after="20"/>
              <w:jc w:val="center"/>
            </w:pPr>
          </w:p>
        </w:tc>
        <w:tc>
          <w:tcPr>
            <w:tcW w:w="2410" w:type="dxa"/>
            <w:tcBorders>
              <w:top w:val="single" w:sz="4" w:space="0" w:color="D9D9D9"/>
              <w:left w:val="single" w:sz="4" w:space="0" w:color="D9D9D9"/>
              <w:bottom w:val="single" w:sz="4" w:space="0" w:color="D9D9D9"/>
              <w:right w:val="single" w:sz="4" w:space="0" w:color="D9D9D9"/>
            </w:tcBorders>
            <w:noWrap/>
            <w:tcMar>
              <w:top w:w="50" w:type="dxa"/>
              <w:left w:w="80" w:type="dxa"/>
              <w:bottom w:w="50" w:type="dxa"/>
              <w:right w:w="80" w:type="dxa"/>
            </w:tcMar>
            <w:vAlign w:val="center"/>
          </w:tcPr>
          <w:p w:rsidR="0033216C" w:rsidRPr="008C76D4" w:rsidRDefault="0024110A" w:rsidP="004A68C9">
            <w:pPr>
              <w:wordWrap w:val="0"/>
              <w:spacing w:after="20"/>
              <w:jc w:val="center"/>
            </w:pPr>
            <w:r>
              <w:t>3</w:t>
            </w:r>
          </w:p>
        </w:tc>
      </w:tr>
      <w:tr w:rsidR="0033216C" w:rsidRPr="008C76D4" w:rsidTr="002120CE">
        <w:trPr>
          <w:cantSplit/>
          <w:jc w:val="center"/>
        </w:trPr>
        <w:tc>
          <w:tcPr>
            <w:tcW w:w="2409" w:type="dxa"/>
            <w:tcBorders>
              <w:top w:val="single" w:sz="4" w:space="0" w:color="D9D9D9"/>
              <w:left w:val="single" w:sz="4" w:space="0" w:color="D9D9D9"/>
              <w:bottom w:val="single" w:sz="4" w:space="0" w:color="D9D9D9"/>
              <w:right w:val="single" w:sz="4" w:space="0" w:color="D9D9D9"/>
            </w:tcBorders>
            <w:noWrap/>
            <w:tcMar>
              <w:top w:w="50" w:type="dxa"/>
              <w:left w:w="80" w:type="dxa"/>
              <w:bottom w:w="50" w:type="dxa"/>
              <w:right w:w="80" w:type="dxa"/>
            </w:tcMar>
            <w:vAlign w:val="center"/>
          </w:tcPr>
          <w:p w:rsidR="0033216C" w:rsidRPr="008C76D4" w:rsidRDefault="0033216C" w:rsidP="004A68C9">
            <w:pPr>
              <w:wordWrap w:val="0"/>
              <w:spacing w:after="20"/>
              <w:jc w:val="center"/>
            </w:pPr>
            <w:r>
              <w:rPr>
                <w:sz w:val="21"/>
              </w:rPr>
              <w:t>VI.b</w:t>
            </w:r>
          </w:p>
        </w:tc>
        <w:tc>
          <w:tcPr>
            <w:tcW w:w="2270" w:type="dxa"/>
            <w:tcBorders>
              <w:top w:val="single" w:sz="4" w:space="0" w:color="D9D9D9"/>
              <w:left w:val="single" w:sz="4" w:space="0" w:color="D9D9D9"/>
              <w:bottom w:val="single" w:sz="4" w:space="0" w:color="D9D9D9"/>
              <w:right w:val="single" w:sz="4" w:space="0" w:color="D9D9D9"/>
            </w:tcBorders>
            <w:noWrap/>
            <w:tcMar>
              <w:top w:w="50" w:type="dxa"/>
              <w:left w:w="80" w:type="dxa"/>
              <w:bottom w:w="50" w:type="dxa"/>
              <w:right w:w="80" w:type="dxa"/>
            </w:tcMar>
            <w:vAlign w:val="center"/>
          </w:tcPr>
          <w:p w:rsidR="0033216C" w:rsidRPr="008C76D4" w:rsidRDefault="0024110A" w:rsidP="004A68C9">
            <w:pPr>
              <w:wordWrap w:val="0"/>
              <w:spacing w:after="20"/>
              <w:jc w:val="center"/>
            </w:pPr>
            <w:r>
              <w:t>16</w:t>
            </w:r>
          </w:p>
        </w:tc>
        <w:tc>
          <w:tcPr>
            <w:tcW w:w="255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4A68C9">
            <w:pPr>
              <w:wordWrap w:val="0"/>
              <w:spacing w:after="20"/>
              <w:jc w:val="center"/>
            </w:pPr>
          </w:p>
        </w:tc>
        <w:tc>
          <w:tcPr>
            <w:tcW w:w="2410" w:type="dxa"/>
            <w:tcBorders>
              <w:top w:val="single" w:sz="4" w:space="0" w:color="D9D9D9"/>
              <w:left w:val="single" w:sz="4" w:space="0" w:color="D9D9D9"/>
              <w:bottom w:val="single" w:sz="4" w:space="0" w:color="D9D9D9"/>
              <w:right w:val="single" w:sz="4" w:space="0" w:color="D9D9D9"/>
            </w:tcBorders>
            <w:noWrap/>
            <w:tcMar>
              <w:top w:w="50" w:type="dxa"/>
              <w:left w:w="80" w:type="dxa"/>
              <w:bottom w:w="50" w:type="dxa"/>
              <w:right w:w="80" w:type="dxa"/>
            </w:tcMar>
            <w:vAlign w:val="center"/>
          </w:tcPr>
          <w:p w:rsidR="0033216C" w:rsidRPr="008C76D4" w:rsidRDefault="0033216C" w:rsidP="004A68C9">
            <w:pPr>
              <w:wordWrap w:val="0"/>
              <w:spacing w:after="20"/>
              <w:jc w:val="center"/>
            </w:pPr>
          </w:p>
        </w:tc>
      </w:tr>
      <w:tr w:rsidR="0033216C" w:rsidRPr="008C76D4" w:rsidTr="002120CE">
        <w:trPr>
          <w:cantSplit/>
          <w:jc w:val="center"/>
        </w:trPr>
        <w:tc>
          <w:tcPr>
            <w:tcW w:w="2409" w:type="dxa"/>
            <w:tcBorders>
              <w:top w:val="single" w:sz="4" w:space="0" w:color="D9D9D9"/>
              <w:left w:val="single" w:sz="4" w:space="0" w:color="D9D9D9"/>
              <w:bottom w:val="single" w:sz="4" w:space="0" w:color="D9D9D9"/>
              <w:right w:val="single" w:sz="4" w:space="0" w:color="D9D9D9"/>
            </w:tcBorders>
            <w:noWrap/>
            <w:tcMar>
              <w:top w:w="50" w:type="dxa"/>
              <w:left w:w="80" w:type="dxa"/>
              <w:bottom w:w="50" w:type="dxa"/>
              <w:right w:w="80" w:type="dxa"/>
            </w:tcMar>
            <w:vAlign w:val="center"/>
          </w:tcPr>
          <w:p w:rsidR="0033216C" w:rsidRPr="008C76D4" w:rsidRDefault="0033216C" w:rsidP="004A68C9">
            <w:pPr>
              <w:wordWrap w:val="0"/>
              <w:spacing w:after="20"/>
              <w:jc w:val="center"/>
            </w:pPr>
            <w:r>
              <w:rPr>
                <w:sz w:val="21"/>
              </w:rPr>
              <w:t>VII. a</w:t>
            </w:r>
          </w:p>
        </w:tc>
        <w:tc>
          <w:tcPr>
            <w:tcW w:w="2270" w:type="dxa"/>
            <w:tcBorders>
              <w:top w:val="single" w:sz="4" w:space="0" w:color="D9D9D9"/>
              <w:left w:val="single" w:sz="4" w:space="0" w:color="D9D9D9"/>
              <w:bottom w:val="single" w:sz="4" w:space="0" w:color="D9D9D9"/>
              <w:right w:val="single" w:sz="4" w:space="0" w:color="D9D9D9"/>
            </w:tcBorders>
            <w:noWrap/>
            <w:tcMar>
              <w:top w:w="50" w:type="dxa"/>
              <w:left w:w="80" w:type="dxa"/>
              <w:bottom w:w="50" w:type="dxa"/>
              <w:right w:w="80" w:type="dxa"/>
            </w:tcMar>
            <w:vAlign w:val="center"/>
          </w:tcPr>
          <w:p w:rsidR="0033216C" w:rsidRPr="008C76D4" w:rsidRDefault="0024110A" w:rsidP="004A68C9">
            <w:pPr>
              <w:wordWrap w:val="0"/>
              <w:spacing w:after="20"/>
              <w:jc w:val="center"/>
            </w:pPr>
            <w:r>
              <w:t>14</w:t>
            </w:r>
          </w:p>
        </w:tc>
        <w:tc>
          <w:tcPr>
            <w:tcW w:w="255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4A68C9">
            <w:pPr>
              <w:wordWrap w:val="0"/>
              <w:spacing w:after="20"/>
              <w:jc w:val="center"/>
            </w:pPr>
          </w:p>
        </w:tc>
        <w:tc>
          <w:tcPr>
            <w:tcW w:w="2410" w:type="dxa"/>
            <w:tcBorders>
              <w:top w:val="single" w:sz="4" w:space="0" w:color="D9D9D9"/>
              <w:left w:val="single" w:sz="4" w:space="0" w:color="D9D9D9"/>
              <w:bottom w:val="single" w:sz="4" w:space="0" w:color="D9D9D9"/>
              <w:right w:val="single" w:sz="4" w:space="0" w:color="D9D9D9"/>
            </w:tcBorders>
            <w:noWrap/>
            <w:tcMar>
              <w:top w:w="50" w:type="dxa"/>
              <w:left w:w="80" w:type="dxa"/>
              <w:bottom w:w="50" w:type="dxa"/>
              <w:right w:w="80" w:type="dxa"/>
            </w:tcMar>
            <w:vAlign w:val="center"/>
          </w:tcPr>
          <w:p w:rsidR="0033216C" w:rsidRPr="008C76D4" w:rsidRDefault="0024110A" w:rsidP="004A68C9">
            <w:pPr>
              <w:wordWrap w:val="0"/>
              <w:spacing w:after="20"/>
              <w:jc w:val="center"/>
            </w:pPr>
            <w:r>
              <w:t>1</w:t>
            </w:r>
          </w:p>
        </w:tc>
      </w:tr>
      <w:tr w:rsidR="0033216C" w:rsidRPr="008C76D4" w:rsidTr="002120CE">
        <w:trPr>
          <w:cantSplit/>
          <w:jc w:val="center"/>
        </w:trPr>
        <w:tc>
          <w:tcPr>
            <w:tcW w:w="2409" w:type="dxa"/>
            <w:tcBorders>
              <w:top w:val="single" w:sz="4" w:space="0" w:color="D9D9D9"/>
              <w:left w:val="single" w:sz="4" w:space="0" w:color="D9D9D9"/>
              <w:bottom w:val="single" w:sz="4" w:space="0" w:color="D9D9D9"/>
              <w:right w:val="single" w:sz="4" w:space="0" w:color="D9D9D9"/>
            </w:tcBorders>
            <w:noWrap/>
            <w:tcMar>
              <w:top w:w="50" w:type="dxa"/>
              <w:left w:w="80" w:type="dxa"/>
              <w:bottom w:w="50" w:type="dxa"/>
              <w:right w:w="80" w:type="dxa"/>
            </w:tcMar>
            <w:vAlign w:val="center"/>
          </w:tcPr>
          <w:p w:rsidR="0033216C" w:rsidRPr="008C76D4" w:rsidRDefault="0033216C" w:rsidP="004A68C9">
            <w:pPr>
              <w:wordWrap w:val="0"/>
              <w:spacing w:after="20"/>
              <w:jc w:val="center"/>
            </w:pPr>
            <w:r>
              <w:rPr>
                <w:sz w:val="21"/>
              </w:rPr>
              <w:t>VII. b</w:t>
            </w:r>
          </w:p>
        </w:tc>
        <w:tc>
          <w:tcPr>
            <w:tcW w:w="2270" w:type="dxa"/>
            <w:tcBorders>
              <w:top w:val="single" w:sz="4" w:space="0" w:color="D9D9D9"/>
              <w:left w:val="single" w:sz="4" w:space="0" w:color="D9D9D9"/>
              <w:bottom w:val="single" w:sz="4" w:space="0" w:color="D9D9D9"/>
              <w:right w:val="single" w:sz="4" w:space="0" w:color="D9D9D9"/>
            </w:tcBorders>
            <w:noWrap/>
            <w:tcMar>
              <w:top w:w="50" w:type="dxa"/>
              <w:left w:w="80" w:type="dxa"/>
              <w:bottom w:w="50" w:type="dxa"/>
              <w:right w:w="80" w:type="dxa"/>
            </w:tcMar>
            <w:vAlign w:val="center"/>
          </w:tcPr>
          <w:p w:rsidR="0033216C" w:rsidRPr="008C76D4" w:rsidRDefault="0024110A" w:rsidP="004A68C9">
            <w:pPr>
              <w:wordWrap w:val="0"/>
              <w:spacing w:after="20"/>
              <w:jc w:val="center"/>
            </w:pPr>
            <w:r>
              <w:t>16</w:t>
            </w:r>
          </w:p>
        </w:tc>
        <w:tc>
          <w:tcPr>
            <w:tcW w:w="255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24110A" w:rsidP="004A68C9">
            <w:pPr>
              <w:wordWrap w:val="0"/>
              <w:spacing w:after="20"/>
              <w:jc w:val="center"/>
            </w:pPr>
            <w:r>
              <w:t>2</w:t>
            </w:r>
          </w:p>
        </w:tc>
        <w:tc>
          <w:tcPr>
            <w:tcW w:w="2410" w:type="dxa"/>
            <w:tcBorders>
              <w:top w:val="single" w:sz="4" w:space="0" w:color="D9D9D9"/>
              <w:left w:val="single" w:sz="4" w:space="0" w:color="D9D9D9"/>
              <w:bottom w:val="single" w:sz="4" w:space="0" w:color="D9D9D9"/>
              <w:right w:val="single" w:sz="4" w:space="0" w:color="D9D9D9"/>
            </w:tcBorders>
            <w:noWrap/>
            <w:tcMar>
              <w:top w:w="50" w:type="dxa"/>
              <w:left w:w="80" w:type="dxa"/>
              <w:bottom w:w="50" w:type="dxa"/>
              <w:right w:w="80" w:type="dxa"/>
            </w:tcMar>
            <w:vAlign w:val="center"/>
          </w:tcPr>
          <w:p w:rsidR="0033216C" w:rsidRPr="008C76D4" w:rsidRDefault="0033216C" w:rsidP="004A68C9">
            <w:pPr>
              <w:wordWrap w:val="0"/>
              <w:spacing w:after="20"/>
              <w:jc w:val="center"/>
            </w:pPr>
          </w:p>
        </w:tc>
      </w:tr>
      <w:tr w:rsidR="0033216C" w:rsidRPr="008C76D4" w:rsidTr="002120CE">
        <w:trPr>
          <w:cantSplit/>
          <w:jc w:val="center"/>
        </w:trPr>
        <w:tc>
          <w:tcPr>
            <w:tcW w:w="2409" w:type="dxa"/>
            <w:tcBorders>
              <w:top w:val="single" w:sz="4" w:space="0" w:color="D9D9D9"/>
              <w:left w:val="single" w:sz="4" w:space="0" w:color="D9D9D9"/>
              <w:bottom w:val="single" w:sz="4" w:space="0" w:color="D9D9D9"/>
              <w:right w:val="single" w:sz="4" w:space="0" w:color="D9D9D9"/>
            </w:tcBorders>
            <w:noWrap/>
            <w:tcMar>
              <w:top w:w="50" w:type="dxa"/>
              <w:left w:w="80" w:type="dxa"/>
              <w:bottom w:w="50" w:type="dxa"/>
              <w:right w:w="80" w:type="dxa"/>
            </w:tcMar>
            <w:vAlign w:val="center"/>
          </w:tcPr>
          <w:p w:rsidR="0033216C" w:rsidRPr="008C76D4" w:rsidRDefault="0033216C" w:rsidP="004A68C9">
            <w:pPr>
              <w:wordWrap w:val="0"/>
              <w:spacing w:after="20"/>
              <w:jc w:val="center"/>
            </w:pPr>
            <w:r>
              <w:rPr>
                <w:sz w:val="21"/>
              </w:rPr>
              <w:t>VIII. a</w:t>
            </w:r>
          </w:p>
        </w:tc>
        <w:tc>
          <w:tcPr>
            <w:tcW w:w="2270" w:type="dxa"/>
            <w:tcBorders>
              <w:top w:val="single" w:sz="4" w:space="0" w:color="D9D9D9"/>
              <w:left w:val="single" w:sz="4" w:space="0" w:color="D9D9D9"/>
              <w:bottom w:val="single" w:sz="4" w:space="0" w:color="D9D9D9"/>
              <w:right w:val="single" w:sz="4" w:space="0" w:color="D9D9D9"/>
            </w:tcBorders>
            <w:noWrap/>
            <w:tcMar>
              <w:top w:w="50" w:type="dxa"/>
              <w:left w:w="80" w:type="dxa"/>
              <w:bottom w:w="50" w:type="dxa"/>
              <w:right w:w="80" w:type="dxa"/>
            </w:tcMar>
            <w:vAlign w:val="center"/>
          </w:tcPr>
          <w:p w:rsidR="0033216C" w:rsidRPr="008C76D4" w:rsidRDefault="0024110A" w:rsidP="004A68C9">
            <w:pPr>
              <w:wordWrap w:val="0"/>
              <w:spacing w:after="20"/>
              <w:jc w:val="center"/>
            </w:pPr>
            <w:r>
              <w:t>15</w:t>
            </w:r>
          </w:p>
        </w:tc>
        <w:tc>
          <w:tcPr>
            <w:tcW w:w="255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4A68C9">
            <w:pPr>
              <w:wordWrap w:val="0"/>
              <w:spacing w:after="20"/>
              <w:jc w:val="center"/>
            </w:pPr>
          </w:p>
        </w:tc>
        <w:tc>
          <w:tcPr>
            <w:tcW w:w="2410" w:type="dxa"/>
            <w:tcBorders>
              <w:top w:val="single" w:sz="4" w:space="0" w:color="D9D9D9"/>
              <w:left w:val="single" w:sz="4" w:space="0" w:color="D9D9D9"/>
              <w:bottom w:val="single" w:sz="4" w:space="0" w:color="D9D9D9"/>
              <w:right w:val="single" w:sz="4" w:space="0" w:color="D9D9D9"/>
            </w:tcBorders>
            <w:noWrap/>
            <w:tcMar>
              <w:top w:w="50" w:type="dxa"/>
              <w:left w:w="80" w:type="dxa"/>
              <w:bottom w:w="50" w:type="dxa"/>
              <w:right w:w="80" w:type="dxa"/>
            </w:tcMar>
            <w:vAlign w:val="center"/>
          </w:tcPr>
          <w:p w:rsidR="0033216C" w:rsidRPr="008C76D4" w:rsidRDefault="0024110A" w:rsidP="004A68C9">
            <w:pPr>
              <w:wordWrap w:val="0"/>
              <w:spacing w:after="20"/>
              <w:jc w:val="center"/>
            </w:pPr>
            <w:r>
              <w:t>1</w:t>
            </w:r>
          </w:p>
        </w:tc>
      </w:tr>
      <w:tr w:rsidR="0033216C" w:rsidRPr="008C76D4" w:rsidTr="002120CE">
        <w:trPr>
          <w:cantSplit/>
          <w:jc w:val="center"/>
        </w:trPr>
        <w:tc>
          <w:tcPr>
            <w:tcW w:w="2409" w:type="dxa"/>
            <w:tcBorders>
              <w:top w:val="single" w:sz="4" w:space="0" w:color="D9D9D9"/>
              <w:left w:val="single" w:sz="4" w:space="0" w:color="D9D9D9"/>
              <w:bottom w:val="single" w:sz="4" w:space="0" w:color="D9D9D9"/>
              <w:right w:val="single" w:sz="4" w:space="0" w:color="D9D9D9"/>
            </w:tcBorders>
            <w:noWrap/>
            <w:tcMar>
              <w:top w:w="50" w:type="dxa"/>
              <w:left w:w="80" w:type="dxa"/>
              <w:bottom w:w="50" w:type="dxa"/>
              <w:right w:w="80" w:type="dxa"/>
            </w:tcMar>
            <w:vAlign w:val="center"/>
          </w:tcPr>
          <w:p w:rsidR="0033216C" w:rsidRPr="008C76D4" w:rsidRDefault="0033216C" w:rsidP="004A68C9">
            <w:pPr>
              <w:wordWrap w:val="0"/>
              <w:spacing w:after="20"/>
              <w:jc w:val="center"/>
            </w:pPr>
            <w:r>
              <w:rPr>
                <w:sz w:val="21"/>
              </w:rPr>
              <w:t>VIII. b</w:t>
            </w:r>
          </w:p>
        </w:tc>
        <w:tc>
          <w:tcPr>
            <w:tcW w:w="2270" w:type="dxa"/>
            <w:tcBorders>
              <w:top w:val="single" w:sz="4" w:space="0" w:color="D9D9D9"/>
              <w:left w:val="single" w:sz="4" w:space="0" w:color="D9D9D9"/>
              <w:bottom w:val="single" w:sz="4" w:space="0" w:color="D9D9D9"/>
              <w:right w:val="single" w:sz="4" w:space="0" w:color="D9D9D9"/>
            </w:tcBorders>
            <w:noWrap/>
            <w:tcMar>
              <w:top w:w="50" w:type="dxa"/>
              <w:left w:w="80" w:type="dxa"/>
              <w:bottom w:w="50" w:type="dxa"/>
              <w:right w:w="80" w:type="dxa"/>
            </w:tcMar>
            <w:vAlign w:val="center"/>
          </w:tcPr>
          <w:p w:rsidR="00CD5307" w:rsidRDefault="0024110A" w:rsidP="004A68C9">
            <w:pPr>
              <w:wordWrap w:val="0"/>
              <w:spacing w:after="20"/>
              <w:jc w:val="center"/>
            </w:pPr>
            <w:r>
              <w:t>15</w:t>
            </w:r>
          </w:p>
        </w:tc>
        <w:tc>
          <w:tcPr>
            <w:tcW w:w="255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4A68C9">
            <w:pPr>
              <w:wordWrap w:val="0"/>
              <w:spacing w:after="20"/>
              <w:jc w:val="center"/>
            </w:pPr>
          </w:p>
        </w:tc>
        <w:tc>
          <w:tcPr>
            <w:tcW w:w="2410" w:type="dxa"/>
            <w:tcBorders>
              <w:top w:val="single" w:sz="4" w:space="0" w:color="D9D9D9"/>
              <w:left w:val="single" w:sz="4" w:space="0" w:color="D9D9D9"/>
              <w:bottom w:val="single" w:sz="4" w:space="0" w:color="D9D9D9"/>
              <w:right w:val="single" w:sz="4" w:space="0" w:color="D9D9D9"/>
            </w:tcBorders>
            <w:noWrap/>
            <w:tcMar>
              <w:top w:w="50" w:type="dxa"/>
              <w:left w:w="80" w:type="dxa"/>
              <w:bottom w:w="50" w:type="dxa"/>
              <w:right w:w="80" w:type="dxa"/>
            </w:tcMar>
            <w:vAlign w:val="center"/>
          </w:tcPr>
          <w:p w:rsidR="0033216C" w:rsidRPr="008C76D4" w:rsidRDefault="0024110A" w:rsidP="004A68C9">
            <w:pPr>
              <w:wordWrap w:val="0"/>
              <w:spacing w:after="20"/>
              <w:jc w:val="center"/>
            </w:pPr>
            <w:r>
              <w:t>1</w:t>
            </w:r>
          </w:p>
        </w:tc>
      </w:tr>
      <w:tr w:rsidR="0033216C" w:rsidRPr="008C76D4" w:rsidTr="002120CE">
        <w:trPr>
          <w:cantSplit/>
          <w:jc w:val="center"/>
        </w:trPr>
        <w:tc>
          <w:tcPr>
            <w:tcW w:w="2409" w:type="dxa"/>
            <w:tcBorders>
              <w:top w:val="single" w:sz="4" w:space="0" w:color="D9D9D9"/>
              <w:left w:val="single" w:sz="4" w:space="0" w:color="D9D9D9"/>
              <w:bottom w:val="single" w:sz="4" w:space="0" w:color="D9D9D9"/>
              <w:right w:val="single" w:sz="4" w:space="0" w:color="D9D9D9"/>
            </w:tcBorders>
            <w:noWrap/>
            <w:tcMar>
              <w:top w:w="50" w:type="dxa"/>
              <w:left w:w="80" w:type="dxa"/>
              <w:bottom w:w="50" w:type="dxa"/>
              <w:right w:w="80" w:type="dxa"/>
            </w:tcMar>
            <w:vAlign w:val="center"/>
          </w:tcPr>
          <w:p w:rsidR="0033216C" w:rsidRPr="008C76D4" w:rsidRDefault="0033216C" w:rsidP="002120CE">
            <w:pPr>
              <w:wordWrap w:val="0"/>
              <w:spacing w:after="20"/>
              <w:jc w:val="center"/>
            </w:pPr>
            <w:r>
              <w:rPr>
                <w:sz w:val="21"/>
              </w:rPr>
              <w:t>UKUPNO</w:t>
            </w:r>
            <w:r w:rsidR="002120CE">
              <w:t xml:space="preserve"> </w:t>
            </w:r>
            <w:r>
              <w:rPr>
                <w:sz w:val="21"/>
              </w:rPr>
              <w:t>I.-IV.</w:t>
            </w:r>
          </w:p>
        </w:tc>
        <w:tc>
          <w:tcPr>
            <w:tcW w:w="2270" w:type="dxa"/>
            <w:tcBorders>
              <w:top w:val="single" w:sz="4" w:space="0" w:color="D9D9D9"/>
              <w:left w:val="single" w:sz="4" w:space="0" w:color="D9D9D9"/>
              <w:bottom w:val="single" w:sz="4" w:space="0" w:color="D9D9D9"/>
              <w:right w:val="single" w:sz="4" w:space="0" w:color="D9D9D9"/>
            </w:tcBorders>
            <w:noWrap/>
            <w:tcMar>
              <w:top w:w="50" w:type="dxa"/>
              <w:left w:w="80" w:type="dxa"/>
              <w:bottom w:w="50" w:type="dxa"/>
              <w:right w:w="80" w:type="dxa"/>
            </w:tcMar>
            <w:vAlign w:val="center"/>
          </w:tcPr>
          <w:p w:rsidR="0033216C" w:rsidRPr="008C76D4" w:rsidRDefault="0024110A" w:rsidP="004A68C9">
            <w:pPr>
              <w:wordWrap w:val="0"/>
              <w:spacing w:after="20"/>
              <w:jc w:val="center"/>
            </w:pPr>
            <w:r>
              <w:t>105</w:t>
            </w:r>
          </w:p>
        </w:tc>
        <w:tc>
          <w:tcPr>
            <w:tcW w:w="255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24110A" w:rsidP="004A68C9">
            <w:pPr>
              <w:wordWrap w:val="0"/>
              <w:spacing w:after="20"/>
              <w:jc w:val="center"/>
            </w:pPr>
            <w:r>
              <w:t>2</w:t>
            </w:r>
          </w:p>
        </w:tc>
        <w:tc>
          <w:tcPr>
            <w:tcW w:w="2410" w:type="dxa"/>
            <w:tcBorders>
              <w:top w:val="single" w:sz="4" w:space="0" w:color="D9D9D9"/>
              <w:left w:val="single" w:sz="4" w:space="0" w:color="D9D9D9"/>
              <w:bottom w:val="single" w:sz="4" w:space="0" w:color="D9D9D9"/>
              <w:right w:val="single" w:sz="4" w:space="0" w:color="D9D9D9"/>
            </w:tcBorders>
            <w:noWrap/>
            <w:tcMar>
              <w:top w:w="50" w:type="dxa"/>
              <w:left w:w="80" w:type="dxa"/>
              <w:bottom w:w="50" w:type="dxa"/>
              <w:right w:w="80" w:type="dxa"/>
            </w:tcMar>
            <w:vAlign w:val="center"/>
          </w:tcPr>
          <w:p w:rsidR="0033216C" w:rsidRPr="008C76D4" w:rsidRDefault="0024110A" w:rsidP="004A68C9">
            <w:pPr>
              <w:wordWrap w:val="0"/>
              <w:spacing w:after="20"/>
              <w:jc w:val="center"/>
            </w:pPr>
            <w:r>
              <w:t>3</w:t>
            </w:r>
          </w:p>
        </w:tc>
      </w:tr>
      <w:tr w:rsidR="0033216C" w:rsidRPr="008C76D4" w:rsidTr="002120CE">
        <w:trPr>
          <w:cantSplit/>
          <w:jc w:val="center"/>
        </w:trPr>
        <w:tc>
          <w:tcPr>
            <w:tcW w:w="2409" w:type="dxa"/>
            <w:tcBorders>
              <w:top w:val="single" w:sz="4" w:space="0" w:color="D9D9D9"/>
              <w:left w:val="single" w:sz="4" w:space="0" w:color="D9D9D9"/>
              <w:bottom w:val="single" w:sz="4" w:space="0" w:color="D9D9D9"/>
              <w:right w:val="single" w:sz="4" w:space="0" w:color="D9D9D9"/>
            </w:tcBorders>
            <w:noWrap/>
            <w:tcMar>
              <w:top w:w="50" w:type="dxa"/>
              <w:left w:w="80" w:type="dxa"/>
              <w:bottom w:w="50" w:type="dxa"/>
              <w:right w:w="80" w:type="dxa"/>
            </w:tcMar>
            <w:vAlign w:val="center"/>
          </w:tcPr>
          <w:p w:rsidR="0033216C" w:rsidRPr="008C76D4" w:rsidRDefault="0033216C" w:rsidP="002120CE">
            <w:pPr>
              <w:wordWrap w:val="0"/>
              <w:spacing w:after="20"/>
              <w:jc w:val="center"/>
            </w:pPr>
            <w:r>
              <w:rPr>
                <w:sz w:val="21"/>
              </w:rPr>
              <w:t>UKUPNO</w:t>
            </w:r>
            <w:r w:rsidR="002120CE">
              <w:t xml:space="preserve"> </w:t>
            </w:r>
            <w:r>
              <w:rPr>
                <w:sz w:val="21"/>
              </w:rPr>
              <w:t>V.-VIII.</w:t>
            </w:r>
          </w:p>
        </w:tc>
        <w:tc>
          <w:tcPr>
            <w:tcW w:w="2270" w:type="dxa"/>
            <w:tcBorders>
              <w:top w:val="single" w:sz="4" w:space="0" w:color="D9D9D9"/>
              <w:left w:val="single" w:sz="4" w:space="0" w:color="D9D9D9"/>
              <w:bottom w:val="single" w:sz="4" w:space="0" w:color="D9D9D9"/>
              <w:right w:val="single" w:sz="4" w:space="0" w:color="D9D9D9"/>
            </w:tcBorders>
            <w:noWrap/>
            <w:tcMar>
              <w:top w:w="50" w:type="dxa"/>
              <w:left w:w="80" w:type="dxa"/>
              <w:bottom w:w="50" w:type="dxa"/>
              <w:right w:w="80" w:type="dxa"/>
            </w:tcMar>
            <w:vAlign w:val="center"/>
          </w:tcPr>
          <w:p w:rsidR="0033216C" w:rsidRPr="008C76D4" w:rsidRDefault="0024110A" w:rsidP="004A68C9">
            <w:pPr>
              <w:wordWrap w:val="0"/>
              <w:spacing w:after="20"/>
              <w:jc w:val="center"/>
            </w:pPr>
            <w:r>
              <w:t>127</w:t>
            </w:r>
          </w:p>
        </w:tc>
        <w:tc>
          <w:tcPr>
            <w:tcW w:w="255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24110A" w:rsidP="004A68C9">
            <w:pPr>
              <w:wordWrap w:val="0"/>
              <w:spacing w:after="20"/>
              <w:jc w:val="center"/>
            </w:pPr>
            <w:r>
              <w:t>2</w:t>
            </w:r>
          </w:p>
        </w:tc>
        <w:tc>
          <w:tcPr>
            <w:tcW w:w="2410" w:type="dxa"/>
            <w:tcBorders>
              <w:top w:val="single" w:sz="4" w:space="0" w:color="D9D9D9"/>
              <w:left w:val="single" w:sz="4" w:space="0" w:color="D9D9D9"/>
              <w:bottom w:val="single" w:sz="4" w:space="0" w:color="D9D9D9"/>
              <w:right w:val="single" w:sz="4" w:space="0" w:color="D9D9D9"/>
            </w:tcBorders>
            <w:noWrap/>
            <w:tcMar>
              <w:top w:w="50" w:type="dxa"/>
              <w:left w:w="80" w:type="dxa"/>
              <w:bottom w:w="50" w:type="dxa"/>
              <w:right w:w="80" w:type="dxa"/>
            </w:tcMar>
            <w:vAlign w:val="center"/>
          </w:tcPr>
          <w:p w:rsidR="0033216C" w:rsidRPr="008C76D4" w:rsidRDefault="0024110A" w:rsidP="004A68C9">
            <w:pPr>
              <w:wordWrap w:val="0"/>
              <w:spacing w:after="20"/>
              <w:jc w:val="center"/>
            </w:pPr>
            <w:r>
              <w:t>8</w:t>
            </w:r>
          </w:p>
        </w:tc>
      </w:tr>
      <w:tr w:rsidR="0033216C" w:rsidRPr="008C76D4" w:rsidTr="002120CE">
        <w:trPr>
          <w:cantSplit/>
          <w:jc w:val="center"/>
        </w:trPr>
        <w:tc>
          <w:tcPr>
            <w:tcW w:w="2409" w:type="dxa"/>
            <w:tcBorders>
              <w:top w:val="single" w:sz="4" w:space="0" w:color="D9D9D9"/>
              <w:left w:val="single" w:sz="4" w:space="0" w:color="D9D9D9"/>
              <w:bottom w:val="single" w:sz="4" w:space="0" w:color="D9D9D9"/>
              <w:right w:val="single" w:sz="4" w:space="0" w:color="D9D9D9"/>
            </w:tcBorders>
            <w:noWrap/>
            <w:tcMar>
              <w:top w:w="50" w:type="dxa"/>
              <w:left w:w="80" w:type="dxa"/>
              <w:bottom w:w="50" w:type="dxa"/>
              <w:right w:w="80" w:type="dxa"/>
            </w:tcMar>
            <w:vAlign w:val="center"/>
          </w:tcPr>
          <w:p w:rsidR="0033216C" w:rsidRPr="008C76D4" w:rsidRDefault="0033216C" w:rsidP="004A68C9">
            <w:pPr>
              <w:wordWrap w:val="0"/>
              <w:spacing w:after="20"/>
              <w:jc w:val="center"/>
            </w:pPr>
            <w:r>
              <w:rPr>
                <w:sz w:val="21"/>
              </w:rPr>
              <w:t>SVEUKUPNO</w:t>
            </w:r>
          </w:p>
        </w:tc>
        <w:tc>
          <w:tcPr>
            <w:tcW w:w="2270" w:type="dxa"/>
            <w:tcBorders>
              <w:top w:val="single" w:sz="4" w:space="0" w:color="D9D9D9"/>
              <w:left w:val="single" w:sz="4" w:space="0" w:color="D9D9D9"/>
              <w:bottom w:val="single" w:sz="4" w:space="0" w:color="D9D9D9"/>
              <w:right w:val="single" w:sz="4" w:space="0" w:color="D9D9D9"/>
            </w:tcBorders>
            <w:noWrap/>
            <w:tcMar>
              <w:top w:w="50" w:type="dxa"/>
              <w:left w:w="80" w:type="dxa"/>
              <w:bottom w:w="50" w:type="dxa"/>
              <w:right w:w="80" w:type="dxa"/>
            </w:tcMar>
            <w:vAlign w:val="center"/>
          </w:tcPr>
          <w:p w:rsidR="0033216C" w:rsidRPr="008C76D4" w:rsidRDefault="0024110A" w:rsidP="004A68C9">
            <w:pPr>
              <w:wordWrap w:val="0"/>
              <w:spacing w:after="20"/>
              <w:jc w:val="center"/>
            </w:pPr>
            <w:r>
              <w:t>232</w:t>
            </w:r>
          </w:p>
        </w:tc>
        <w:tc>
          <w:tcPr>
            <w:tcW w:w="255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24110A" w:rsidP="004A68C9">
            <w:pPr>
              <w:wordWrap w:val="0"/>
              <w:spacing w:after="20"/>
              <w:jc w:val="center"/>
            </w:pPr>
            <w:r>
              <w:t>4</w:t>
            </w:r>
          </w:p>
        </w:tc>
        <w:tc>
          <w:tcPr>
            <w:tcW w:w="2410" w:type="dxa"/>
            <w:tcBorders>
              <w:top w:val="single" w:sz="4" w:space="0" w:color="D9D9D9"/>
              <w:left w:val="single" w:sz="4" w:space="0" w:color="D9D9D9"/>
              <w:bottom w:val="single" w:sz="4" w:space="0" w:color="D9D9D9"/>
              <w:right w:val="single" w:sz="4" w:space="0" w:color="D9D9D9"/>
            </w:tcBorders>
            <w:noWrap/>
            <w:tcMar>
              <w:top w:w="50" w:type="dxa"/>
              <w:left w:w="80" w:type="dxa"/>
              <w:bottom w:w="50" w:type="dxa"/>
              <w:right w:w="80" w:type="dxa"/>
            </w:tcMar>
            <w:vAlign w:val="center"/>
          </w:tcPr>
          <w:p w:rsidR="0033216C" w:rsidRPr="008C76D4" w:rsidRDefault="0024110A" w:rsidP="004A68C9">
            <w:pPr>
              <w:wordWrap w:val="0"/>
              <w:spacing w:after="20"/>
              <w:jc w:val="center"/>
            </w:pPr>
            <w:r>
              <w:t>11</w:t>
            </w:r>
          </w:p>
        </w:tc>
      </w:tr>
    </w:tbl>
    <w:p w:rsidR="00CD5307" w:rsidRDefault="00CD5307">
      <w:pPr>
        <w:sectPr w:rsidR="00CD5307">
          <w:type w:val="continuous"/>
          <w:pgSz w:w="11906" w:h="16838"/>
          <w:pgMar w:top="1020" w:right="1134" w:bottom="1020" w:left="1134" w:header="454" w:footer="454" w:gutter="0"/>
          <w:cols w:space="720"/>
          <w:docGrid w:linePitch="360"/>
        </w:sectPr>
      </w:pPr>
    </w:p>
    <w:p w:rsidR="00CD5307" w:rsidRDefault="0033216C">
      <w:pPr>
        <w:pStyle w:val="Naslov2"/>
      </w:pPr>
      <w:r>
        <w:t>Tjedni i godišnji broj nastavnih sati za obvezne nastavne predmete po razredima</w:t>
      </w:r>
    </w:p>
    <w:p w:rsidR="00CD5307" w:rsidRDefault="0033216C">
      <w:pPr>
        <w:pStyle w:val="Naslov2"/>
      </w:pPr>
      <w:r>
        <w:t>Razredna nastava</w:t>
      </w:r>
    </w:p>
    <w:tbl>
      <w:tblPr>
        <w:tblW w:w="9638" w:type="dxa"/>
        <w:jc w:val="center"/>
        <w:tblLayout w:type="fixed"/>
        <w:tblLook w:val="04A0" w:firstRow="1" w:lastRow="0" w:firstColumn="1" w:lastColumn="0" w:noHBand="0" w:noVBand="1"/>
      </w:tblPr>
      <w:tblGrid>
        <w:gridCol w:w="1985"/>
        <w:gridCol w:w="954"/>
        <w:gridCol w:w="957"/>
        <w:gridCol w:w="957"/>
        <w:gridCol w:w="957"/>
        <w:gridCol w:w="957"/>
        <w:gridCol w:w="957"/>
        <w:gridCol w:w="957"/>
        <w:gridCol w:w="957"/>
      </w:tblGrid>
      <w:tr w:rsidR="00CD5307" w:rsidTr="002120CE">
        <w:trPr>
          <w:cantSplit/>
          <w:tblHeader/>
          <w:jc w:val="center"/>
        </w:trPr>
        <w:tc>
          <w:tcPr>
            <w:tcW w:w="1985"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CD5307" w:rsidRDefault="0033216C">
            <w:pPr>
              <w:keepNext/>
              <w:wordWrap w:val="0"/>
              <w:spacing w:after="20"/>
            </w:pPr>
            <w:r>
              <w:rPr>
                <w:b/>
                <w:sz w:val="19"/>
              </w:rPr>
              <w:t>Naziv predmeta</w:t>
            </w:r>
          </w:p>
        </w:tc>
        <w:tc>
          <w:tcPr>
            <w:tcW w:w="954"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CD5307" w:rsidRDefault="0033216C">
            <w:pPr>
              <w:keepNext/>
              <w:wordWrap w:val="0"/>
              <w:spacing w:after="20"/>
            </w:pPr>
            <w:r>
              <w:rPr>
                <w:b/>
                <w:sz w:val="19"/>
              </w:rPr>
              <w:t>1A</w:t>
            </w:r>
          </w:p>
        </w:tc>
        <w:tc>
          <w:tcPr>
            <w:tcW w:w="957"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CD5307" w:rsidRDefault="0033216C">
            <w:pPr>
              <w:keepNext/>
              <w:wordWrap w:val="0"/>
              <w:spacing w:after="20"/>
            </w:pPr>
            <w:r>
              <w:rPr>
                <w:b/>
                <w:sz w:val="19"/>
              </w:rPr>
              <w:t>1B</w:t>
            </w:r>
          </w:p>
        </w:tc>
        <w:tc>
          <w:tcPr>
            <w:tcW w:w="957"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CD5307" w:rsidRDefault="0033216C">
            <w:pPr>
              <w:keepNext/>
              <w:wordWrap w:val="0"/>
              <w:spacing w:after="20"/>
            </w:pPr>
            <w:r>
              <w:rPr>
                <w:b/>
                <w:sz w:val="19"/>
              </w:rPr>
              <w:t>2A</w:t>
            </w:r>
          </w:p>
        </w:tc>
        <w:tc>
          <w:tcPr>
            <w:tcW w:w="957"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CD5307" w:rsidRDefault="0033216C">
            <w:pPr>
              <w:keepNext/>
              <w:wordWrap w:val="0"/>
              <w:spacing w:after="20"/>
            </w:pPr>
            <w:r>
              <w:rPr>
                <w:b/>
                <w:sz w:val="19"/>
              </w:rPr>
              <w:t>2B</w:t>
            </w:r>
          </w:p>
        </w:tc>
        <w:tc>
          <w:tcPr>
            <w:tcW w:w="957"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CD5307" w:rsidRDefault="0033216C">
            <w:pPr>
              <w:keepNext/>
              <w:wordWrap w:val="0"/>
              <w:spacing w:after="20"/>
            </w:pPr>
            <w:r>
              <w:rPr>
                <w:b/>
                <w:sz w:val="19"/>
              </w:rPr>
              <w:t>3A</w:t>
            </w:r>
          </w:p>
        </w:tc>
        <w:tc>
          <w:tcPr>
            <w:tcW w:w="957"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CD5307" w:rsidRDefault="0033216C">
            <w:pPr>
              <w:keepNext/>
              <w:wordWrap w:val="0"/>
              <w:spacing w:after="20"/>
            </w:pPr>
            <w:r>
              <w:rPr>
                <w:b/>
                <w:sz w:val="19"/>
              </w:rPr>
              <w:t>3B</w:t>
            </w:r>
          </w:p>
        </w:tc>
        <w:tc>
          <w:tcPr>
            <w:tcW w:w="957"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CD5307" w:rsidRDefault="0033216C">
            <w:pPr>
              <w:keepNext/>
              <w:wordWrap w:val="0"/>
              <w:spacing w:after="20"/>
            </w:pPr>
            <w:r>
              <w:rPr>
                <w:b/>
                <w:sz w:val="19"/>
              </w:rPr>
              <w:t>4A</w:t>
            </w:r>
          </w:p>
        </w:tc>
        <w:tc>
          <w:tcPr>
            <w:tcW w:w="957"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CD5307" w:rsidRDefault="0033216C">
            <w:pPr>
              <w:keepNext/>
              <w:wordWrap w:val="0"/>
              <w:spacing w:after="20"/>
            </w:pPr>
            <w:r>
              <w:rPr>
                <w:b/>
                <w:sz w:val="19"/>
              </w:rPr>
              <w:t>4B</w:t>
            </w:r>
          </w:p>
        </w:tc>
      </w:tr>
      <w:tr w:rsidR="00CD5307" w:rsidTr="002120CE">
        <w:trPr>
          <w:cantSplit/>
          <w:jc w:val="center"/>
        </w:trPr>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2120CE">
            <w:pPr>
              <w:wordWrap w:val="0"/>
              <w:spacing w:after="20"/>
            </w:pPr>
            <w:r>
              <w:rPr>
                <w:sz w:val="19"/>
              </w:rPr>
              <w:t>Hrvatski j</w:t>
            </w:r>
            <w:r w:rsidR="0033216C">
              <w:rPr>
                <w:sz w:val="19"/>
              </w:rPr>
              <w:t>ezik</w:t>
            </w:r>
          </w:p>
        </w:tc>
        <w:tc>
          <w:tcPr>
            <w:tcW w:w="95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175</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175</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175</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175</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175</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175</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175</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175</w:t>
            </w:r>
          </w:p>
        </w:tc>
      </w:tr>
      <w:tr w:rsidR="00CD5307" w:rsidTr="002120CE">
        <w:trPr>
          <w:cantSplit/>
          <w:jc w:val="center"/>
        </w:trPr>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2120CE">
            <w:pPr>
              <w:wordWrap w:val="0"/>
              <w:spacing w:after="20"/>
            </w:pPr>
            <w:r>
              <w:rPr>
                <w:sz w:val="19"/>
              </w:rPr>
              <w:t xml:space="preserve">Likovna </w:t>
            </w:r>
            <w:r w:rsidR="0033216C">
              <w:rPr>
                <w:sz w:val="19"/>
              </w:rPr>
              <w:t>kultura</w:t>
            </w:r>
          </w:p>
        </w:tc>
        <w:tc>
          <w:tcPr>
            <w:tcW w:w="95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35</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35</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35</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35</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35</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35</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35</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35</w:t>
            </w:r>
          </w:p>
        </w:tc>
      </w:tr>
      <w:tr w:rsidR="00CD5307" w:rsidTr="002120CE">
        <w:trPr>
          <w:cantSplit/>
          <w:jc w:val="center"/>
        </w:trPr>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2120CE">
            <w:pPr>
              <w:wordWrap w:val="0"/>
              <w:spacing w:after="20"/>
            </w:pPr>
            <w:r>
              <w:rPr>
                <w:sz w:val="19"/>
              </w:rPr>
              <w:t xml:space="preserve">Glazbena </w:t>
            </w:r>
            <w:r w:rsidR="0033216C">
              <w:rPr>
                <w:sz w:val="19"/>
              </w:rPr>
              <w:t>kultura</w:t>
            </w:r>
          </w:p>
        </w:tc>
        <w:tc>
          <w:tcPr>
            <w:tcW w:w="95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35</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35</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35</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35</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35</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35</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35</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35</w:t>
            </w:r>
          </w:p>
        </w:tc>
      </w:tr>
      <w:tr w:rsidR="00CD5307" w:rsidTr="002120CE">
        <w:trPr>
          <w:cantSplit/>
          <w:jc w:val="center"/>
        </w:trPr>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4110A" w:rsidRDefault="002120CE">
            <w:pPr>
              <w:wordWrap w:val="0"/>
              <w:spacing w:after="20"/>
              <w:rPr>
                <w:color w:val="auto"/>
              </w:rPr>
            </w:pPr>
            <w:r>
              <w:rPr>
                <w:color w:val="auto"/>
                <w:sz w:val="19"/>
              </w:rPr>
              <w:t>Njemački j</w:t>
            </w:r>
            <w:r w:rsidR="0033216C" w:rsidRPr="0024110A">
              <w:rPr>
                <w:color w:val="auto"/>
                <w:sz w:val="19"/>
              </w:rPr>
              <w:t>ezik</w:t>
            </w:r>
          </w:p>
        </w:tc>
        <w:tc>
          <w:tcPr>
            <w:tcW w:w="95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CD5307">
            <w:pPr>
              <w:wordWrap w:val="0"/>
              <w:spacing w:after="20"/>
              <w:rPr>
                <w:sz w:val="19"/>
              </w:rPr>
            </w:pP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67E6B">
            <w:pPr>
              <w:wordWrap w:val="0"/>
              <w:spacing w:after="20"/>
              <w:rPr>
                <w:sz w:val="19"/>
              </w:rPr>
            </w:pPr>
            <w:r w:rsidRPr="002120CE">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24110A">
            <w:pPr>
              <w:wordWrap w:val="0"/>
              <w:spacing w:after="20"/>
              <w:rPr>
                <w:sz w:val="19"/>
              </w:rPr>
            </w:pPr>
            <w:r w:rsidRPr="002120CE">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CD5307">
            <w:pPr>
              <w:wordWrap w:val="0"/>
              <w:spacing w:after="20"/>
              <w:rPr>
                <w:sz w:val="19"/>
              </w:rPr>
            </w:pP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CD5307">
            <w:pPr>
              <w:wordWrap w:val="0"/>
              <w:spacing w:after="20"/>
              <w:rPr>
                <w:sz w:val="19"/>
              </w:rPr>
            </w:pP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24110A">
            <w:pPr>
              <w:wordWrap w:val="0"/>
              <w:spacing w:after="20"/>
              <w:rPr>
                <w:sz w:val="19"/>
              </w:rPr>
            </w:pPr>
            <w:r w:rsidRPr="002120CE">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sidRPr="002120CE">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CD5307">
            <w:pPr>
              <w:wordWrap w:val="0"/>
              <w:spacing w:after="20"/>
              <w:rPr>
                <w:sz w:val="19"/>
              </w:rPr>
            </w:pPr>
          </w:p>
        </w:tc>
      </w:tr>
      <w:tr w:rsidR="00CD5307" w:rsidTr="002120CE">
        <w:trPr>
          <w:cantSplit/>
          <w:jc w:val="center"/>
        </w:trPr>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4110A" w:rsidRDefault="002120CE">
            <w:pPr>
              <w:wordWrap w:val="0"/>
              <w:spacing w:after="20"/>
              <w:rPr>
                <w:color w:val="auto"/>
              </w:rPr>
            </w:pPr>
            <w:r>
              <w:rPr>
                <w:color w:val="auto"/>
                <w:sz w:val="19"/>
              </w:rPr>
              <w:t>Engleski j</w:t>
            </w:r>
            <w:r w:rsidR="0033216C" w:rsidRPr="0024110A">
              <w:rPr>
                <w:color w:val="auto"/>
                <w:sz w:val="19"/>
              </w:rPr>
              <w:t>ezik</w:t>
            </w:r>
          </w:p>
        </w:tc>
        <w:tc>
          <w:tcPr>
            <w:tcW w:w="95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24110A">
            <w:pPr>
              <w:wordWrap w:val="0"/>
              <w:spacing w:after="20"/>
              <w:rPr>
                <w:sz w:val="19"/>
              </w:rPr>
            </w:pPr>
            <w:r w:rsidRPr="002120CE">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CD5307">
            <w:pPr>
              <w:wordWrap w:val="0"/>
              <w:spacing w:after="20"/>
              <w:rPr>
                <w:sz w:val="19"/>
              </w:rPr>
            </w:pP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CD5307">
            <w:pPr>
              <w:wordWrap w:val="0"/>
              <w:spacing w:after="20"/>
              <w:rPr>
                <w:sz w:val="19"/>
              </w:rPr>
            </w:pP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24110A">
            <w:pPr>
              <w:wordWrap w:val="0"/>
              <w:spacing w:after="20"/>
              <w:rPr>
                <w:sz w:val="19"/>
              </w:rPr>
            </w:pPr>
            <w:r w:rsidRPr="002120CE">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24110A">
            <w:pPr>
              <w:wordWrap w:val="0"/>
              <w:spacing w:after="20"/>
              <w:rPr>
                <w:sz w:val="19"/>
              </w:rPr>
            </w:pPr>
            <w:r w:rsidRPr="002120CE">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CD5307">
            <w:pPr>
              <w:wordWrap w:val="0"/>
              <w:spacing w:after="20"/>
              <w:rPr>
                <w:sz w:val="19"/>
              </w:rPr>
            </w:pP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CD5307">
            <w:pPr>
              <w:wordWrap w:val="0"/>
              <w:spacing w:after="20"/>
              <w:rPr>
                <w:sz w:val="19"/>
              </w:rPr>
            </w:pP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sidRPr="002120CE">
              <w:rPr>
                <w:sz w:val="19"/>
              </w:rPr>
              <w:t>70</w:t>
            </w:r>
          </w:p>
        </w:tc>
      </w:tr>
      <w:tr w:rsidR="00CD5307" w:rsidTr="002120CE">
        <w:trPr>
          <w:cantSplit/>
          <w:jc w:val="center"/>
        </w:trPr>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Matematika</w:t>
            </w:r>
          </w:p>
        </w:tc>
        <w:tc>
          <w:tcPr>
            <w:tcW w:w="95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140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140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140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140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140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140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140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140</w:t>
            </w:r>
          </w:p>
        </w:tc>
      </w:tr>
      <w:tr w:rsidR="00CD5307" w:rsidTr="002120CE">
        <w:trPr>
          <w:cantSplit/>
          <w:jc w:val="center"/>
        </w:trPr>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Priroda</w:t>
            </w:r>
          </w:p>
        </w:tc>
        <w:tc>
          <w:tcPr>
            <w:tcW w:w="95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CD5307">
            <w:pPr>
              <w:wordWrap w:val="0"/>
              <w:spacing w:after="20"/>
              <w:rPr>
                <w:sz w:val="19"/>
              </w:rPr>
            </w:pP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CD5307">
            <w:pPr>
              <w:wordWrap w:val="0"/>
              <w:spacing w:after="20"/>
              <w:rPr>
                <w:sz w:val="19"/>
              </w:rPr>
            </w:pP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CD5307">
            <w:pPr>
              <w:wordWrap w:val="0"/>
              <w:spacing w:after="20"/>
              <w:rPr>
                <w:sz w:val="19"/>
              </w:rPr>
            </w:pP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CD5307">
            <w:pPr>
              <w:wordWrap w:val="0"/>
              <w:spacing w:after="20"/>
              <w:rPr>
                <w:sz w:val="19"/>
              </w:rPr>
            </w:pP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CD5307">
            <w:pPr>
              <w:wordWrap w:val="0"/>
              <w:spacing w:after="20"/>
              <w:rPr>
                <w:sz w:val="19"/>
              </w:rPr>
            </w:pP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CD5307">
            <w:pPr>
              <w:wordWrap w:val="0"/>
              <w:spacing w:after="20"/>
              <w:rPr>
                <w:sz w:val="19"/>
              </w:rPr>
            </w:pP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CD5307">
            <w:pPr>
              <w:wordWrap w:val="0"/>
              <w:spacing w:after="20"/>
              <w:rPr>
                <w:sz w:val="19"/>
              </w:rPr>
            </w:pP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w:t>
            </w:r>
          </w:p>
        </w:tc>
      </w:tr>
      <w:tr w:rsidR="00CD5307" w:rsidTr="002120CE">
        <w:trPr>
          <w:cantSplit/>
          <w:jc w:val="center"/>
        </w:trPr>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Biologija</w:t>
            </w:r>
          </w:p>
        </w:tc>
        <w:tc>
          <w:tcPr>
            <w:tcW w:w="95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w:t>
            </w:r>
          </w:p>
        </w:tc>
      </w:tr>
      <w:tr w:rsidR="00CD5307" w:rsidTr="002120CE">
        <w:trPr>
          <w:cantSplit/>
          <w:jc w:val="center"/>
        </w:trPr>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Kemija</w:t>
            </w:r>
          </w:p>
        </w:tc>
        <w:tc>
          <w:tcPr>
            <w:tcW w:w="95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w:t>
            </w:r>
          </w:p>
        </w:tc>
      </w:tr>
      <w:tr w:rsidR="00CD5307" w:rsidTr="002120CE">
        <w:trPr>
          <w:cantSplit/>
          <w:jc w:val="center"/>
        </w:trPr>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Fizika</w:t>
            </w:r>
          </w:p>
        </w:tc>
        <w:tc>
          <w:tcPr>
            <w:tcW w:w="95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w:t>
            </w:r>
          </w:p>
        </w:tc>
      </w:tr>
      <w:tr w:rsidR="00CD5307" w:rsidTr="002120CE">
        <w:trPr>
          <w:cantSplit/>
          <w:jc w:val="center"/>
        </w:trPr>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2120CE">
            <w:pPr>
              <w:wordWrap w:val="0"/>
              <w:spacing w:after="20"/>
            </w:pPr>
            <w:r>
              <w:rPr>
                <w:sz w:val="19"/>
              </w:rPr>
              <w:t xml:space="preserve">Priroda i </w:t>
            </w:r>
            <w:r w:rsidR="0033216C">
              <w:rPr>
                <w:sz w:val="19"/>
              </w:rPr>
              <w:t>društvo</w:t>
            </w:r>
          </w:p>
        </w:tc>
        <w:tc>
          <w:tcPr>
            <w:tcW w:w="95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105</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105</w:t>
            </w:r>
          </w:p>
        </w:tc>
      </w:tr>
      <w:tr w:rsidR="00CD5307" w:rsidTr="002120CE">
        <w:trPr>
          <w:cantSplit/>
          <w:jc w:val="center"/>
        </w:trPr>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Povijest</w:t>
            </w:r>
          </w:p>
        </w:tc>
        <w:tc>
          <w:tcPr>
            <w:tcW w:w="95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w:t>
            </w:r>
          </w:p>
        </w:tc>
      </w:tr>
      <w:tr w:rsidR="00CD5307" w:rsidTr="002120CE">
        <w:trPr>
          <w:cantSplit/>
          <w:jc w:val="center"/>
        </w:trPr>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Geografija</w:t>
            </w:r>
          </w:p>
        </w:tc>
        <w:tc>
          <w:tcPr>
            <w:tcW w:w="95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w:t>
            </w:r>
          </w:p>
        </w:tc>
      </w:tr>
      <w:tr w:rsidR="00CD5307" w:rsidTr="002120CE">
        <w:trPr>
          <w:cantSplit/>
          <w:jc w:val="center"/>
        </w:trPr>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2120CE">
            <w:pPr>
              <w:wordWrap w:val="0"/>
              <w:spacing w:after="20"/>
            </w:pPr>
            <w:r>
              <w:rPr>
                <w:sz w:val="19"/>
              </w:rPr>
              <w:t xml:space="preserve">Tehnička </w:t>
            </w:r>
            <w:r w:rsidR="0033216C">
              <w:rPr>
                <w:sz w:val="19"/>
              </w:rPr>
              <w:t>kultura</w:t>
            </w:r>
          </w:p>
        </w:tc>
        <w:tc>
          <w:tcPr>
            <w:tcW w:w="95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w:t>
            </w:r>
          </w:p>
        </w:tc>
      </w:tr>
      <w:tr w:rsidR="00CD5307" w:rsidTr="002120CE">
        <w:trPr>
          <w:cantSplit/>
          <w:jc w:val="center"/>
        </w:trPr>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Informatika</w:t>
            </w:r>
          </w:p>
        </w:tc>
        <w:tc>
          <w:tcPr>
            <w:tcW w:w="95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w:t>
            </w:r>
          </w:p>
        </w:tc>
      </w:tr>
      <w:tr w:rsidR="00CD5307" w:rsidTr="002120CE">
        <w:trPr>
          <w:cantSplit/>
          <w:jc w:val="center"/>
        </w:trPr>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2120CE" w:rsidRDefault="002120CE">
            <w:pPr>
              <w:wordWrap w:val="0"/>
              <w:spacing w:after="20"/>
              <w:rPr>
                <w:sz w:val="19"/>
              </w:rPr>
            </w:pPr>
            <w:r>
              <w:rPr>
                <w:sz w:val="19"/>
              </w:rPr>
              <w:t xml:space="preserve">Tjelesna i </w:t>
            </w:r>
            <w:r w:rsidR="0033216C">
              <w:rPr>
                <w:sz w:val="19"/>
              </w:rPr>
              <w:t xml:space="preserve">zdravstvena </w:t>
            </w:r>
          </w:p>
          <w:p w:rsidR="00CD5307" w:rsidRDefault="0033216C">
            <w:pPr>
              <w:wordWrap w:val="0"/>
              <w:spacing w:after="20"/>
            </w:pPr>
            <w:r>
              <w:rPr>
                <w:sz w:val="19"/>
              </w:rPr>
              <w:t>kultura</w:t>
            </w:r>
          </w:p>
        </w:tc>
        <w:tc>
          <w:tcPr>
            <w:tcW w:w="95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105</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105</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105</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105</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105</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70</w:t>
            </w:r>
          </w:p>
        </w:tc>
      </w:tr>
      <w:tr w:rsidR="00CD5307" w:rsidTr="002120CE">
        <w:trPr>
          <w:cantSplit/>
          <w:jc w:val="center"/>
        </w:trPr>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UKUPNO PO ODJELU</w:t>
            </w:r>
          </w:p>
        </w:tc>
        <w:tc>
          <w:tcPr>
            <w:tcW w:w="95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630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630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630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630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630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595</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630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630</w:t>
            </w:r>
          </w:p>
        </w:tc>
      </w:tr>
    </w:tbl>
    <w:p w:rsidR="00CD5307" w:rsidRDefault="0033216C">
      <w:pPr>
        <w:pStyle w:val="Naslov2"/>
      </w:pPr>
      <w:r>
        <w:lastRenderedPageBreak/>
        <w:t>Predmetna nastava</w:t>
      </w:r>
    </w:p>
    <w:tbl>
      <w:tblPr>
        <w:tblW w:w="9638" w:type="dxa"/>
        <w:jc w:val="center"/>
        <w:tblLayout w:type="fixed"/>
        <w:tblLook w:val="04A0" w:firstRow="1" w:lastRow="0" w:firstColumn="1" w:lastColumn="0" w:noHBand="0" w:noVBand="1"/>
      </w:tblPr>
      <w:tblGrid>
        <w:gridCol w:w="1983"/>
        <w:gridCol w:w="956"/>
        <w:gridCol w:w="957"/>
        <w:gridCol w:w="957"/>
        <w:gridCol w:w="957"/>
        <w:gridCol w:w="957"/>
        <w:gridCol w:w="957"/>
        <w:gridCol w:w="957"/>
        <w:gridCol w:w="957"/>
      </w:tblGrid>
      <w:tr w:rsidR="00CD5307">
        <w:trPr>
          <w:cantSplit/>
          <w:tblHeader/>
          <w:jc w:val="center"/>
        </w:trPr>
        <w:tc>
          <w:tcPr>
            <w:tcW w:w="1984"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CD5307" w:rsidRDefault="0033216C">
            <w:pPr>
              <w:keepNext/>
              <w:wordWrap w:val="0"/>
              <w:spacing w:after="20"/>
            </w:pPr>
            <w:r>
              <w:rPr>
                <w:b/>
                <w:sz w:val="19"/>
              </w:rPr>
              <w:t>Naziv predmeta</w:t>
            </w:r>
          </w:p>
        </w:tc>
        <w:tc>
          <w:tcPr>
            <w:tcW w:w="957"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CD5307" w:rsidRDefault="0033216C">
            <w:pPr>
              <w:keepNext/>
              <w:wordWrap w:val="0"/>
              <w:spacing w:after="20"/>
            </w:pPr>
            <w:r>
              <w:rPr>
                <w:b/>
                <w:sz w:val="19"/>
              </w:rPr>
              <w:t>5A</w:t>
            </w:r>
          </w:p>
        </w:tc>
        <w:tc>
          <w:tcPr>
            <w:tcW w:w="957"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CD5307" w:rsidRDefault="0033216C">
            <w:pPr>
              <w:keepNext/>
              <w:wordWrap w:val="0"/>
              <w:spacing w:after="20"/>
            </w:pPr>
            <w:r>
              <w:rPr>
                <w:b/>
                <w:sz w:val="19"/>
              </w:rPr>
              <w:t>5B</w:t>
            </w:r>
          </w:p>
        </w:tc>
        <w:tc>
          <w:tcPr>
            <w:tcW w:w="957"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CD5307" w:rsidRDefault="0033216C">
            <w:pPr>
              <w:keepNext/>
              <w:wordWrap w:val="0"/>
              <w:spacing w:after="20"/>
            </w:pPr>
            <w:r>
              <w:rPr>
                <w:b/>
                <w:sz w:val="19"/>
              </w:rPr>
              <w:t>6A</w:t>
            </w:r>
          </w:p>
        </w:tc>
        <w:tc>
          <w:tcPr>
            <w:tcW w:w="957"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CD5307" w:rsidRDefault="0033216C">
            <w:pPr>
              <w:keepNext/>
              <w:wordWrap w:val="0"/>
              <w:spacing w:after="20"/>
            </w:pPr>
            <w:r>
              <w:rPr>
                <w:b/>
                <w:sz w:val="19"/>
              </w:rPr>
              <w:t>6B</w:t>
            </w:r>
          </w:p>
        </w:tc>
        <w:tc>
          <w:tcPr>
            <w:tcW w:w="957"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CD5307" w:rsidRDefault="0033216C">
            <w:pPr>
              <w:keepNext/>
              <w:wordWrap w:val="0"/>
              <w:spacing w:after="20"/>
            </w:pPr>
            <w:r>
              <w:rPr>
                <w:b/>
                <w:sz w:val="19"/>
              </w:rPr>
              <w:t>7A</w:t>
            </w:r>
          </w:p>
        </w:tc>
        <w:tc>
          <w:tcPr>
            <w:tcW w:w="957"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CD5307" w:rsidRDefault="0033216C">
            <w:pPr>
              <w:keepNext/>
              <w:wordWrap w:val="0"/>
              <w:spacing w:after="20"/>
            </w:pPr>
            <w:r>
              <w:rPr>
                <w:b/>
                <w:sz w:val="19"/>
              </w:rPr>
              <w:t>7B</w:t>
            </w:r>
          </w:p>
        </w:tc>
        <w:tc>
          <w:tcPr>
            <w:tcW w:w="957"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CD5307" w:rsidRDefault="0033216C">
            <w:pPr>
              <w:keepNext/>
              <w:wordWrap w:val="0"/>
              <w:spacing w:after="20"/>
            </w:pPr>
            <w:r>
              <w:rPr>
                <w:b/>
                <w:sz w:val="19"/>
              </w:rPr>
              <w:t>8A</w:t>
            </w:r>
          </w:p>
        </w:tc>
        <w:tc>
          <w:tcPr>
            <w:tcW w:w="957"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CD5307" w:rsidRDefault="0033216C">
            <w:pPr>
              <w:keepNext/>
              <w:wordWrap w:val="0"/>
              <w:spacing w:after="20"/>
            </w:pPr>
            <w:r>
              <w:rPr>
                <w:b/>
                <w:sz w:val="19"/>
              </w:rPr>
              <w:t>8B</w:t>
            </w:r>
          </w:p>
        </w:tc>
      </w:tr>
      <w:tr w:rsidR="00CD5307">
        <w:trPr>
          <w:cantSplit/>
          <w:jc w:val="center"/>
        </w:trPr>
        <w:tc>
          <w:tcPr>
            <w:tcW w:w="198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2120CE">
            <w:pPr>
              <w:wordWrap w:val="0"/>
              <w:spacing w:after="20"/>
            </w:pPr>
            <w:r>
              <w:rPr>
                <w:sz w:val="19"/>
              </w:rPr>
              <w:t>Hrvatski j</w:t>
            </w:r>
            <w:r w:rsidR="0033216C">
              <w:rPr>
                <w:sz w:val="19"/>
              </w:rPr>
              <w:t>ezik</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175</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175</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175</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175</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140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140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140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140</w:t>
            </w:r>
          </w:p>
        </w:tc>
      </w:tr>
      <w:tr w:rsidR="00CD5307">
        <w:trPr>
          <w:cantSplit/>
          <w:jc w:val="center"/>
        </w:trPr>
        <w:tc>
          <w:tcPr>
            <w:tcW w:w="198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2120CE">
            <w:pPr>
              <w:wordWrap w:val="0"/>
              <w:spacing w:after="20"/>
            </w:pPr>
            <w:r>
              <w:rPr>
                <w:sz w:val="19"/>
              </w:rPr>
              <w:t xml:space="preserve">Likovna </w:t>
            </w:r>
            <w:r w:rsidR="0033216C">
              <w:rPr>
                <w:sz w:val="19"/>
              </w:rPr>
              <w:t>kultura</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35</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35</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35</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35</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35</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35</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35</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35</w:t>
            </w:r>
          </w:p>
        </w:tc>
      </w:tr>
      <w:tr w:rsidR="00CD5307">
        <w:trPr>
          <w:cantSplit/>
          <w:jc w:val="center"/>
        </w:trPr>
        <w:tc>
          <w:tcPr>
            <w:tcW w:w="198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2120CE">
            <w:pPr>
              <w:wordWrap w:val="0"/>
              <w:spacing w:after="20"/>
            </w:pPr>
            <w:r>
              <w:rPr>
                <w:sz w:val="19"/>
              </w:rPr>
              <w:t xml:space="preserve">Glazbena </w:t>
            </w:r>
            <w:r w:rsidR="0033216C">
              <w:rPr>
                <w:sz w:val="19"/>
              </w:rPr>
              <w:t>kultura</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35</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35</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35</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35</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35</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35</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35</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35</w:t>
            </w:r>
          </w:p>
        </w:tc>
      </w:tr>
      <w:tr w:rsidR="00CD5307">
        <w:trPr>
          <w:cantSplit/>
          <w:jc w:val="center"/>
        </w:trPr>
        <w:tc>
          <w:tcPr>
            <w:tcW w:w="198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4110A" w:rsidRDefault="002120CE">
            <w:pPr>
              <w:wordWrap w:val="0"/>
              <w:spacing w:after="20"/>
              <w:rPr>
                <w:color w:val="auto"/>
              </w:rPr>
            </w:pPr>
            <w:r>
              <w:rPr>
                <w:color w:val="auto"/>
                <w:sz w:val="19"/>
              </w:rPr>
              <w:t>Njemački j</w:t>
            </w:r>
            <w:r w:rsidR="0033216C" w:rsidRPr="0024110A">
              <w:rPr>
                <w:color w:val="auto"/>
                <w:sz w:val="19"/>
              </w:rPr>
              <w:t>ezik</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2120CE">
            <w:pPr>
              <w:wordWrap w:val="0"/>
              <w:spacing w:after="20"/>
              <w:rPr>
                <w:sz w:val="19"/>
              </w:rPr>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24110A">
            <w:pPr>
              <w:wordWrap w:val="0"/>
              <w:spacing w:after="20"/>
              <w:rPr>
                <w:sz w:val="19"/>
              </w:rPr>
            </w:pPr>
            <w:r w:rsidRPr="002120CE">
              <w:rPr>
                <w:sz w:val="19"/>
              </w:rPr>
              <w:t>105</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2120CE">
            <w:pPr>
              <w:wordWrap w:val="0"/>
              <w:spacing w:after="20"/>
              <w:rPr>
                <w:sz w:val="19"/>
              </w:rPr>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24110A">
            <w:pPr>
              <w:wordWrap w:val="0"/>
              <w:spacing w:after="20"/>
              <w:rPr>
                <w:sz w:val="19"/>
              </w:rPr>
            </w:pPr>
            <w:r w:rsidRPr="002120CE">
              <w:rPr>
                <w:sz w:val="19"/>
              </w:rPr>
              <w:t>105</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24110A">
            <w:pPr>
              <w:wordWrap w:val="0"/>
              <w:spacing w:after="20"/>
              <w:rPr>
                <w:sz w:val="19"/>
              </w:rPr>
            </w:pPr>
            <w:r w:rsidRPr="002120CE">
              <w:rPr>
                <w:sz w:val="19"/>
              </w:rPr>
              <w:t>105</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2120CE">
            <w:pPr>
              <w:wordWrap w:val="0"/>
              <w:spacing w:after="20"/>
              <w:rPr>
                <w:sz w:val="19"/>
              </w:rPr>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2120CE">
            <w:pPr>
              <w:wordWrap w:val="0"/>
              <w:spacing w:after="20"/>
              <w:rPr>
                <w:sz w:val="19"/>
              </w:rPr>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24110A">
            <w:pPr>
              <w:wordWrap w:val="0"/>
              <w:spacing w:after="20"/>
              <w:rPr>
                <w:sz w:val="19"/>
              </w:rPr>
            </w:pPr>
            <w:r w:rsidRPr="002120CE">
              <w:rPr>
                <w:sz w:val="19"/>
              </w:rPr>
              <w:t>105</w:t>
            </w:r>
          </w:p>
        </w:tc>
      </w:tr>
      <w:tr w:rsidR="00CD5307">
        <w:trPr>
          <w:cantSplit/>
          <w:jc w:val="center"/>
        </w:trPr>
        <w:tc>
          <w:tcPr>
            <w:tcW w:w="198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4110A" w:rsidRDefault="002120CE">
            <w:pPr>
              <w:wordWrap w:val="0"/>
              <w:spacing w:after="20"/>
              <w:rPr>
                <w:color w:val="auto"/>
              </w:rPr>
            </w:pPr>
            <w:r>
              <w:rPr>
                <w:color w:val="auto"/>
                <w:sz w:val="19"/>
              </w:rPr>
              <w:t>Engleski j</w:t>
            </w:r>
            <w:r w:rsidR="0033216C" w:rsidRPr="0024110A">
              <w:rPr>
                <w:color w:val="auto"/>
                <w:sz w:val="19"/>
              </w:rPr>
              <w:t>ezik</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24110A">
            <w:pPr>
              <w:wordWrap w:val="0"/>
              <w:spacing w:after="20"/>
              <w:rPr>
                <w:sz w:val="19"/>
              </w:rPr>
            </w:pPr>
            <w:r w:rsidRPr="002120CE">
              <w:rPr>
                <w:sz w:val="19"/>
              </w:rPr>
              <w:t>105</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2120CE">
            <w:pPr>
              <w:wordWrap w:val="0"/>
              <w:spacing w:after="20"/>
              <w:rPr>
                <w:sz w:val="19"/>
              </w:rPr>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24110A">
            <w:pPr>
              <w:wordWrap w:val="0"/>
              <w:spacing w:after="20"/>
              <w:rPr>
                <w:sz w:val="19"/>
              </w:rPr>
            </w:pPr>
            <w:r w:rsidRPr="002120CE">
              <w:rPr>
                <w:sz w:val="19"/>
              </w:rPr>
              <w:t>105</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2120CE">
            <w:pPr>
              <w:wordWrap w:val="0"/>
              <w:spacing w:after="20"/>
              <w:rPr>
                <w:sz w:val="19"/>
              </w:rPr>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2120CE">
            <w:pPr>
              <w:wordWrap w:val="0"/>
              <w:spacing w:after="20"/>
              <w:rPr>
                <w:sz w:val="19"/>
              </w:rPr>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24110A">
            <w:pPr>
              <w:wordWrap w:val="0"/>
              <w:spacing w:after="20"/>
              <w:rPr>
                <w:sz w:val="19"/>
              </w:rPr>
            </w:pPr>
            <w:r w:rsidRPr="002120CE">
              <w:rPr>
                <w:sz w:val="19"/>
              </w:rPr>
              <w:t>105</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24110A">
            <w:pPr>
              <w:wordWrap w:val="0"/>
              <w:spacing w:after="20"/>
              <w:rPr>
                <w:sz w:val="19"/>
              </w:rPr>
            </w:pPr>
            <w:r w:rsidRPr="002120CE">
              <w:rPr>
                <w:sz w:val="19"/>
              </w:rPr>
              <w:t>105</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2120CE">
            <w:pPr>
              <w:wordWrap w:val="0"/>
              <w:spacing w:after="20"/>
              <w:rPr>
                <w:sz w:val="19"/>
              </w:rPr>
            </w:pPr>
            <w:r>
              <w:rPr>
                <w:sz w:val="19"/>
              </w:rPr>
              <w:t>-</w:t>
            </w:r>
          </w:p>
        </w:tc>
      </w:tr>
      <w:tr w:rsidR="00CD5307">
        <w:trPr>
          <w:cantSplit/>
          <w:jc w:val="center"/>
        </w:trPr>
        <w:tc>
          <w:tcPr>
            <w:tcW w:w="198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Matematika</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140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140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140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140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140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140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140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140</w:t>
            </w:r>
          </w:p>
        </w:tc>
      </w:tr>
      <w:tr w:rsidR="00CD5307">
        <w:trPr>
          <w:cantSplit/>
          <w:jc w:val="center"/>
        </w:trPr>
        <w:tc>
          <w:tcPr>
            <w:tcW w:w="198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Priroda</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52,5</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52,5</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2120CE">
            <w:pPr>
              <w:wordWrap w:val="0"/>
              <w:spacing w:after="20"/>
              <w:rPr>
                <w:sz w:val="19"/>
              </w:rPr>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2120CE">
            <w:pPr>
              <w:wordWrap w:val="0"/>
              <w:spacing w:after="20"/>
              <w:rPr>
                <w:sz w:val="19"/>
              </w:rPr>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2120CE">
            <w:pPr>
              <w:wordWrap w:val="0"/>
              <w:spacing w:after="20"/>
              <w:rPr>
                <w:sz w:val="19"/>
              </w:rPr>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2120CE">
            <w:pPr>
              <w:wordWrap w:val="0"/>
              <w:spacing w:after="20"/>
              <w:rPr>
                <w:sz w:val="19"/>
              </w:rPr>
            </w:pPr>
            <w:r>
              <w:rPr>
                <w:sz w:val="19"/>
              </w:rPr>
              <w:t>-</w:t>
            </w:r>
          </w:p>
        </w:tc>
      </w:tr>
      <w:tr w:rsidR="00CD5307">
        <w:trPr>
          <w:cantSplit/>
          <w:jc w:val="center"/>
        </w:trPr>
        <w:tc>
          <w:tcPr>
            <w:tcW w:w="198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Biologija</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70</w:t>
            </w:r>
          </w:p>
        </w:tc>
      </w:tr>
      <w:tr w:rsidR="00CD5307">
        <w:trPr>
          <w:cantSplit/>
          <w:jc w:val="center"/>
        </w:trPr>
        <w:tc>
          <w:tcPr>
            <w:tcW w:w="198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Kemija</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70</w:t>
            </w:r>
          </w:p>
        </w:tc>
      </w:tr>
      <w:tr w:rsidR="00CD5307">
        <w:trPr>
          <w:cantSplit/>
          <w:jc w:val="center"/>
        </w:trPr>
        <w:tc>
          <w:tcPr>
            <w:tcW w:w="198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Fizika</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70</w:t>
            </w:r>
          </w:p>
        </w:tc>
      </w:tr>
      <w:tr w:rsidR="00CD5307">
        <w:trPr>
          <w:cantSplit/>
          <w:jc w:val="center"/>
        </w:trPr>
        <w:tc>
          <w:tcPr>
            <w:tcW w:w="198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2120CE">
            <w:pPr>
              <w:wordWrap w:val="0"/>
              <w:spacing w:after="20"/>
            </w:pPr>
            <w:r>
              <w:rPr>
                <w:sz w:val="19"/>
              </w:rPr>
              <w:t xml:space="preserve">Priroda i </w:t>
            </w:r>
            <w:r w:rsidR="0033216C">
              <w:rPr>
                <w:sz w:val="19"/>
              </w:rPr>
              <w:t>društvo</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w:t>
            </w:r>
          </w:p>
        </w:tc>
      </w:tr>
      <w:tr w:rsidR="00CD5307">
        <w:trPr>
          <w:cantSplit/>
          <w:jc w:val="center"/>
        </w:trPr>
        <w:tc>
          <w:tcPr>
            <w:tcW w:w="198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Povijest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70</w:t>
            </w:r>
          </w:p>
        </w:tc>
      </w:tr>
      <w:tr w:rsidR="00CD5307">
        <w:trPr>
          <w:cantSplit/>
          <w:jc w:val="center"/>
        </w:trPr>
        <w:tc>
          <w:tcPr>
            <w:tcW w:w="198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Geografija</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52,5</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52,5</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120CE" w:rsidRDefault="0033216C">
            <w:pPr>
              <w:wordWrap w:val="0"/>
              <w:spacing w:after="20"/>
              <w:rPr>
                <w:sz w:val="19"/>
              </w:rPr>
            </w:pPr>
            <w:r>
              <w:rPr>
                <w:sz w:val="19"/>
              </w:rPr>
              <w:t>70</w:t>
            </w:r>
          </w:p>
        </w:tc>
      </w:tr>
      <w:tr w:rsidR="00CD5307">
        <w:trPr>
          <w:cantSplit/>
          <w:jc w:val="center"/>
        </w:trPr>
        <w:tc>
          <w:tcPr>
            <w:tcW w:w="198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2120CE">
            <w:pPr>
              <w:wordWrap w:val="0"/>
              <w:spacing w:after="20"/>
            </w:pPr>
            <w:r>
              <w:rPr>
                <w:sz w:val="19"/>
              </w:rPr>
              <w:t xml:space="preserve">Tehnička </w:t>
            </w:r>
            <w:r w:rsidR="0033216C">
              <w:rPr>
                <w:sz w:val="19"/>
              </w:rPr>
              <w:t>kultura</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35</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35</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35</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35</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35</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35</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35</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35</w:t>
            </w:r>
          </w:p>
        </w:tc>
      </w:tr>
      <w:tr w:rsidR="00CD5307">
        <w:trPr>
          <w:cantSplit/>
          <w:jc w:val="center"/>
        </w:trPr>
        <w:tc>
          <w:tcPr>
            <w:tcW w:w="198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Informatika</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w:t>
            </w:r>
          </w:p>
        </w:tc>
      </w:tr>
      <w:tr w:rsidR="00CD5307">
        <w:trPr>
          <w:cantSplit/>
          <w:jc w:val="center"/>
        </w:trPr>
        <w:tc>
          <w:tcPr>
            <w:tcW w:w="198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2120CE" w:rsidRDefault="002120CE">
            <w:pPr>
              <w:wordWrap w:val="0"/>
              <w:spacing w:after="20"/>
              <w:rPr>
                <w:sz w:val="19"/>
              </w:rPr>
            </w:pPr>
            <w:r>
              <w:rPr>
                <w:sz w:val="19"/>
              </w:rPr>
              <w:t xml:space="preserve">Tjelesna i </w:t>
            </w:r>
            <w:r w:rsidR="0033216C">
              <w:rPr>
                <w:sz w:val="19"/>
              </w:rPr>
              <w:t xml:space="preserve">zdravstvena </w:t>
            </w:r>
          </w:p>
          <w:p w:rsidR="00CD5307" w:rsidRDefault="0033216C">
            <w:pPr>
              <w:wordWrap w:val="0"/>
              <w:spacing w:after="20"/>
            </w:pPr>
            <w:r>
              <w:rPr>
                <w:sz w:val="19"/>
              </w:rPr>
              <w:t>kultura</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70</w:t>
            </w:r>
          </w:p>
        </w:tc>
      </w:tr>
      <w:tr w:rsidR="00CD5307">
        <w:trPr>
          <w:cantSplit/>
          <w:jc w:val="center"/>
        </w:trPr>
        <w:tc>
          <w:tcPr>
            <w:tcW w:w="198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UKUPNO PO ODJELU</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840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840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875</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875</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910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910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910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910</w:t>
            </w:r>
          </w:p>
        </w:tc>
      </w:tr>
    </w:tbl>
    <w:p w:rsidR="002120CE" w:rsidRDefault="002120CE"/>
    <w:p w:rsidR="00CD5307" w:rsidRDefault="0033216C">
      <w:r>
        <w:t>Ukupni godišnji sati po predmetima: Hrvatski Jezik – 2660; Likovna kultura – 560; Glazbena kultura – 560; Njemački Jezik – 700; Engleski Jezik – 700; Matematika – 2240; Priroda – 245; Biologija – 280; Kemija – 280; Fizika – 280; Priroda i društvo – 630; Povijest – 560; Geografija – 525; Tehnička kultura – 280; Informatika – 280; Tjelesna i zdravstvena kultura – 1295; UKUPNO PO ODJELU – 11795</w:t>
      </w:r>
    </w:p>
    <w:p w:rsidR="00CD5307" w:rsidRDefault="0033216C">
      <w:pPr>
        <w:pStyle w:val="Naslov2"/>
      </w:pPr>
      <w:r>
        <w:t>Tjedni i godišnji broj nastavnih sati izborne nastave</w:t>
      </w:r>
    </w:p>
    <w:p w:rsidR="00CD5307" w:rsidRDefault="0033216C">
      <w:pPr>
        <w:pStyle w:val="Naslov2"/>
      </w:pPr>
      <w:r>
        <w:t>Razredna nastava</w:t>
      </w:r>
    </w:p>
    <w:tbl>
      <w:tblPr>
        <w:tblW w:w="9638" w:type="dxa"/>
        <w:jc w:val="center"/>
        <w:tblLayout w:type="fixed"/>
        <w:tblLook w:val="04A0" w:firstRow="1" w:lastRow="0" w:firstColumn="1" w:lastColumn="0" w:noHBand="0" w:noVBand="1"/>
      </w:tblPr>
      <w:tblGrid>
        <w:gridCol w:w="1983"/>
        <w:gridCol w:w="956"/>
        <w:gridCol w:w="957"/>
        <w:gridCol w:w="957"/>
        <w:gridCol w:w="957"/>
        <w:gridCol w:w="957"/>
        <w:gridCol w:w="957"/>
        <w:gridCol w:w="957"/>
        <w:gridCol w:w="957"/>
      </w:tblGrid>
      <w:tr w:rsidR="00CD5307">
        <w:trPr>
          <w:cantSplit/>
          <w:tblHeader/>
          <w:jc w:val="center"/>
        </w:trPr>
        <w:tc>
          <w:tcPr>
            <w:tcW w:w="1984"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CD5307" w:rsidRDefault="0033216C">
            <w:pPr>
              <w:keepNext/>
              <w:wordWrap w:val="0"/>
              <w:spacing w:after="20"/>
            </w:pPr>
            <w:r>
              <w:rPr>
                <w:b/>
                <w:sz w:val="19"/>
              </w:rPr>
              <w:t>Naziv</w:t>
            </w:r>
            <w:r>
              <w:rPr>
                <w:b/>
                <w:sz w:val="19"/>
              </w:rPr>
              <w:br/>
              <w:t>predmeta</w:t>
            </w:r>
          </w:p>
        </w:tc>
        <w:tc>
          <w:tcPr>
            <w:tcW w:w="957"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CD5307" w:rsidRDefault="0033216C">
            <w:pPr>
              <w:keepNext/>
              <w:wordWrap w:val="0"/>
              <w:spacing w:after="20"/>
            </w:pPr>
            <w:r>
              <w:rPr>
                <w:b/>
                <w:sz w:val="19"/>
              </w:rPr>
              <w:t>1A</w:t>
            </w:r>
          </w:p>
        </w:tc>
        <w:tc>
          <w:tcPr>
            <w:tcW w:w="957"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CD5307" w:rsidRDefault="0033216C">
            <w:pPr>
              <w:keepNext/>
              <w:wordWrap w:val="0"/>
              <w:spacing w:after="20"/>
            </w:pPr>
            <w:r>
              <w:rPr>
                <w:b/>
                <w:sz w:val="19"/>
              </w:rPr>
              <w:t>1B</w:t>
            </w:r>
          </w:p>
        </w:tc>
        <w:tc>
          <w:tcPr>
            <w:tcW w:w="957"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CD5307" w:rsidRDefault="0033216C">
            <w:pPr>
              <w:keepNext/>
              <w:wordWrap w:val="0"/>
              <w:spacing w:after="20"/>
            </w:pPr>
            <w:r>
              <w:rPr>
                <w:b/>
                <w:sz w:val="19"/>
              </w:rPr>
              <w:t>2A</w:t>
            </w:r>
          </w:p>
        </w:tc>
        <w:tc>
          <w:tcPr>
            <w:tcW w:w="957"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CD5307" w:rsidRDefault="0033216C">
            <w:pPr>
              <w:keepNext/>
              <w:wordWrap w:val="0"/>
              <w:spacing w:after="20"/>
            </w:pPr>
            <w:r>
              <w:rPr>
                <w:b/>
                <w:sz w:val="19"/>
              </w:rPr>
              <w:t>2B</w:t>
            </w:r>
          </w:p>
        </w:tc>
        <w:tc>
          <w:tcPr>
            <w:tcW w:w="957"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CD5307" w:rsidRDefault="0033216C">
            <w:pPr>
              <w:keepNext/>
              <w:wordWrap w:val="0"/>
              <w:spacing w:after="20"/>
            </w:pPr>
            <w:r>
              <w:rPr>
                <w:b/>
                <w:sz w:val="19"/>
              </w:rPr>
              <w:t>3A</w:t>
            </w:r>
          </w:p>
        </w:tc>
        <w:tc>
          <w:tcPr>
            <w:tcW w:w="957"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CD5307" w:rsidRDefault="0033216C">
            <w:pPr>
              <w:keepNext/>
              <w:wordWrap w:val="0"/>
              <w:spacing w:after="20"/>
            </w:pPr>
            <w:r>
              <w:rPr>
                <w:b/>
                <w:sz w:val="19"/>
              </w:rPr>
              <w:t>3B</w:t>
            </w:r>
          </w:p>
        </w:tc>
        <w:tc>
          <w:tcPr>
            <w:tcW w:w="957"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CD5307" w:rsidRDefault="0033216C">
            <w:pPr>
              <w:keepNext/>
              <w:wordWrap w:val="0"/>
              <w:spacing w:after="20"/>
            </w:pPr>
            <w:r>
              <w:rPr>
                <w:b/>
                <w:sz w:val="19"/>
              </w:rPr>
              <w:t>4A</w:t>
            </w:r>
          </w:p>
        </w:tc>
        <w:tc>
          <w:tcPr>
            <w:tcW w:w="957"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CD5307" w:rsidRDefault="0033216C">
            <w:pPr>
              <w:keepNext/>
              <w:wordWrap w:val="0"/>
              <w:spacing w:after="20"/>
            </w:pPr>
            <w:r>
              <w:rPr>
                <w:b/>
                <w:sz w:val="19"/>
              </w:rPr>
              <w:t>4B</w:t>
            </w:r>
          </w:p>
        </w:tc>
      </w:tr>
      <w:tr w:rsidR="00CD5307">
        <w:trPr>
          <w:cantSplit/>
          <w:jc w:val="center"/>
        </w:trPr>
        <w:tc>
          <w:tcPr>
            <w:tcW w:w="198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Vjeronauk</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70</w:t>
            </w:r>
          </w:p>
        </w:tc>
      </w:tr>
      <w:tr w:rsidR="00CD5307">
        <w:trPr>
          <w:cantSplit/>
          <w:jc w:val="center"/>
        </w:trPr>
        <w:tc>
          <w:tcPr>
            <w:tcW w:w="198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4110A" w:rsidRDefault="0033216C">
            <w:pPr>
              <w:wordWrap w:val="0"/>
              <w:spacing w:after="20"/>
              <w:rPr>
                <w:color w:val="auto"/>
              </w:rPr>
            </w:pPr>
            <w:r w:rsidRPr="0024110A">
              <w:rPr>
                <w:color w:val="auto"/>
                <w:sz w:val="19"/>
              </w:rPr>
              <w:t>Engleski jezik</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4110A" w:rsidRDefault="0033216C">
            <w:pPr>
              <w:wordWrap w:val="0"/>
              <w:spacing w:after="20"/>
              <w:rPr>
                <w:color w:val="auto"/>
              </w:rPr>
            </w:pPr>
            <w:r w:rsidRPr="0024110A">
              <w:rPr>
                <w:color w:val="auto"/>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4110A" w:rsidRDefault="0033216C">
            <w:pPr>
              <w:wordWrap w:val="0"/>
              <w:spacing w:after="20"/>
              <w:rPr>
                <w:color w:val="auto"/>
              </w:rPr>
            </w:pPr>
            <w:r w:rsidRPr="0024110A">
              <w:rPr>
                <w:color w:val="auto"/>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4110A" w:rsidRDefault="0033216C">
            <w:pPr>
              <w:wordWrap w:val="0"/>
              <w:spacing w:after="20"/>
              <w:rPr>
                <w:color w:val="auto"/>
              </w:rPr>
            </w:pPr>
            <w:r w:rsidRPr="0024110A">
              <w:rPr>
                <w:color w:val="auto"/>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4110A" w:rsidRDefault="0033216C">
            <w:pPr>
              <w:wordWrap w:val="0"/>
              <w:spacing w:after="20"/>
              <w:rPr>
                <w:color w:val="auto"/>
              </w:rPr>
            </w:pPr>
            <w:r w:rsidRPr="0024110A">
              <w:rPr>
                <w:color w:val="auto"/>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4110A" w:rsidRDefault="0033216C">
            <w:pPr>
              <w:wordWrap w:val="0"/>
              <w:spacing w:after="20"/>
              <w:rPr>
                <w:color w:val="auto"/>
              </w:rPr>
            </w:pPr>
            <w:r w:rsidRPr="0024110A">
              <w:rPr>
                <w:color w:val="auto"/>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4110A" w:rsidRDefault="0033216C">
            <w:pPr>
              <w:wordWrap w:val="0"/>
              <w:spacing w:after="20"/>
              <w:rPr>
                <w:color w:val="auto"/>
              </w:rPr>
            </w:pPr>
            <w:r w:rsidRPr="0024110A">
              <w:rPr>
                <w:color w:val="auto"/>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4110A" w:rsidRDefault="0024110A">
            <w:pPr>
              <w:wordWrap w:val="0"/>
              <w:spacing w:after="20"/>
              <w:rPr>
                <w:color w:val="auto"/>
              </w:rPr>
            </w:pPr>
            <w:r w:rsidRPr="0024110A">
              <w:rPr>
                <w:color w:val="auto"/>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4110A" w:rsidRDefault="002120CE">
            <w:pPr>
              <w:wordWrap w:val="0"/>
              <w:spacing w:after="20"/>
              <w:rPr>
                <w:color w:val="auto"/>
              </w:rPr>
            </w:pPr>
            <w:r>
              <w:rPr>
                <w:color w:val="auto"/>
              </w:rPr>
              <w:t>-</w:t>
            </w:r>
          </w:p>
        </w:tc>
      </w:tr>
      <w:tr w:rsidR="00CD5307">
        <w:trPr>
          <w:cantSplit/>
          <w:jc w:val="center"/>
        </w:trPr>
        <w:tc>
          <w:tcPr>
            <w:tcW w:w="198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4110A" w:rsidRDefault="0033216C">
            <w:pPr>
              <w:wordWrap w:val="0"/>
              <w:spacing w:after="20"/>
              <w:rPr>
                <w:color w:val="auto"/>
              </w:rPr>
            </w:pPr>
            <w:r w:rsidRPr="0024110A">
              <w:rPr>
                <w:color w:val="auto"/>
                <w:sz w:val="19"/>
              </w:rPr>
              <w:t>Njemački jezik</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4110A" w:rsidRDefault="0033216C">
            <w:pPr>
              <w:wordWrap w:val="0"/>
              <w:spacing w:after="20"/>
              <w:rPr>
                <w:color w:val="auto"/>
              </w:rPr>
            </w:pPr>
            <w:r w:rsidRPr="0024110A">
              <w:rPr>
                <w:color w:val="auto"/>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4110A" w:rsidRDefault="0033216C">
            <w:pPr>
              <w:wordWrap w:val="0"/>
              <w:spacing w:after="20"/>
              <w:rPr>
                <w:color w:val="auto"/>
              </w:rPr>
            </w:pPr>
            <w:r w:rsidRPr="0024110A">
              <w:rPr>
                <w:color w:val="auto"/>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4110A" w:rsidRDefault="0033216C">
            <w:pPr>
              <w:wordWrap w:val="0"/>
              <w:spacing w:after="20"/>
              <w:rPr>
                <w:color w:val="auto"/>
              </w:rPr>
            </w:pPr>
            <w:r w:rsidRPr="0024110A">
              <w:rPr>
                <w:color w:val="auto"/>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4110A" w:rsidRDefault="0033216C">
            <w:pPr>
              <w:wordWrap w:val="0"/>
              <w:spacing w:after="20"/>
              <w:rPr>
                <w:color w:val="auto"/>
              </w:rPr>
            </w:pPr>
            <w:r w:rsidRPr="0024110A">
              <w:rPr>
                <w:color w:val="auto"/>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4110A" w:rsidRDefault="0033216C">
            <w:pPr>
              <w:wordWrap w:val="0"/>
              <w:spacing w:after="20"/>
              <w:rPr>
                <w:color w:val="auto"/>
              </w:rPr>
            </w:pPr>
            <w:r w:rsidRPr="0024110A">
              <w:rPr>
                <w:color w:val="auto"/>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4110A" w:rsidRDefault="0033216C">
            <w:pPr>
              <w:wordWrap w:val="0"/>
              <w:spacing w:after="20"/>
              <w:rPr>
                <w:color w:val="auto"/>
              </w:rPr>
            </w:pPr>
            <w:r w:rsidRPr="0024110A">
              <w:rPr>
                <w:color w:val="auto"/>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4110A" w:rsidRDefault="002120CE">
            <w:pPr>
              <w:wordWrap w:val="0"/>
              <w:spacing w:after="20"/>
              <w:rPr>
                <w:color w:val="auto"/>
              </w:rPr>
            </w:pPr>
            <w:r>
              <w:rPr>
                <w:color w:val="auto"/>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4110A" w:rsidRDefault="0024110A">
            <w:pPr>
              <w:wordWrap w:val="0"/>
              <w:spacing w:after="20"/>
              <w:rPr>
                <w:color w:val="auto"/>
              </w:rPr>
            </w:pPr>
            <w:r w:rsidRPr="0024110A">
              <w:rPr>
                <w:color w:val="auto"/>
                <w:sz w:val="19"/>
              </w:rPr>
              <w:t>70</w:t>
            </w:r>
          </w:p>
        </w:tc>
      </w:tr>
      <w:tr w:rsidR="00CD5307">
        <w:trPr>
          <w:cantSplit/>
          <w:jc w:val="center"/>
        </w:trPr>
        <w:tc>
          <w:tcPr>
            <w:tcW w:w="198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Informatika</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70</w:t>
            </w:r>
          </w:p>
        </w:tc>
      </w:tr>
    </w:tbl>
    <w:p w:rsidR="00CD5307" w:rsidRDefault="0033216C">
      <w:pPr>
        <w:pStyle w:val="Naslov2"/>
      </w:pPr>
      <w:r>
        <w:t>Predmetna nastava</w:t>
      </w:r>
    </w:p>
    <w:tbl>
      <w:tblPr>
        <w:tblW w:w="9638" w:type="dxa"/>
        <w:jc w:val="center"/>
        <w:tblLayout w:type="fixed"/>
        <w:tblLook w:val="04A0" w:firstRow="1" w:lastRow="0" w:firstColumn="1" w:lastColumn="0" w:noHBand="0" w:noVBand="1"/>
      </w:tblPr>
      <w:tblGrid>
        <w:gridCol w:w="1983"/>
        <w:gridCol w:w="956"/>
        <w:gridCol w:w="957"/>
        <w:gridCol w:w="957"/>
        <w:gridCol w:w="957"/>
        <w:gridCol w:w="957"/>
        <w:gridCol w:w="957"/>
        <w:gridCol w:w="957"/>
        <w:gridCol w:w="957"/>
      </w:tblGrid>
      <w:tr w:rsidR="00CD5307">
        <w:trPr>
          <w:cantSplit/>
          <w:tblHeader/>
          <w:jc w:val="center"/>
        </w:trPr>
        <w:tc>
          <w:tcPr>
            <w:tcW w:w="1984"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CD5307" w:rsidRDefault="0033216C">
            <w:pPr>
              <w:keepNext/>
              <w:wordWrap w:val="0"/>
              <w:spacing w:after="20"/>
            </w:pPr>
            <w:r>
              <w:rPr>
                <w:b/>
                <w:sz w:val="19"/>
              </w:rPr>
              <w:t>Naziv</w:t>
            </w:r>
            <w:r>
              <w:rPr>
                <w:b/>
                <w:sz w:val="19"/>
              </w:rPr>
              <w:br/>
              <w:t>predmeta</w:t>
            </w:r>
          </w:p>
        </w:tc>
        <w:tc>
          <w:tcPr>
            <w:tcW w:w="957"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CD5307" w:rsidRDefault="0033216C">
            <w:pPr>
              <w:keepNext/>
              <w:wordWrap w:val="0"/>
              <w:spacing w:after="20"/>
            </w:pPr>
            <w:r>
              <w:rPr>
                <w:b/>
                <w:sz w:val="19"/>
              </w:rPr>
              <w:t>5A</w:t>
            </w:r>
          </w:p>
        </w:tc>
        <w:tc>
          <w:tcPr>
            <w:tcW w:w="957"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CD5307" w:rsidRDefault="0033216C">
            <w:pPr>
              <w:keepNext/>
              <w:wordWrap w:val="0"/>
              <w:spacing w:after="20"/>
            </w:pPr>
            <w:r>
              <w:rPr>
                <w:b/>
                <w:sz w:val="19"/>
              </w:rPr>
              <w:t>5.B</w:t>
            </w:r>
          </w:p>
        </w:tc>
        <w:tc>
          <w:tcPr>
            <w:tcW w:w="957"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CD5307" w:rsidRDefault="0033216C">
            <w:pPr>
              <w:keepNext/>
              <w:wordWrap w:val="0"/>
              <w:spacing w:after="20"/>
            </w:pPr>
            <w:r>
              <w:rPr>
                <w:b/>
                <w:sz w:val="19"/>
              </w:rPr>
              <w:t>6A</w:t>
            </w:r>
          </w:p>
        </w:tc>
        <w:tc>
          <w:tcPr>
            <w:tcW w:w="957"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CD5307" w:rsidRDefault="0033216C">
            <w:pPr>
              <w:keepNext/>
              <w:wordWrap w:val="0"/>
              <w:spacing w:after="20"/>
            </w:pPr>
            <w:r>
              <w:rPr>
                <w:b/>
                <w:sz w:val="19"/>
              </w:rPr>
              <w:t>6B</w:t>
            </w:r>
          </w:p>
        </w:tc>
        <w:tc>
          <w:tcPr>
            <w:tcW w:w="957"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CD5307" w:rsidRDefault="0033216C">
            <w:pPr>
              <w:keepNext/>
              <w:wordWrap w:val="0"/>
              <w:spacing w:after="20"/>
            </w:pPr>
            <w:r>
              <w:rPr>
                <w:b/>
                <w:sz w:val="19"/>
              </w:rPr>
              <w:t>7A</w:t>
            </w:r>
          </w:p>
        </w:tc>
        <w:tc>
          <w:tcPr>
            <w:tcW w:w="957"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CD5307" w:rsidRDefault="0033216C">
            <w:pPr>
              <w:keepNext/>
              <w:wordWrap w:val="0"/>
              <w:spacing w:after="20"/>
            </w:pPr>
            <w:r>
              <w:rPr>
                <w:b/>
                <w:sz w:val="19"/>
              </w:rPr>
              <w:t>7B</w:t>
            </w:r>
          </w:p>
        </w:tc>
        <w:tc>
          <w:tcPr>
            <w:tcW w:w="957"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CD5307" w:rsidRDefault="0033216C">
            <w:pPr>
              <w:keepNext/>
              <w:wordWrap w:val="0"/>
              <w:spacing w:after="20"/>
            </w:pPr>
            <w:r>
              <w:rPr>
                <w:b/>
                <w:sz w:val="19"/>
              </w:rPr>
              <w:t>8A</w:t>
            </w:r>
          </w:p>
        </w:tc>
        <w:tc>
          <w:tcPr>
            <w:tcW w:w="957"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CD5307" w:rsidRDefault="0033216C">
            <w:pPr>
              <w:keepNext/>
              <w:wordWrap w:val="0"/>
              <w:spacing w:after="20"/>
            </w:pPr>
            <w:r>
              <w:rPr>
                <w:b/>
                <w:sz w:val="19"/>
              </w:rPr>
              <w:t>8B</w:t>
            </w:r>
          </w:p>
        </w:tc>
      </w:tr>
      <w:tr w:rsidR="00CD5307">
        <w:trPr>
          <w:cantSplit/>
          <w:jc w:val="center"/>
        </w:trPr>
        <w:tc>
          <w:tcPr>
            <w:tcW w:w="198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Vjeronauk</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70</w:t>
            </w:r>
          </w:p>
        </w:tc>
      </w:tr>
      <w:tr w:rsidR="00CD5307">
        <w:trPr>
          <w:cantSplit/>
          <w:jc w:val="center"/>
        </w:trPr>
        <w:tc>
          <w:tcPr>
            <w:tcW w:w="198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4110A" w:rsidRDefault="0033216C">
            <w:pPr>
              <w:wordWrap w:val="0"/>
              <w:spacing w:after="20"/>
              <w:rPr>
                <w:color w:val="auto"/>
              </w:rPr>
            </w:pPr>
            <w:r w:rsidRPr="0024110A">
              <w:rPr>
                <w:color w:val="auto"/>
                <w:sz w:val="19"/>
              </w:rPr>
              <w:t>Engleski jezik</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4110A" w:rsidRDefault="0033216C">
            <w:pPr>
              <w:wordWrap w:val="0"/>
              <w:spacing w:after="20"/>
              <w:rPr>
                <w:color w:val="auto"/>
              </w:rPr>
            </w:pPr>
            <w:r w:rsidRPr="0024110A">
              <w:rPr>
                <w:color w:val="auto"/>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4110A" w:rsidRDefault="0033216C">
            <w:pPr>
              <w:wordWrap w:val="0"/>
              <w:spacing w:after="20"/>
              <w:rPr>
                <w:color w:val="auto"/>
              </w:rPr>
            </w:pPr>
            <w:r w:rsidRPr="0024110A">
              <w:rPr>
                <w:color w:val="auto"/>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4110A" w:rsidRDefault="002120CE">
            <w:pPr>
              <w:wordWrap w:val="0"/>
              <w:spacing w:after="20"/>
              <w:rPr>
                <w:color w:val="auto"/>
              </w:rPr>
            </w:pPr>
            <w:r>
              <w:rPr>
                <w:color w:val="auto"/>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4110A" w:rsidRDefault="0024110A">
            <w:pPr>
              <w:wordWrap w:val="0"/>
              <w:spacing w:after="20"/>
              <w:rPr>
                <w:color w:val="auto"/>
              </w:rPr>
            </w:pPr>
            <w:r w:rsidRPr="0024110A">
              <w:rPr>
                <w:color w:val="auto"/>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4110A" w:rsidRDefault="0024110A">
            <w:pPr>
              <w:wordWrap w:val="0"/>
              <w:spacing w:after="20"/>
              <w:rPr>
                <w:color w:val="auto"/>
              </w:rPr>
            </w:pPr>
            <w:r w:rsidRPr="0024110A">
              <w:rPr>
                <w:color w:val="auto"/>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4110A" w:rsidRDefault="002120CE">
            <w:pPr>
              <w:wordWrap w:val="0"/>
              <w:spacing w:after="20"/>
              <w:rPr>
                <w:color w:val="auto"/>
              </w:rPr>
            </w:pPr>
            <w:r>
              <w:rPr>
                <w:color w:val="auto"/>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4110A" w:rsidRDefault="002120CE">
            <w:pPr>
              <w:wordWrap w:val="0"/>
              <w:spacing w:after="20"/>
              <w:rPr>
                <w:color w:val="auto"/>
              </w:rPr>
            </w:pPr>
            <w:r>
              <w:rPr>
                <w:color w:val="auto"/>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4110A" w:rsidRDefault="0024110A">
            <w:pPr>
              <w:wordWrap w:val="0"/>
              <w:spacing w:after="20"/>
              <w:rPr>
                <w:color w:val="auto"/>
              </w:rPr>
            </w:pPr>
            <w:r w:rsidRPr="0024110A">
              <w:rPr>
                <w:color w:val="auto"/>
                <w:sz w:val="19"/>
              </w:rPr>
              <w:t>70</w:t>
            </w:r>
          </w:p>
        </w:tc>
      </w:tr>
      <w:tr w:rsidR="00CD5307">
        <w:trPr>
          <w:cantSplit/>
          <w:jc w:val="center"/>
        </w:trPr>
        <w:tc>
          <w:tcPr>
            <w:tcW w:w="198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4110A" w:rsidRDefault="0033216C">
            <w:pPr>
              <w:wordWrap w:val="0"/>
              <w:spacing w:after="20"/>
              <w:rPr>
                <w:color w:val="auto"/>
              </w:rPr>
            </w:pPr>
            <w:r w:rsidRPr="0024110A">
              <w:rPr>
                <w:color w:val="auto"/>
                <w:sz w:val="19"/>
              </w:rPr>
              <w:t>Njemački jezik</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4110A" w:rsidRDefault="0033216C">
            <w:pPr>
              <w:wordWrap w:val="0"/>
              <w:spacing w:after="20"/>
              <w:rPr>
                <w:color w:val="auto"/>
              </w:rPr>
            </w:pPr>
            <w:r w:rsidRPr="0024110A">
              <w:rPr>
                <w:color w:val="auto"/>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4110A" w:rsidRDefault="0033216C">
            <w:pPr>
              <w:wordWrap w:val="0"/>
              <w:spacing w:after="20"/>
              <w:rPr>
                <w:color w:val="auto"/>
              </w:rPr>
            </w:pPr>
            <w:r w:rsidRPr="0024110A">
              <w:rPr>
                <w:color w:val="auto"/>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4110A" w:rsidRDefault="0024110A">
            <w:pPr>
              <w:wordWrap w:val="0"/>
              <w:spacing w:after="20"/>
              <w:rPr>
                <w:color w:val="auto"/>
              </w:rPr>
            </w:pPr>
            <w:r w:rsidRPr="0024110A">
              <w:rPr>
                <w:color w:val="auto"/>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4110A" w:rsidRDefault="002120CE">
            <w:pPr>
              <w:wordWrap w:val="0"/>
              <w:spacing w:after="20"/>
              <w:rPr>
                <w:color w:val="auto"/>
              </w:rPr>
            </w:pPr>
            <w:r>
              <w:rPr>
                <w:color w:val="auto"/>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4110A" w:rsidRDefault="002120CE">
            <w:pPr>
              <w:wordWrap w:val="0"/>
              <w:spacing w:after="20"/>
              <w:rPr>
                <w:color w:val="auto"/>
              </w:rPr>
            </w:pPr>
            <w:r>
              <w:rPr>
                <w:color w:val="auto"/>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4110A" w:rsidRDefault="0024110A">
            <w:pPr>
              <w:wordWrap w:val="0"/>
              <w:spacing w:after="20"/>
              <w:rPr>
                <w:color w:val="auto"/>
              </w:rPr>
            </w:pPr>
            <w:r w:rsidRPr="0024110A">
              <w:rPr>
                <w:color w:val="auto"/>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4110A" w:rsidRDefault="0024110A">
            <w:pPr>
              <w:wordWrap w:val="0"/>
              <w:spacing w:after="20"/>
              <w:rPr>
                <w:color w:val="auto"/>
              </w:rPr>
            </w:pPr>
            <w:r w:rsidRPr="0024110A">
              <w:rPr>
                <w:color w:val="auto"/>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Pr="0024110A" w:rsidRDefault="002120CE">
            <w:pPr>
              <w:wordWrap w:val="0"/>
              <w:spacing w:after="20"/>
              <w:rPr>
                <w:color w:val="auto"/>
              </w:rPr>
            </w:pPr>
            <w:r>
              <w:rPr>
                <w:color w:val="auto"/>
              </w:rPr>
              <w:t>-</w:t>
            </w:r>
          </w:p>
        </w:tc>
      </w:tr>
      <w:tr w:rsidR="00CD5307">
        <w:trPr>
          <w:cantSplit/>
          <w:jc w:val="center"/>
        </w:trPr>
        <w:tc>
          <w:tcPr>
            <w:tcW w:w="198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Informatika</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70</w:t>
            </w:r>
          </w:p>
        </w:tc>
        <w:tc>
          <w:tcPr>
            <w:tcW w:w="95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19"/>
              </w:rPr>
              <w:t>70</w:t>
            </w:r>
          </w:p>
        </w:tc>
      </w:tr>
    </w:tbl>
    <w:p w:rsidR="00CD5307" w:rsidRDefault="0033216C">
      <w:r>
        <w:lastRenderedPageBreak/>
        <w:t>Ukupni godišnji sati po predmetima: Vjeronauk – 1120; Engleski jezik – 350; Njemački jezik – 350; Informatika – 840</w:t>
      </w:r>
    </w:p>
    <w:p w:rsidR="00CD5307" w:rsidRDefault="00CD5307">
      <w:pPr>
        <w:sectPr w:rsidR="00CD5307">
          <w:type w:val="continuous"/>
          <w:pgSz w:w="11906" w:h="16838"/>
          <w:pgMar w:top="1020" w:right="1134" w:bottom="1020" w:left="1134" w:header="454" w:footer="454" w:gutter="0"/>
          <w:cols w:space="720"/>
          <w:docGrid w:linePitch="360"/>
        </w:sectPr>
      </w:pPr>
    </w:p>
    <w:p w:rsidR="00CD5307" w:rsidRDefault="0033216C">
      <w:pPr>
        <w:pStyle w:val="Naslov1"/>
      </w:pPr>
      <w:r>
        <w:t>4. KALENDAR RADA ŠKOLE</w:t>
      </w:r>
    </w:p>
    <w:tbl>
      <w:tblPr>
        <w:tblW w:w="9639" w:type="dxa"/>
        <w:jc w:val="center"/>
        <w:tblLayout w:type="fixed"/>
        <w:tblLook w:val="04A0" w:firstRow="1" w:lastRow="0" w:firstColumn="1" w:lastColumn="0" w:noHBand="0" w:noVBand="1"/>
      </w:tblPr>
      <w:tblGrid>
        <w:gridCol w:w="3687"/>
        <w:gridCol w:w="5952"/>
      </w:tblGrid>
      <w:tr w:rsidR="00CD5307" w:rsidTr="009535DC">
        <w:trPr>
          <w:cantSplit/>
          <w:tblHeader/>
          <w:jc w:val="center"/>
        </w:trPr>
        <w:tc>
          <w:tcPr>
            <w:tcW w:w="3687"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CD5307" w:rsidRDefault="0033216C">
            <w:pPr>
              <w:keepNext/>
              <w:wordWrap w:val="0"/>
              <w:spacing w:after="20"/>
            </w:pPr>
            <w:r>
              <w:rPr>
                <w:b/>
                <w:sz w:val="21"/>
              </w:rPr>
              <w:t>Razdoblje</w:t>
            </w:r>
          </w:p>
        </w:tc>
        <w:tc>
          <w:tcPr>
            <w:tcW w:w="5952"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CD5307" w:rsidRDefault="0033216C">
            <w:pPr>
              <w:keepNext/>
              <w:wordWrap w:val="0"/>
              <w:spacing w:after="20"/>
            </w:pPr>
            <w:r>
              <w:rPr>
                <w:b/>
                <w:sz w:val="21"/>
              </w:rPr>
              <w:t xml:space="preserve">Datumi za školsku godinu </w:t>
            </w:r>
            <w:proofErr w:type="gramStart"/>
            <w:r>
              <w:rPr>
                <w:b/>
                <w:sz w:val="21"/>
              </w:rPr>
              <w:t>2026./</w:t>
            </w:r>
            <w:proofErr w:type="gramEnd"/>
            <w:r>
              <w:rPr>
                <w:b/>
                <w:sz w:val="21"/>
              </w:rPr>
              <w:t>2027.</w:t>
            </w:r>
          </w:p>
        </w:tc>
      </w:tr>
      <w:tr w:rsidR="00CD5307" w:rsidTr="009535DC">
        <w:trPr>
          <w:cantSplit/>
          <w:jc w:val="center"/>
        </w:trPr>
        <w:tc>
          <w:tcPr>
            <w:tcW w:w="368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Početak i završetak nastave</w:t>
            </w:r>
          </w:p>
        </w:tc>
        <w:tc>
          <w:tcPr>
            <w:tcW w:w="595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7. rujna 2026. – 15. lipnja 2027.</w:t>
            </w:r>
          </w:p>
        </w:tc>
      </w:tr>
      <w:tr w:rsidR="00CD5307" w:rsidTr="009535DC">
        <w:trPr>
          <w:cantSplit/>
          <w:jc w:val="center"/>
        </w:trPr>
        <w:tc>
          <w:tcPr>
            <w:tcW w:w="368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Prvo polugodište</w:t>
            </w:r>
          </w:p>
        </w:tc>
        <w:tc>
          <w:tcPr>
            <w:tcW w:w="595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7. rujna – 23. prosinca 2026.</w:t>
            </w:r>
          </w:p>
        </w:tc>
      </w:tr>
      <w:tr w:rsidR="00CD5307" w:rsidTr="009535DC">
        <w:trPr>
          <w:cantSplit/>
          <w:jc w:val="center"/>
        </w:trPr>
        <w:tc>
          <w:tcPr>
            <w:tcW w:w="368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Drugo polugodište</w:t>
            </w:r>
          </w:p>
        </w:tc>
        <w:tc>
          <w:tcPr>
            <w:tcW w:w="595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7. siječnja – 15. lipnja 2027.</w:t>
            </w:r>
          </w:p>
        </w:tc>
      </w:tr>
      <w:tr w:rsidR="00CD5307" w:rsidTr="009535DC">
        <w:trPr>
          <w:cantSplit/>
          <w:jc w:val="center"/>
        </w:trPr>
        <w:tc>
          <w:tcPr>
            <w:tcW w:w="368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Prvi dio zimskog odmora</w:t>
            </w:r>
          </w:p>
        </w:tc>
        <w:tc>
          <w:tcPr>
            <w:tcW w:w="595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24. prosinca 2026. – 5. siječnja 2027.; nastava počinje 7. siječnja.</w:t>
            </w:r>
          </w:p>
        </w:tc>
      </w:tr>
      <w:tr w:rsidR="00CD5307" w:rsidTr="009535DC">
        <w:trPr>
          <w:cantSplit/>
          <w:jc w:val="center"/>
        </w:trPr>
        <w:tc>
          <w:tcPr>
            <w:tcW w:w="368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Drugi dio zimskog odmora</w:t>
            </w:r>
          </w:p>
        </w:tc>
        <w:tc>
          <w:tcPr>
            <w:tcW w:w="595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22. – 26. veljače 2027.; nastava počinje 1. ožujka.</w:t>
            </w:r>
          </w:p>
        </w:tc>
      </w:tr>
      <w:tr w:rsidR="00CD5307" w:rsidTr="009535DC">
        <w:trPr>
          <w:cantSplit/>
          <w:jc w:val="center"/>
        </w:trPr>
        <w:tc>
          <w:tcPr>
            <w:tcW w:w="368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Proljetni odmor</w:t>
            </w:r>
          </w:p>
        </w:tc>
        <w:tc>
          <w:tcPr>
            <w:tcW w:w="595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25. ožujka – 2. travnja 2027.; nastava počinje 5. travnja.</w:t>
            </w:r>
          </w:p>
        </w:tc>
      </w:tr>
      <w:tr w:rsidR="00CD5307" w:rsidTr="009535DC">
        <w:trPr>
          <w:cantSplit/>
          <w:jc w:val="center"/>
        </w:trPr>
        <w:tc>
          <w:tcPr>
            <w:tcW w:w="3687"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Ljetni odmor</w:t>
            </w:r>
          </w:p>
        </w:tc>
        <w:tc>
          <w:tcPr>
            <w:tcW w:w="595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Od 16. lipnja 2027.</w:t>
            </w:r>
          </w:p>
        </w:tc>
      </w:tr>
    </w:tbl>
    <w:p w:rsidR="00CD5307" w:rsidRDefault="0033216C">
      <w:r>
        <w:t xml:space="preserve">Kalendar je usklađen s Odlukom o početku i završetku nastavne godine </w:t>
      </w:r>
      <w:proofErr w:type="gramStart"/>
      <w:r>
        <w:t>2026./</w:t>
      </w:r>
      <w:proofErr w:type="gramEnd"/>
      <w:r>
        <w:t>2027. (Narodne novine 58/2026, broj 724). Nastava se planira u najmanje 175 nastavnih dana. Nenastavne radne dane škola utvrđuje uz osiguravanje propisanog broja nastavnih dana.</w:t>
      </w:r>
    </w:p>
    <w:p w:rsidR="00CD5307" w:rsidRPr="009535DC" w:rsidRDefault="0033216C" w:rsidP="009535DC">
      <w:pPr>
        <w:pStyle w:val="Naslov1"/>
      </w:pPr>
      <w:r>
        <w:t>5. PLANOVI RADA RAVNATELJA, ODGOJNO-OBRAZOVNIH I</w:t>
      </w:r>
      <w:r w:rsidR="009535DC">
        <w:t xml:space="preserve"> </w:t>
      </w:r>
      <w:r w:rsidR="009535DC">
        <w:rPr>
          <w:bCs w:val="0"/>
        </w:rPr>
        <w:t xml:space="preserve">OSTALIH </w:t>
      </w:r>
      <w:r w:rsidRPr="009535DC">
        <w:rPr>
          <w:bCs w:val="0"/>
        </w:rPr>
        <w:t>RADNIKA</w:t>
      </w:r>
    </w:p>
    <w:p w:rsidR="00CD5307" w:rsidRDefault="0033216C">
      <w:pPr>
        <w:pStyle w:val="Naslov2"/>
      </w:pPr>
      <w:r>
        <w:t xml:space="preserve">Plan rada ravnatelja za školsku godinu </w:t>
      </w:r>
      <w:proofErr w:type="gramStart"/>
      <w:r>
        <w:t>2026./</w:t>
      </w:r>
      <w:proofErr w:type="gramEnd"/>
      <w:r>
        <w:t>2027.</w:t>
      </w:r>
    </w:p>
    <w:tbl>
      <w:tblPr>
        <w:tblW w:w="9639"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5671"/>
        <w:gridCol w:w="1985"/>
        <w:gridCol w:w="1983"/>
      </w:tblGrid>
      <w:tr w:rsidR="0033216C" w:rsidRPr="008C76D4" w:rsidTr="009535DC">
        <w:trPr>
          <w:cantSplit/>
          <w:tblHeader/>
          <w:jc w:val="center"/>
        </w:trPr>
        <w:tc>
          <w:tcPr>
            <w:tcW w:w="5671"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33216C" w:rsidRPr="008C76D4" w:rsidRDefault="0033216C" w:rsidP="0033216C">
            <w:pPr>
              <w:keepNext/>
              <w:wordWrap w:val="0"/>
              <w:spacing w:after="20"/>
            </w:pPr>
            <w:r>
              <w:rPr>
                <w:b/>
                <w:sz w:val="21"/>
              </w:rPr>
              <w:t>SADRŽAJ RADA</w:t>
            </w:r>
          </w:p>
        </w:tc>
        <w:tc>
          <w:tcPr>
            <w:tcW w:w="1985"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2120CE" w:rsidRDefault="0033216C" w:rsidP="0033216C">
            <w:pPr>
              <w:keepNext/>
              <w:wordWrap w:val="0"/>
              <w:spacing w:after="20"/>
              <w:rPr>
                <w:b/>
                <w:sz w:val="21"/>
              </w:rPr>
            </w:pPr>
            <w:r>
              <w:rPr>
                <w:b/>
                <w:sz w:val="21"/>
              </w:rPr>
              <w:t xml:space="preserve">Predviđeno vrijeme </w:t>
            </w:r>
          </w:p>
          <w:p w:rsidR="0033216C" w:rsidRPr="008C76D4" w:rsidRDefault="0033216C" w:rsidP="0033216C">
            <w:pPr>
              <w:keepNext/>
              <w:wordWrap w:val="0"/>
              <w:spacing w:after="20"/>
            </w:pPr>
            <w:r>
              <w:rPr>
                <w:b/>
                <w:sz w:val="21"/>
              </w:rPr>
              <w:t>ostvarivanja</w:t>
            </w:r>
          </w:p>
        </w:tc>
        <w:tc>
          <w:tcPr>
            <w:tcW w:w="1983"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2120CE" w:rsidRDefault="0033216C" w:rsidP="0033216C">
            <w:pPr>
              <w:keepNext/>
              <w:wordWrap w:val="0"/>
              <w:spacing w:after="20"/>
              <w:rPr>
                <w:b/>
                <w:sz w:val="21"/>
              </w:rPr>
            </w:pPr>
            <w:r>
              <w:rPr>
                <w:b/>
                <w:sz w:val="21"/>
              </w:rPr>
              <w:t xml:space="preserve">Predviđeno vrijeme </w:t>
            </w:r>
          </w:p>
          <w:p w:rsidR="0033216C" w:rsidRPr="008C76D4" w:rsidRDefault="0033216C" w:rsidP="0033216C">
            <w:pPr>
              <w:keepNext/>
              <w:wordWrap w:val="0"/>
              <w:spacing w:after="20"/>
            </w:pPr>
            <w:r>
              <w:rPr>
                <w:b/>
                <w:sz w:val="21"/>
              </w:rPr>
              <w:t>u satima</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roofErr w:type="gramStart"/>
            <w:r>
              <w:rPr>
                <w:sz w:val="21"/>
              </w:rPr>
              <w:t>POSLOVI  PLANIRANJA</w:t>
            </w:r>
            <w:proofErr w:type="gramEnd"/>
            <w:r>
              <w:rPr>
                <w:sz w:val="21"/>
              </w:rPr>
              <w:t xml:space="preserve">  I  PROGRAMIRANJA</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Izrada Godišnjeg plana i programa rada škole</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VI - IX</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50</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Izrada plana i programa rada ravnatelja</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VI – IX</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5</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Koordinacija u izradi predmetnih kurikuluma</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VI – IX</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15</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Izrada školskog kurikuluma</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VI – IX</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10</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Izrada Razvojnog plana i programa škole</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VI – IX</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5</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Planiranje i programiranje rada Učiteljskog i Razrednih vijeća</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 – VI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30</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Izrada zaduženja učitelja</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VI – VIII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20</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Izrada smjernica i pomoć učiteljima pri tematskim planiranjima</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 – VI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20</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Planiranje i organizacija školskih projekata</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 – VI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20</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1.</w:t>
            </w:r>
            <w:proofErr w:type="gramStart"/>
            <w:r>
              <w:rPr>
                <w:sz w:val="21"/>
              </w:rPr>
              <w:t>10.Planiranje</w:t>
            </w:r>
            <w:proofErr w:type="gramEnd"/>
            <w:r>
              <w:rPr>
                <w:sz w:val="21"/>
              </w:rPr>
              <w:t xml:space="preserve"> i organizacija stručnog usavršavanja</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 – VI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20</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1.</w:t>
            </w:r>
            <w:proofErr w:type="gramStart"/>
            <w:r>
              <w:rPr>
                <w:sz w:val="21"/>
              </w:rPr>
              <w:t>11.Planiranje</w:t>
            </w:r>
            <w:proofErr w:type="gramEnd"/>
            <w:r>
              <w:rPr>
                <w:sz w:val="21"/>
              </w:rPr>
              <w:t xml:space="preserve"> nabave opreme i namještaja</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 – VI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40</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1.</w:t>
            </w:r>
            <w:proofErr w:type="gramStart"/>
            <w:r>
              <w:rPr>
                <w:sz w:val="21"/>
              </w:rPr>
              <w:t>12.Planiranje</w:t>
            </w:r>
            <w:proofErr w:type="gramEnd"/>
            <w:r>
              <w:rPr>
                <w:sz w:val="21"/>
              </w:rPr>
              <w:t xml:space="preserve"> i organizacija uređenja okoliša škole</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 – VI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30</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1.</w:t>
            </w:r>
            <w:proofErr w:type="gramStart"/>
            <w:r>
              <w:rPr>
                <w:sz w:val="21"/>
              </w:rPr>
              <w:t>13.Ostali</w:t>
            </w:r>
            <w:proofErr w:type="gramEnd"/>
            <w:r>
              <w:rPr>
                <w:sz w:val="21"/>
              </w:rPr>
              <w:t xml:space="preserve"> poslovi</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 – VIII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roofErr w:type="gramStart"/>
            <w:r>
              <w:rPr>
                <w:sz w:val="21"/>
              </w:rPr>
              <w:t>POSLOVI  ORGANIZACIJE</w:t>
            </w:r>
            <w:proofErr w:type="gramEnd"/>
            <w:r>
              <w:rPr>
                <w:sz w:val="21"/>
              </w:rPr>
              <w:t xml:space="preserve">  I KOORDINACIJE RADA</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Izrada prijedloga organizacije rada Škole (broj razrednih odjela, broj smjena, radno vrijeme smjena, organizacija rada izborne nastave, INA, izrada kompletne organizacije rada Škole).</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 – VIII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30</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Izrada Godišnjeg kalendara rada škole</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VIII – IX</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30</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Izrada strukture radnog vremena i zaduženja učitelja</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VI – IX</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30</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9535DC" w:rsidRDefault="0033216C" w:rsidP="0033216C">
            <w:pPr>
              <w:wordWrap w:val="0"/>
              <w:spacing w:after="20"/>
              <w:rPr>
                <w:sz w:val="21"/>
              </w:rPr>
            </w:pPr>
            <w:r>
              <w:rPr>
                <w:sz w:val="21"/>
              </w:rPr>
              <w:lastRenderedPageBreak/>
              <w:t xml:space="preserve">Organizacija i koordinacija vanjskog vrednovanja prema planu </w:t>
            </w:r>
          </w:p>
          <w:p w:rsidR="0033216C" w:rsidRPr="008C76D4" w:rsidRDefault="0033216C" w:rsidP="0033216C">
            <w:pPr>
              <w:wordWrap w:val="0"/>
              <w:spacing w:after="20"/>
            </w:pPr>
            <w:r>
              <w:rPr>
                <w:sz w:val="21"/>
              </w:rPr>
              <w:t>NCVVO-a</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 – VI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5</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Organizacija i koordinacija samovrednovanja škole</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 – VI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10</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Organizacija prijevoza i prehrane učenika</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 – VII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35</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2120CE" w:rsidRDefault="0033216C" w:rsidP="0033216C">
            <w:pPr>
              <w:wordWrap w:val="0"/>
              <w:spacing w:after="20"/>
              <w:rPr>
                <w:sz w:val="21"/>
              </w:rPr>
            </w:pPr>
            <w:r>
              <w:rPr>
                <w:sz w:val="21"/>
              </w:rPr>
              <w:t xml:space="preserve">Organizacija i koordinacija zdravstvene i socijalne zaštite </w:t>
            </w:r>
          </w:p>
          <w:p w:rsidR="0033216C" w:rsidRPr="008C76D4" w:rsidRDefault="0033216C" w:rsidP="0033216C">
            <w:pPr>
              <w:wordWrap w:val="0"/>
              <w:spacing w:after="20"/>
            </w:pPr>
            <w:r>
              <w:rPr>
                <w:sz w:val="21"/>
              </w:rPr>
              <w:t>učenika</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 – VI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5</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2120CE" w:rsidRDefault="0033216C" w:rsidP="0033216C">
            <w:pPr>
              <w:wordWrap w:val="0"/>
              <w:spacing w:after="20"/>
              <w:rPr>
                <w:sz w:val="21"/>
              </w:rPr>
            </w:pPr>
            <w:r>
              <w:rPr>
                <w:sz w:val="21"/>
              </w:rPr>
              <w:t xml:space="preserve">Organizacija i priprema izvanučionične nastave, izleta i </w:t>
            </w:r>
          </w:p>
          <w:p w:rsidR="0033216C" w:rsidRPr="008C76D4" w:rsidRDefault="0033216C" w:rsidP="0033216C">
            <w:pPr>
              <w:wordWrap w:val="0"/>
              <w:spacing w:after="20"/>
            </w:pPr>
            <w:r>
              <w:rPr>
                <w:sz w:val="21"/>
              </w:rPr>
              <w:t>ekskurzija</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 – VI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30</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Organizacija i koordinacija rada kolegijalnih tijela škole</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 – VIII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20</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2.</w:t>
            </w:r>
            <w:proofErr w:type="gramStart"/>
            <w:r>
              <w:rPr>
                <w:sz w:val="21"/>
              </w:rPr>
              <w:t>10.Organizacija</w:t>
            </w:r>
            <w:proofErr w:type="gramEnd"/>
            <w:r>
              <w:rPr>
                <w:sz w:val="21"/>
              </w:rPr>
              <w:t xml:space="preserve"> i koordinacija upisa učenika u 1. razred</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IV – VII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5</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2120CE" w:rsidRDefault="0033216C" w:rsidP="0033216C">
            <w:pPr>
              <w:wordWrap w:val="0"/>
              <w:spacing w:after="20"/>
              <w:rPr>
                <w:sz w:val="21"/>
              </w:rPr>
            </w:pPr>
            <w:r>
              <w:rPr>
                <w:sz w:val="21"/>
              </w:rPr>
              <w:t>2.</w:t>
            </w:r>
            <w:proofErr w:type="gramStart"/>
            <w:r>
              <w:rPr>
                <w:sz w:val="21"/>
              </w:rPr>
              <w:t>11.Organizacija</w:t>
            </w:r>
            <w:proofErr w:type="gramEnd"/>
            <w:r>
              <w:rPr>
                <w:sz w:val="21"/>
              </w:rPr>
              <w:t xml:space="preserve"> i koordinacija obilježavanja državnih </w:t>
            </w:r>
          </w:p>
          <w:p w:rsidR="0033216C" w:rsidRPr="008C76D4" w:rsidRDefault="0033216C" w:rsidP="0033216C">
            <w:pPr>
              <w:wordWrap w:val="0"/>
              <w:spacing w:after="20"/>
            </w:pPr>
            <w:r>
              <w:rPr>
                <w:sz w:val="21"/>
              </w:rPr>
              <w:t>blagdana praznika</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 – VI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15</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2.</w:t>
            </w:r>
            <w:proofErr w:type="gramStart"/>
            <w:r>
              <w:rPr>
                <w:sz w:val="21"/>
              </w:rPr>
              <w:t>12.Organizacija</w:t>
            </w:r>
            <w:proofErr w:type="gramEnd"/>
            <w:r>
              <w:rPr>
                <w:sz w:val="21"/>
              </w:rPr>
              <w:t xml:space="preserve"> zamjena nenazočnih učitelja</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 – VI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10</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2.</w:t>
            </w:r>
            <w:proofErr w:type="gramStart"/>
            <w:r>
              <w:rPr>
                <w:sz w:val="21"/>
              </w:rPr>
              <w:t>13.Organizacija</w:t>
            </w:r>
            <w:proofErr w:type="gramEnd"/>
            <w:r>
              <w:rPr>
                <w:sz w:val="21"/>
              </w:rPr>
              <w:t xml:space="preserve"> popravnih, predmetnih i razrednih ispita</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VI i VIII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25</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2.</w:t>
            </w:r>
            <w:proofErr w:type="gramStart"/>
            <w:r>
              <w:rPr>
                <w:sz w:val="21"/>
              </w:rPr>
              <w:t>14.Organizacija</w:t>
            </w:r>
            <w:proofErr w:type="gramEnd"/>
            <w:r>
              <w:rPr>
                <w:sz w:val="21"/>
              </w:rPr>
              <w:t xml:space="preserve"> poslova vezana uz podjelu udžbenika</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V-IX</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15</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2.15. Poslovi vezani uz natjecanja učenika</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I-VI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20</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 xml:space="preserve">2.16. Organizacija popravaka, uređenja, </w:t>
            </w:r>
            <w:proofErr w:type="gramStart"/>
            <w:r>
              <w:rPr>
                <w:sz w:val="21"/>
              </w:rPr>
              <w:t>adaptacija  prostora</w:t>
            </w:r>
            <w:proofErr w:type="gramEnd"/>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 - VIII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30</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2.</w:t>
            </w:r>
            <w:proofErr w:type="gramStart"/>
            <w:r>
              <w:rPr>
                <w:sz w:val="21"/>
              </w:rPr>
              <w:t>17.Ostali</w:t>
            </w:r>
            <w:proofErr w:type="gramEnd"/>
            <w:r>
              <w:rPr>
                <w:sz w:val="21"/>
              </w:rPr>
              <w:t xml:space="preserve"> poslovi</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 – VIII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PRAĆENJE REALIZACIJE PLANIRANOG RADA ŠKOLE</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 xml:space="preserve">Praćenje </w:t>
            </w:r>
            <w:proofErr w:type="gramStart"/>
            <w:r>
              <w:rPr>
                <w:sz w:val="21"/>
              </w:rPr>
              <w:t>i  uvid</w:t>
            </w:r>
            <w:proofErr w:type="gramEnd"/>
            <w:r>
              <w:rPr>
                <w:sz w:val="21"/>
              </w:rPr>
              <w:t xml:space="preserve"> u ostvarenje Plana i programa rada škole</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 – VI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40</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2120CE" w:rsidRDefault="0033216C" w:rsidP="0033216C">
            <w:pPr>
              <w:wordWrap w:val="0"/>
              <w:spacing w:after="20"/>
              <w:rPr>
                <w:sz w:val="21"/>
              </w:rPr>
            </w:pPr>
            <w:r>
              <w:rPr>
                <w:sz w:val="21"/>
              </w:rPr>
              <w:t xml:space="preserve">Vrednovanje i analiza uspjeha na kraju odgojno obrazovnih </w:t>
            </w:r>
          </w:p>
          <w:p w:rsidR="0033216C" w:rsidRPr="008C76D4" w:rsidRDefault="0033216C" w:rsidP="0033216C">
            <w:pPr>
              <w:wordWrap w:val="0"/>
              <w:spacing w:after="20"/>
            </w:pPr>
            <w:r>
              <w:rPr>
                <w:sz w:val="21"/>
              </w:rPr>
              <w:t>razdoblja</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XII i VI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20</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2120CE" w:rsidRDefault="0033216C" w:rsidP="0033216C">
            <w:pPr>
              <w:wordWrap w:val="0"/>
              <w:spacing w:after="20"/>
              <w:rPr>
                <w:sz w:val="21"/>
              </w:rPr>
            </w:pPr>
            <w:r>
              <w:rPr>
                <w:sz w:val="21"/>
              </w:rPr>
              <w:t xml:space="preserve">Administrativno pedagoško instruktivni rad s učiteljima, </w:t>
            </w:r>
          </w:p>
          <w:p w:rsidR="0033216C" w:rsidRPr="008C76D4" w:rsidRDefault="0033216C" w:rsidP="0033216C">
            <w:pPr>
              <w:wordWrap w:val="0"/>
              <w:spacing w:after="20"/>
            </w:pPr>
            <w:r>
              <w:rPr>
                <w:sz w:val="21"/>
              </w:rPr>
              <w:t>stručnim suradnicima i pripravnicima</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 – VI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15</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Praćenje rada školskih povjerenstava</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 – VI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10</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Praćenje i koordinacija rada administrativne službe</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 – VIII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25</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Praćenje i koordinacija rada tehničke službe</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 – VIII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35</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Praćenje i analiza suradnje s institucijama izvan škole</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 – VIII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35</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Kontrola pedagoške dokumentacije</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 – VIII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50</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Ostali poslovi</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 – VIII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RAD U STRUČNIM I KOLEGIJALNIM TIJELIMA ŠKOLE</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2120CE" w:rsidRDefault="0033216C" w:rsidP="0033216C">
            <w:pPr>
              <w:wordWrap w:val="0"/>
              <w:spacing w:after="20"/>
              <w:rPr>
                <w:sz w:val="21"/>
              </w:rPr>
            </w:pPr>
            <w:r>
              <w:rPr>
                <w:sz w:val="21"/>
              </w:rPr>
              <w:t xml:space="preserve">Planiranje, pripremanje i vođenje sjednica </w:t>
            </w:r>
            <w:proofErr w:type="gramStart"/>
            <w:r>
              <w:rPr>
                <w:sz w:val="21"/>
              </w:rPr>
              <w:t>kolegijalnih  i</w:t>
            </w:r>
            <w:proofErr w:type="gramEnd"/>
            <w:r>
              <w:rPr>
                <w:sz w:val="21"/>
              </w:rPr>
              <w:t xml:space="preserve"> </w:t>
            </w:r>
          </w:p>
          <w:p w:rsidR="0033216C" w:rsidRPr="008C76D4" w:rsidRDefault="0033216C" w:rsidP="0033216C">
            <w:pPr>
              <w:wordWrap w:val="0"/>
              <w:spacing w:after="20"/>
            </w:pPr>
            <w:r>
              <w:rPr>
                <w:sz w:val="21"/>
              </w:rPr>
              <w:t>stručnih tijela</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 – VIII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20</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Suradnja sa Sindikalnom podružnicom škole</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 – VIII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20</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Ostali poslovi</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 – VIII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2120CE" w:rsidRDefault="0033216C" w:rsidP="0033216C">
            <w:pPr>
              <w:wordWrap w:val="0"/>
              <w:spacing w:after="20"/>
              <w:rPr>
                <w:sz w:val="21"/>
              </w:rPr>
            </w:pPr>
            <w:r>
              <w:rPr>
                <w:sz w:val="21"/>
              </w:rPr>
              <w:t xml:space="preserve">RAD S UČENICIMA, UČITELJIMA, STRUČNIM SURADNICIMA I </w:t>
            </w:r>
          </w:p>
          <w:p w:rsidR="0033216C" w:rsidRPr="008C76D4" w:rsidRDefault="0033216C" w:rsidP="0033216C">
            <w:pPr>
              <w:wordWrap w:val="0"/>
              <w:spacing w:after="20"/>
            </w:pPr>
            <w:r>
              <w:rPr>
                <w:sz w:val="21"/>
              </w:rPr>
              <w:t>RODITELJIMA</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2120CE" w:rsidRDefault="0033216C" w:rsidP="0033216C">
            <w:pPr>
              <w:wordWrap w:val="0"/>
              <w:spacing w:after="20"/>
              <w:rPr>
                <w:sz w:val="21"/>
              </w:rPr>
            </w:pPr>
            <w:r>
              <w:rPr>
                <w:sz w:val="21"/>
              </w:rPr>
              <w:lastRenderedPageBreak/>
              <w:t xml:space="preserve">5.1. Dnevna, tjedna i mjesečna planiranja s učiteljima i </w:t>
            </w:r>
          </w:p>
          <w:p w:rsidR="0033216C" w:rsidRPr="008C76D4" w:rsidRDefault="0033216C" w:rsidP="0033216C">
            <w:pPr>
              <w:wordWrap w:val="0"/>
              <w:spacing w:after="20"/>
            </w:pPr>
            <w:r>
              <w:rPr>
                <w:sz w:val="21"/>
              </w:rPr>
              <w:t>suradnicima</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 – VIII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25</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5.2. Praćenje rada učeničkih društava, grupa i pomoć pri radu</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 – VI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35</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5.3. Briga o sigurnosti, pravima i obvezama učenika</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 – VI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25</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2120CE" w:rsidRDefault="0033216C" w:rsidP="0033216C">
            <w:pPr>
              <w:wordWrap w:val="0"/>
              <w:spacing w:after="20"/>
              <w:rPr>
                <w:sz w:val="21"/>
              </w:rPr>
            </w:pPr>
            <w:r>
              <w:rPr>
                <w:sz w:val="21"/>
              </w:rPr>
              <w:t xml:space="preserve">5.4. Suradnja i pomoć pri realizaciji poslova svih djelatnika </w:t>
            </w:r>
          </w:p>
          <w:p w:rsidR="0033216C" w:rsidRPr="008C76D4" w:rsidRDefault="0033216C" w:rsidP="0033216C">
            <w:pPr>
              <w:wordWrap w:val="0"/>
              <w:spacing w:after="20"/>
            </w:pPr>
            <w:r>
              <w:rPr>
                <w:sz w:val="21"/>
              </w:rPr>
              <w:t>škole</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 – VIII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35</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5.5. Briga o sigurnosti, pravima i obvezama svih zaposlenika</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 – VIII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35</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5.6. Savjetodavni rad s rod</w:t>
            </w:r>
            <w:r w:rsidR="002120CE">
              <w:rPr>
                <w:sz w:val="21"/>
              </w:rPr>
              <w:t>iteljima (individualno i skupno)</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 – VIII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25</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5.7. Uvođenje pripravnika u odgojno-obrazovni rad</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IX-VIII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15</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5.8. Poslovi oko napredovanja učitelja i stručnih suradnika</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IX-VIII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10</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5.9. Ostali poslovi</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 – VIII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ADMINISTRATIVNO – UPRAVNI I RAČUNOVODSTVENI POSLOVI</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Rad i suradnja s tajnikom škole</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 – VIII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35</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Provedba zakonskih i podzakonskih akata te naputaka MZOS-a</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 – VIII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20</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Usklađivanje i provedba općih i pojedinačnih akata škole</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 – VIII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25</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Provođenje raznih natječaja za potrebe škole</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 – VIII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15</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6.5.  Prijem u radni odnos</w:t>
            </w:r>
            <w:r w:rsidR="002120CE">
              <w:rPr>
                <w:sz w:val="21"/>
              </w:rPr>
              <w:t xml:space="preserve"> (uz suglasnost Školskog odbora)</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 – VIII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15</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Poslovi zastupanja škole</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 – VIII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20</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6.7.  Rad i suradnja s računovođom škole</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 – VIII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35</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6.8.  Izrada financijskog plana škole</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VIII – IX</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25</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6.9.  Kontrola i nadzor računovodstvenog poslovanja</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 – VIII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15</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6.10 Organizacija i provedba inventure</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XII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20</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6.11. Poslovi vezani uz e-matice</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VI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15</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6.12. Potpisivanje i provjera svjedodžbi</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VI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20</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6.13. Organizacija nabave i podjele potrošnog materijala</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VIII i 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20</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6.14. Ostali poslovi</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 – VIII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roofErr w:type="gramStart"/>
            <w:r>
              <w:rPr>
                <w:sz w:val="21"/>
              </w:rPr>
              <w:t>SURADNJA  S</w:t>
            </w:r>
            <w:proofErr w:type="gramEnd"/>
            <w:r>
              <w:rPr>
                <w:sz w:val="21"/>
              </w:rPr>
              <w:t xml:space="preserve">  UDRUGAMA, USTANOVAMA I INSTITUCIJAMA</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Predstavljanje škole</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 – VIII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20</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Suradnja s Ministarstvom znanosti, obrazovanja i športa</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 – VIII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15</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Suradnja s Agencijom za odgoj i obrazovanje</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 – VIII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10</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2120CE" w:rsidRDefault="0033216C" w:rsidP="0033216C">
            <w:pPr>
              <w:wordWrap w:val="0"/>
              <w:spacing w:after="20"/>
              <w:rPr>
                <w:sz w:val="21"/>
              </w:rPr>
            </w:pPr>
            <w:r>
              <w:rPr>
                <w:sz w:val="21"/>
              </w:rPr>
              <w:t xml:space="preserve">Suradnja s Nacionalnim centrom za vanjsko vrednovanje </w:t>
            </w:r>
          </w:p>
          <w:p w:rsidR="0033216C" w:rsidRPr="008C76D4" w:rsidRDefault="0033216C" w:rsidP="0033216C">
            <w:pPr>
              <w:wordWrap w:val="0"/>
              <w:spacing w:after="20"/>
            </w:pPr>
            <w:r>
              <w:rPr>
                <w:sz w:val="21"/>
              </w:rPr>
              <w:t>obrazovanja</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 – VIII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10</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Suradnja s Agencijom za mobilnost i programe EU</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 – VIII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10</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2120CE" w:rsidRDefault="0033216C" w:rsidP="0033216C">
            <w:pPr>
              <w:wordWrap w:val="0"/>
              <w:spacing w:after="20"/>
              <w:rPr>
                <w:sz w:val="21"/>
              </w:rPr>
            </w:pPr>
            <w:r>
              <w:rPr>
                <w:sz w:val="21"/>
              </w:rPr>
              <w:t xml:space="preserve">Suradnja s ostalim Agencijama za obrazovanje na državnoj </w:t>
            </w:r>
          </w:p>
          <w:p w:rsidR="0033216C" w:rsidRPr="008C76D4" w:rsidRDefault="0033216C" w:rsidP="0033216C">
            <w:pPr>
              <w:wordWrap w:val="0"/>
              <w:spacing w:after="20"/>
            </w:pPr>
            <w:r>
              <w:rPr>
                <w:sz w:val="21"/>
              </w:rPr>
              <w:t>razini</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 – VIII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5</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Suradnja s Uredom državne uprave</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 – VIII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15</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Suradnja s osnivačem</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 – VIII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30</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lastRenderedPageBreak/>
              <w:t>Suradnja s Zavodom za zapošljavanje</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 – VIII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10</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7.</w:t>
            </w:r>
            <w:proofErr w:type="gramStart"/>
            <w:r>
              <w:rPr>
                <w:sz w:val="21"/>
              </w:rPr>
              <w:t>10.Suradnja</w:t>
            </w:r>
            <w:proofErr w:type="gramEnd"/>
            <w:r>
              <w:rPr>
                <w:sz w:val="21"/>
              </w:rPr>
              <w:t xml:space="preserve"> s Zavodom za javno zdravstvo</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 – VIII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5</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7.</w:t>
            </w:r>
            <w:proofErr w:type="gramStart"/>
            <w:r>
              <w:rPr>
                <w:sz w:val="21"/>
              </w:rPr>
              <w:t>11.Suradnja</w:t>
            </w:r>
            <w:proofErr w:type="gramEnd"/>
            <w:r>
              <w:rPr>
                <w:sz w:val="21"/>
              </w:rPr>
              <w:t xml:space="preserve"> s Centrom za socijalnu skrb</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 – VIII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15</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7.</w:t>
            </w:r>
            <w:proofErr w:type="gramStart"/>
            <w:r>
              <w:rPr>
                <w:sz w:val="21"/>
              </w:rPr>
              <w:t>12.Suradnja</w:t>
            </w:r>
            <w:proofErr w:type="gramEnd"/>
            <w:r>
              <w:rPr>
                <w:sz w:val="21"/>
              </w:rPr>
              <w:t xml:space="preserve"> s Obiteljskim centrom</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 – VIII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5</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7.</w:t>
            </w:r>
            <w:proofErr w:type="gramStart"/>
            <w:r>
              <w:rPr>
                <w:sz w:val="21"/>
              </w:rPr>
              <w:t>13.Suradnja</w:t>
            </w:r>
            <w:proofErr w:type="gramEnd"/>
            <w:r>
              <w:rPr>
                <w:sz w:val="21"/>
              </w:rPr>
              <w:t xml:space="preserve"> s Policijskom upravom</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 –VIII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5</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7.</w:t>
            </w:r>
            <w:proofErr w:type="gramStart"/>
            <w:r>
              <w:rPr>
                <w:sz w:val="21"/>
              </w:rPr>
              <w:t>14.Suradnja</w:t>
            </w:r>
            <w:proofErr w:type="gramEnd"/>
            <w:r>
              <w:rPr>
                <w:sz w:val="21"/>
              </w:rPr>
              <w:t xml:space="preserve"> s Župnim uredom</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 – VIII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5</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7.</w:t>
            </w:r>
            <w:proofErr w:type="gramStart"/>
            <w:r>
              <w:rPr>
                <w:sz w:val="21"/>
              </w:rPr>
              <w:t>15.Suradnja</w:t>
            </w:r>
            <w:proofErr w:type="gramEnd"/>
            <w:r>
              <w:rPr>
                <w:sz w:val="21"/>
              </w:rPr>
              <w:t xml:space="preserve"> s ostalim osnovnim i srednjim školama</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 – VIII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10</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7.</w:t>
            </w:r>
            <w:proofErr w:type="gramStart"/>
            <w:r>
              <w:rPr>
                <w:sz w:val="21"/>
              </w:rPr>
              <w:t>16.Suradnja</w:t>
            </w:r>
            <w:proofErr w:type="gramEnd"/>
            <w:r>
              <w:rPr>
                <w:sz w:val="21"/>
              </w:rPr>
              <w:t xml:space="preserve"> s turističkim agencijama</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 – VIII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15</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2120CE" w:rsidRDefault="0033216C" w:rsidP="0033216C">
            <w:pPr>
              <w:wordWrap w:val="0"/>
              <w:spacing w:after="20"/>
              <w:rPr>
                <w:sz w:val="21"/>
              </w:rPr>
            </w:pPr>
            <w:r>
              <w:rPr>
                <w:sz w:val="21"/>
              </w:rPr>
              <w:t>7.</w:t>
            </w:r>
            <w:proofErr w:type="gramStart"/>
            <w:r>
              <w:rPr>
                <w:sz w:val="21"/>
              </w:rPr>
              <w:t>17.Suradnja</w:t>
            </w:r>
            <w:proofErr w:type="gramEnd"/>
            <w:r>
              <w:rPr>
                <w:sz w:val="21"/>
              </w:rPr>
              <w:t xml:space="preserve"> s kulturnim i športskim ustanovama i </w:t>
            </w:r>
          </w:p>
          <w:p w:rsidR="0033216C" w:rsidRPr="008C76D4" w:rsidRDefault="0033216C" w:rsidP="0033216C">
            <w:pPr>
              <w:wordWrap w:val="0"/>
              <w:spacing w:after="20"/>
            </w:pPr>
            <w:r>
              <w:rPr>
                <w:sz w:val="21"/>
              </w:rPr>
              <w:t>institucijama</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 – VIII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20</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7.</w:t>
            </w:r>
            <w:proofErr w:type="gramStart"/>
            <w:r>
              <w:rPr>
                <w:sz w:val="21"/>
              </w:rPr>
              <w:t>18.Suradnja</w:t>
            </w:r>
            <w:proofErr w:type="gramEnd"/>
            <w:r>
              <w:rPr>
                <w:sz w:val="21"/>
              </w:rPr>
              <w:t xml:space="preserve"> sa svim udrugama</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 – VIII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15</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7.</w:t>
            </w:r>
            <w:proofErr w:type="gramStart"/>
            <w:r>
              <w:rPr>
                <w:sz w:val="21"/>
              </w:rPr>
              <w:t>19.Ostali</w:t>
            </w:r>
            <w:proofErr w:type="gramEnd"/>
            <w:r>
              <w:rPr>
                <w:sz w:val="21"/>
              </w:rPr>
              <w:t xml:space="preserve"> poslovi</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 – VIII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5</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STRUČNO USAVRŠAVANJE</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Stručno usavršavanje u matičnoj ustanovi</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 – VI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10</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2120CE" w:rsidRDefault="0033216C" w:rsidP="0033216C">
            <w:pPr>
              <w:wordWrap w:val="0"/>
              <w:spacing w:after="20"/>
              <w:rPr>
                <w:sz w:val="21"/>
              </w:rPr>
            </w:pPr>
            <w:r>
              <w:rPr>
                <w:sz w:val="21"/>
              </w:rPr>
              <w:t xml:space="preserve">Stručno usavršavanje u organizaciji ŽSV-a, MZOŠ-a, AZZO-a, </w:t>
            </w:r>
          </w:p>
          <w:p w:rsidR="0033216C" w:rsidRPr="008C76D4" w:rsidRDefault="0033216C" w:rsidP="0033216C">
            <w:pPr>
              <w:wordWrap w:val="0"/>
              <w:spacing w:after="20"/>
            </w:pPr>
            <w:r>
              <w:rPr>
                <w:sz w:val="21"/>
              </w:rPr>
              <w:t>HUROŠ-a</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 – VI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20</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Stručno usavršavanje u organizaciji ostalih ustanova</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 – VI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10</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Praćenje suvremene odgojno obrazovne literature</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 – VI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20</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Ostala stručna usavršavanja</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 – VI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15</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OSTALI POSLOVI RAVNATELJA</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Vođenje evidencija i dokumentacije</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 – VI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35</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Ostali nepredvidivi poslovi</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 – VI</w:t>
            </w:r>
          </w:p>
        </w:tc>
        <w:tc>
          <w:tcPr>
            <w:tcW w:w="198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23</w:t>
            </w:r>
          </w:p>
        </w:tc>
      </w:tr>
      <w:tr w:rsidR="0033216C" w:rsidRPr="008C76D4" w:rsidTr="009535DC">
        <w:trPr>
          <w:cantSplit/>
          <w:jc w:val="center"/>
        </w:trPr>
        <w:tc>
          <w:tcPr>
            <w:tcW w:w="567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UKUPAN BROJ PLANIRANIH SATI RADA GODIŠNJE:</w:t>
            </w:r>
          </w:p>
        </w:tc>
        <w:tc>
          <w:tcPr>
            <w:tcW w:w="3968" w:type="dxa"/>
            <w:gridSpan w:val="2"/>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1762</w:t>
            </w:r>
          </w:p>
        </w:tc>
      </w:tr>
    </w:tbl>
    <w:p w:rsidR="00CD5307" w:rsidRDefault="0033216C">
      <w:pPr>
        <w:pStyle w:val="Naslov2"/>
      </w:pPr>
      <w:r>
        <w:t>Plan rada stručnog suradnika pedagoga</w:t>
      </w:r>
    </w:p>
    <w:tbl>
      <w:tblPr>
        <w:tblStyle w:val="Reetkatablice"/>
        <w:tblW w:w="9639" w:type="dxa"/>
        <w:jc w:val="center"/>
        <w:tblLayout w:type="fixed"/>
        <w:tblCellMar>
          <w:top w:w="3" w:type="dxa"/>
          <w:bottom w:w="5" w:type="dxa"/>
          <w:right w:w="115" w:type="dxa"/>
        </w:tblCellMar>
        <w:tblLook w:val="04A0" w:firstRow="1" w:lastRow="0" w:firstColumn="1" w:lastColumn="0" w:noHBand="0" w:noVBand="1"/>
      </w:tblPr>
      <w:tblGrid>
        <w:gridCol w:w="1020"/>
        <w:gridCol w:w="7485"/>
        <w:gridCol w:w="1134"/>
      </w:tblGrid>
      <w:tr w:rsidR="0033216C" w:rsidRPr="008C76D4" w:rsidTr="0033216C">
        <w:trPr>
          <w:cantSplit/>
          <w:tblHeader/>
          <w:jc w:val="center"/>
        </w:trPr>
        <w:tc>
          <w:tcPr>
            <w:tcW w:w="1020"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33216C" w:rsidRPr="008C76D4" w:rsidRDefault="0033216C" w:rsidP="0033216C">
            <w:pPr>
              <w:keepNext/>
              <w:wordWrap w:val="0"/>
              <w:spacing w:after="20"/>
            </w:pPr>
          </w:p>
        </w:tc>
        <w:tc>
          <w:tcPr>
            <w:tcW w:w="7484"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33216C" w:rsidRPr="008C76D4" w:rsidRDefault="0033216C" w:rsidP="0033216C">
            <w:pPr>
              <w:keepNext/>
              <w:wordWrap w:val="0"/>
              <w:spacing w:after="20"/>
            </w:pPr>
            <w:r>
              <w:rPr>
                <w:b/>
                <w:sz w:val="21"/>
              </w:rPr>
              <w:t xml:space="preserve">Poslovi i zadaci tijekom školske godine </w:t>
            </w:r>
            <w:proofErr w:type="gramStart"/>
            <w:r>
              <w:rPr>
                <w:b/>
                <w:sz w:val="21"/>
              </w:rPr>
              <w:t>2026./</w:t>
            </w:r>
            <w:proofErr w:type="gramEnd"/>
            <w:r>
              <w:rPr>
                <w:b/>
                <w:sz w:val="21"/>
              </w:rPr>
              <w:t>2027.</w:t>
            </w:r>
          </w:p>
        </w:tc>
        <w:tc>
          <w:tcPr>
            <w:tcW w:w="1134"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33216C" w:rsidRPr="008C76D4" w:rsidRDefault="0033216C" w:rsidP="0033216C">
            <w:pPr>
              <w:keepNext/>
              <w:wordWrap w:val="0"/>
              <w:spacing w:after="20"/>
            </w:pPr>
          </w:p>
        </w:tc>
      </w:tr>
      <w:tr w:rsidR="0033216C" w:rsidRPr="008C76D4" w:rsidTr="0033216C">
        <w:trPr>
          <w:cantSplit/>
          <w:jc w:val="center"/>
        </w:trPr>
        <w:tc>
          <w:tcPr>
            <w:tcW w:w="102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Mjesec</w:t>
            </w:r>
          </w:p>
        </w:tc>
        <w:tc>
          <w:tcPr>
            <w:tcW w:w="748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Sadržaj rada</w:t>
            </w:r>
          </w:p>
        </w:tc>
        <w:tc>
          <w:tcPr>
            <w:tcW w:w="113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Broj sati</w:t>
            </w:r>
          </w:p>
        </w:tc>
      </w:tr>
      <w:tr w:rsidR="0033216C" w:rsidRPr="008C76D4" w:rsidTr="0033216C">
        <w:trPr>
          <w:cantSplit/>
          <w:jc w:val="center"/>
        </w:trPr>
        <w:tc>
          <w:tcPr>
            <w:tcW w:w="102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VIII.-IX.</w:t>
            </w:r>
          </w:p>
        </w:tc>
        <w:tc>
          <w:tcPr>
            <w:tcW w:w="748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1. POSLOVI PRIPREME ZA OSTVARENJE ŠKOLSKOG PROGRAMA</w:t>
            </w:r>
          </w:p>
        </w:tc>
        <w:tc>
          <w:tcPr>
            <w:tcW w:w="113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190</w:t>
            </w:r>
          </w:p>
        </w:tc>
      </w:tr>
      <w:tr w:rsidR="0033216C" w:rsidRPr="008C76D4" w:rsidTr="0033216C">
        <w:trPr>
          <w:cantSplit/>
          <w:jc w:val="center"/>
        </w:trPr>
        <w:tc>
          <w:tcPr>
            <w:tcW w:w="102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748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1.1. Organizacijski poslovi – planiranje</w:t>
            </w:r>
          </w:p>
          <w:p w:rsidR="0033216C" w:rsidRPr="008C76D4" w:rsidRDefault="0033216C" w:rsidP="0033216C">
            <w:pPr>
              <w:wordWrap w:val="0"/>
              <w:spacing w:after="20"/>
            </w:pPr>
            <w:r>
              <w:rPr>
                <w:sz w:val="21"/>
              </w:rPr>
              <w:t>Sudjelovanje u izradi Godišnjeg plana i programa rada škole, Školskoga kurikuluma</w:t>
            </w:r>
          </w:p>
          <w:p w:rsidR="0033216C" w:rsidRPr="008C76D4" w:rsidRDefault="0033216C" w:rsidP="0033216C">
            <w:pPr>
              <w:wordWrap w:val="0"/>
              <w:spacing w:after="20"/>
            </w:pPr>
            <w:r>
              <w:rPr>
                <w:sz w:val="21"/>
              </w:rPr>
              <w:t>Izrada godišnjeg i mjesečnog plana i programa rada pedagoga</w:t>
            </w:r>
          </w:p>
          <w:p w:rsidR="0033216C" w:rsidRPr="008C76D4" w:rsidRDefault="0033216C" w:rsidP="0033216C">
            <w:pPr>
              <w:wordWrap w:val="0"/>
              <w:spacing w:after="20"/>
            </w:pPr>
            <w:r>
              <w:rPr>
                <w:sz w:val="21"/>
              </w:rPr>
              <w:t>Planiranje projekata i istraživanja</w:t>
            </w:r>
          </w:p>
          <w:p w:rsidR="0033216C" w:rsidRPr="008C76D4" w:rsidRDefault="0033216C" w:rsidP="0033216C">
            <w:pPr>
              <w:wordWrap w:val="0"/>
              <w:spacing w:after="20"/>
            </w:pPr>
            <w:r>
              <w:rPr>
                <w:sz w:val="21"/>
              </w:rPr>
              <w:t>Pomoć u godišnjem i mjesečnom planiranju učitelja</w:t>
            </w:r>
          </w:p>
        </w:tc>
        <w:tc>
          <w:tcPr>
            <w:tcW w:w="113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65</w:t>
            </w:r>
          </w:p>
        </w:tc>
      </w:tr>
      <w:tr w:rsidR="0033216C" w:rsidRPr="008C76D4" w:rsidTr="0033216C">
        <w:trPr>
          <w:cantSplit/>
          <w:jc w:val="center"/>
        </w:trPr>
        <w:tc>
          <w:tcPr>
            <w:tcW w:w="102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748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1.2. Izvedbeno planiranje i programiranje</w:t>
            </w:r>
          </w:p>
          <w:p w:rsidR="0033216C" w:rsidRPr="008C76D4" w:rsidRDefault="0033216C" w:rsidP="0033216C">
            <w:pPr>
              <w:wordWrap w:val="0"/>
              <w:spacing w:after="20"/>
            </w:pPr>
            <w:r>
              <w:rPr>
                <w:sz w:val="21"/>
              </w:rPr>
              <w:t>Sudjelovanje u planiranju i programiranju rada s učenicima s posebnim potrebama</w:t>
            </w:r>
          </w:p>
          <w:p w:rsidR="0033216C" w:rsidRPr="008C76D4" w:rsidRDefault="0033216C" w:rsidP="0033216C">
            <w:pPr>
              <w:wordWrap w:val="0"/>
              <w:spacing w:after="20"/>
            </w:pPr>
            <w:r>
              <w:rPr>
                <w:sz w:val="21"/>
              </w:rPr>
              <w:t>Planiranje praćenja napredovanja učenika</w:t>
            </w:r>
          </w:p>
          <w:p w:rsidR="0033216C" w:rsidRPr="008C76D4" w:rsidRDefault="0033216C" w:rsidP="0033216C">
            <w:pPr>
              <w:wordWrap w:val="0"/>
              <w:spacing w:after="20"/>
            </w:pPr>
            <w:r>
              <w:rPr>
                <w:sz w:val="21"/>
              </w:rPr>
              <w:t>Planiranje suradnje s roditeljima</w:t>
            </w:r>
          </w:p>
          <w:p w:rsidR="0033216C" w:rsidRPr="008C76D4" w:rsidRDefault="0033216C" w:rsidP="0033216C">
            <w:pPr>
              <w:wordWrap w:val="0"/>
              <w:spacing w:after="20"/>
            </w:pPr>
            <w:r>
              <w:rPr>
                <w:sz w:val="21"/>
              </w:rPr>
              <w:t>Planiranje i programiranje profesionalne orijentacije</w:t>
            </w:r>
          </w:p>
          <w:p w:rsidR="0033216C" w:rsidRPr="008C76D4" w:rsidRDefault="0033216C" w:rsidP="0033216C">
            <w:pPr>
              <w:wordWrap w:val="0"/>
              <w:spacing w:after="20"/>
            </w:pPr>
            <w:r>
              <w:rPr>
                <w:sz w:val="21"/>
              </w:rPr>
              <w:t>Pripremanje ind. programa za uvođenje pripravnika u samostalan rad Planiranje i programiranje praćenja i unaprjeđivanja nastave</w:t>
            </w:r>
          </w:p>
        </w:tc>
        <w:tc>
          <w:tcPr>
            <w:tcW w:w="113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10</w:t>
            </w:r>
          </w:p>
        </w:tc>
      </w:tr>
      <w:tr w:rsidR="0033216C" w:rsidRPr="008C76D4" w:rsidTr="0033216C">
        <w:trPr>
          <w:cantSplit/>
          <w:jc w:val="center"/>
        </w:trPr>
        <w:tc>
          <w:tcPr>
            <w:tcW w:w="102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748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1.3. Ostvarivanje uvjeta za realizaciju programa</w:t>
            </w:r>
          </w:p>
          <w:p w:rsidR="0033216C" w:rsidRPr="008C76D4" w:rsidRDefault="0033216C" w:rsidP="0033216C">
            <w:pPr>
              <w:wordWrap w:val="0"/>
              <w:spacing w:after="20"/>
            </w:pPr>
            <w:r>
              <w:rPr>
                <w:sz w:val="21"/>
              </w:rPr>
              <w:t>Praćenje i informiranje o inovacijama u nastavnoj opremi, sredstvima i pomagalima</w:t>
            </w:r>
          </w:p>
        </w:tc>
        <w:tc>
          <w:tcPr>
            <w:tcW w:w="113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5</w:t>
            </w:r>
          </w:p>
        </w:tc>
      </w:tr>
      <w:tr w:rsidR="0033216C" w:rsidRPr="008C76D4" w:rsidTr="0033216C">
        <w:trPr>
          <w:cantSplit/>
          <w:jc w:val="center"/>
        </w:trPr>
        <w:tc>
          <w:tcPr>
            <w:tcW w:w="102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IX.-VI.</w:t>
            </w:r>
          </w:p>
        </w:tc>
        <w:tc>
          <w:tcPr>
            <w:tcW w:w="748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2. NEPOSREDNO SUDJELOVANJE U ODGOJNO-OBRAZOVNOM PROCESU</w:t>
            </w:r>
          </w:p>
        </w:tc>
        <w:tc>
          <w:tcPr>
            <w:tcW w:w="113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900</w:t>
            </w:r>
          </w:p>
        </w:tc>
      </w:tr>
      <w:tr w:rsidR="0033216C" w:rsidRPr="008C76D4" w:rsidTr="0033216C">
        <w:tblPrEx>
          <w:tblCellMar>
            <w:top w:w="7" w:type="dxa"/>
            <w:right w:w="67" w:type="dxa"/>
          </w:tblCellMar>
        </w:tblPrEx>
        <w:trPr>
          <w:cantSplit/>
          <w:jc w:val="center"/>
        </w:trPr>
        <w:tc>
          <w:tcPr>
            <w:tcW w:w="102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748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2.1. Upis učenika i formiranje razrednih odjela</w:t>
            </w:r>
          </w:p>
          <w:p w:rsidR="0033216C" w:rsidRPr="008C76D4" w:rsidRDefault="0033216C" w:rsidP="0033216C">
            <w:pPr>
              <w:wordWrap w:val="0"/>
              <w:spacing w:after="20"/>
            </w:pPr>
            <w:r>
              <w:rPr>
                <w:sz w:val="21"/>
              </w:rPr>
              <w:t>Suradnja s djelatnicima predškole i vrtića</w:t>
            </w:r>
          </w:p>
          <w:p w:rsidR="0033216C" w:rsidRPr="008C76D4" w:rsidRDefault="0033216C" w:rsidP="0033216C">
            <w:pPr>
              <w:wordWrap w:val="0"/>
              <w:spacing w:after="20"/>
            </w:pPr>
            <w:r>
              <w:rPr>
                <w:sz w:val="21"/>
              </w:rPr>
              <w:t>Organizacija posjeta budućih učenika, prisustvovanje aktivnostima u školi</w:t>
            </w:r>
          </w:p>
          <w:p w:rsidR="0033216C" w:rsidRPr="008C76D4" w:rsidRDefault="0033216C" w:rsidP="0033216C">
            <w:pPr>
              <w:wordWrap w:val="0"/>
              <w:spacing w:after="20"/>
            </w:pPr>
            <w:r>
              <w:rPr>
                <w:sz w:val="21"/>
              </w:rPr>
              <w:t>Radni dogovor povjerenstva za upis</w:t>
            </w:r>
          </w:p>
          <w:p w:rsidR="0033216C" w:rsidRPr="008C76D4" w:rsidRDefault="0033216C" w:rsidP="0033216C">
            <w:pPr>
              <w:wordWrap w:val="0"/>
              <w:spacing w:after="20"/>
            </w:pPr>
            <w:r>
              <w:rPr>
                <w:sz w:val="21"/>
              </w:rPr>
              <w:t>Priprema materijala za upis</w:t>
            </w:r>
          </w:p>
          <w:p w:rsidR="0033216C" w:rsidRPr="008C76D4" w:rsidRDefault="0033216C" w:rsidP="0033216C">
            <w:pPr>
              <w:wordWrap w:val="0"/>
              <w:spacing w:after="20"/>
            </w:pPr>
            <w:r>
              <w:rPr>
                <w:sz w:val="21"/>
              </w:rPr>
              <w:t>Utvrđivanje zrelosti djece pri upisu u 1. razred</w:t>
            </w:r>
          </w:p>
          <w:p w:rsidR="0033216C" w:rsidRPr="008C76D4" w:rsidRDefault="0033216C" w:rsidP="0033216C">
            <w:pPr>
              <w:wordWrap w:val="0"/>
              <w:spacing w:after="20"/>
            </w:pPr>
            <w:r>
              <w:rPr>
                <w:sz w:val="21"/>
              </w:rPr>
              <w:t>Formiranje razrednih odjela učenika 1. razreda</w:t>
            </w:r>
          </w:p>
        </w:tc>
        <w:tc>
          <w:tcPr>
            <w:tcW w:w="113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30</w:t>
            </w:r>
          </w:p>
        </w:tc>
      </w:tr>
      <w:tr w:rsidR="0033216C" w:rsidRPr="008C76D4" w:rsidTr="0033216C">
        <w:tblPrEx>
          <w:tblCellMar>
            <w:top w:w="7" w:type="dxa"/>
            <w:right w:w="67" w:type="dxa"/>
          </w:tblCellMar>
        </w:tblPrEx>
        <w:trPr>
          <w:cantSplit/>
          <w:jc w:val="center"/>
        </w:trPr>
        <w:tc>
          <w:tcPr>
            <w:tcW w:w="102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748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2.2. Uvođenje novih programa i inovacija</w:t>
            </w:r>
          </w:p>
          <w:p w:rsidR="0033216C" w:rsidRPr="008C76D4" w:rsidRDefault="0033216C" w:rsidP="0033216C">
            <w:pPr>
              <w:wordWrap w:val="0"/>
              <w:spacing w:after="20"/>
            </w:pPr>
            <w:r>
              <w:rPr>
                <w:sz w:val="21"/>
              </w:rPr>
              <w:t>Upoznavanje s novim udžbenicima i priručnicima</w:t>
            </w:r>
          </w:p>
        </w:tc>
        <w:tc>
          <w:tcPr>
            <w:tcW w:w="113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10</w:t>
            </w:r>
          </w:p>
        </w:tc>
      </w:tr>
      <w:tr w:rsidR="0033216C" w:rsidRPr="008C76D4" w:rsidTr="0033216C">
        <w:tblPrEx>
          <w:tblCellMar>
            <w:top w:w="7" w:type="dxa"/>
            <w:right w:w="67" w:type="dxa"/>
          </w:tblCellMar>
        </w:tblPrEx>
        <w:trPr>
          <w:jc w:val="center"/>
        </w:trPr>
        <w:tc>
          <w:tcPr>
            <w:tcW w:w="102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748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2.3. Praćenje i izvođenje odgojno-obrazovnog rada</w:t>
            </w:r>
          </w:p>
          <w:p w:rsidR="0033216C" w:rsidRPr="008C76D4" w:rsidRDefault="0033216C" w:rsidP="0033216C">
            <w:pPr>
              <w:wordWrap w:val="0"/>
              <w:spacing w:after="20"/>
            </w:pPr>
            <w:r>
              <w:rPr>
                <w:sz w:val="21"/>
              </w:rPr>
              <w:t>Praćenje ostvarivanja nastavnog plana i programa</w:t>
            </w:r>
          </w:p>
          <w:p w:rsidR="0033216C" w:rsidRPr="008C76D4" w:rsidRDefault="0033216C" w:rsidP="0033216C">
            <w:pPr>
              <w:wordWrap w:val="0"/>
              <w:spacing w:after="20"/>
            </w:pPr>
            <w:r>
              <w:rPr>
                <w:sz w:val="21"/>
              </w:rPr>
              <w:t>Praćenje kvalitete izvođenja nastavnog procesa – hospitacija: početnici, novi učitelji, volonteri. Praćenje ocjenjivanja učenika</w:t>
            </w:r>
          </w:p>
          <w:p w:rsidR="0033216C" w:rsidRPr="008C76D4" w:rsidRDefault="0033216C" w:rsidP="0033216C">
            <w:pPr>
              <w:wordWrap w:val="0"/>
              <w:spacing w:after="20"/>
            </w:pPr>
            <w:r>
              <w:rPr>
                <w:sz w:val="21"/>
              </w:rPr>
              <w:t>Neposredno izvođenje odgojno-obrazovnog programa</w:t>
            </w:r>
          </w:p>
          <w:p w:rsidR="0033216C" w:rsidRPr="008C76D4" w:rsidRDefault="0033216C" w:rsidP="0033216C">
            <w:pPr>
              <w:wordWrap w:val="0"/>
              <w:spacing w:after="20"/>
            </w:pPr>
            <w:r>
              <w:rPr>
                <w:sz w:val="21"/>
              </w:rPr>
              <w:t>Pedagoške radionice (priprema i realizacija) - realizacija školskog preventivnog programa i osposobljavanje učenika za cjeloživotno učenje:</w:t>
            </w:r>
          </w:p>
          <w:p w:rsidR="0033216C" w:rsidRPr="008C76D4" w:rsidRDefault="0033216C" w:rsidP="0033216C">
            <w:pPr>
              <w:wordWrap w:val="0"/>
              <w:spacing w:after="20"/>
            </w:pPr>
            <w:r>
              <w:rPr>
                <w:sz w:val="21"/>
              </w:rPr>
              <w:t>Učimo o osjećajima, Socijalne vještine, Prevencija ovisnosti, Nemoj mi se rugati, Međunarodni dan tolerancije</w:t>
            </w:r>
          </w:p>
          <w:p w:rsidR="0033216C" w:rsidRPr="008C76D4" w:rsidRDefault="0033216C" w:rsidP="0033216C">
            <w:pPr>
              <w:wordWrap w:val="0"/>
              <w:spacing w:after="20"/>
            </w:pPr>
            <w:r>
              <w:rPr>
                <w:sz w:val="21"/>
              </w:rPr>
              <w:t>Sudjelovanje u radu stručnih tijela škole (RV, UV)</w:t>
            </w:r>
          </w:p>
          <w:p w:rsidR="0033216C" w:rsidRPr="008C76D4" w:rsidRDefault="0033216C" w:rsidP="0033216C">
            <w:pPr>
              <w:wordWrap w:val="0"/>
              <w:spacing w:after="20"/>
            </w:pPr>
            <w:r>
              <w:rPr>
                <w:sz w:val="21"/>
              </w:rPr>
              <w:t>Rad u stručnim timovima - projekti</w:t>
            </w:r>
          </w:p>
          <w:p w:rsidR="0033216C" w:rsidRPr="008C76D4" w:rsidRDefault="0033216C" w:rsidP="0033216C">
            <w:pPr>
              <w:wordWrap w:val="0"/>
              <w:spacing w:after="20"/>
            </w:pPr>
            <w:r>
              <w:rPr>
                <w:sz w:val="21"/>
              </w:rPr>
              <w:t>Praćenje i analiza izostanaka učenika</w:t>
            </w:r>
          </w:p>
          <w:p w:rsidR="0033216C" w:rsidRPr="008C76D4" w:rsidRDefault="0033216C" w:rsidP="0033216C">
            <w:pPr>
              <w:wordWrap w:val="0"/>
              <w:spacing w:after="20"/>
            </w:pPr>
            <w:r>
              <w:rPr>
                <w:sz w:val="21"/>
              </w:rPr>
              <w:t>Praćenje uspjeha i napredovanja učenika</w:t>
            </w:r>
          </w:p>
          <w:p w:rsidR="0033216C" w:rsidRPr="008C76D4" w:rsidRDefault="0033216C" w:rsidP="0033216C">
            <w:pPr>
              <w:wordWrap w:val="0"/>
              <w:spacing w:after="20"/>
            </w:pPr>
            <w:r>
              <w:rPr>
                <w:sz w:val="21"/>
              </w:rPr>
              <w:t>Sudjelovanje u radu povjerenstva za popravne, predmetne i razredne ispite</w:t>
            </w:r>
          </w:p>
        </w:tc>
        <w:tc>
          <w:tcPr>
            <w:tcW w:w="113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310</w:t>
            </w:r>
          </w:p>
        </w:tc>
      </w:tr>
      <w:tr w:rsidR="0033216C" w:rsidRPr="008C76D4" w:rsidTr="0033216C">
        <w:tblPrEx>
          <w:tblCellMar>
            <w:top w:w="7" w:type="dxa"/>
            <w:right w:w="67" w:type="dxa"/>
          </w:tblCellMar>
        </w:tblPrEx>
        <w:trPr>
          <w:cantSplit/>
          <w:jc w:val="center"/>
        </w:trPr>
        <w:tc>
          <w:tcPr>
            <w:tcW w:w="102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748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2.4. Rad s učenicima s posebnim odgojno-obrazovnim potrebama Identifikacija učenika s teškoćama u razvoju</w:t>
            </w:r>
          </w:p>
          <w:p w:rsidR="0033216C" w:rsidRPr="008C76D4" w:rsidRDefault="0033216C" w:rsidP="0033216C">
            <w:pPr>
              <w:wordWrap w:val="0"/>
              <w:spacing w:after="20"/>
            </w:pPr>
            <w:r>
              <w:rPr>
                <w:sz w:val="21"/>
              </w:rPr>
              <w:t>Identifikacija potencijalno darovitih učenika</w:t>
            </w:r>
          </w:p>
          <w:p w:rsidR="0033216C" w:rsidRPr="008C76D4" w:rsidRDefault="0033216C" w:rsidP="0033216C">
            <w:pPr>
              <w:wordWrap w:val="0"/>
              <w:spacing w:after="20"/>
            </w:pPr>
            <w:r>
              <w:rPr>
                <w:sz w:val="21"/>
              </w:rPr>
              <w:t>Ispitivanje interesa učenika</w:t>
            </w:r>
          </w:p>
          <w:p w:rsidR="0033216C" w:rsidRPr="008C76D4" w:rsidRDefault="0033216C" w:rsidP="0033216C">
            <w:pPr>
              <w:wordWrap w:val="0"/>
              <w:spacing w:after="20"/>
            </w:pPr>
            <w:r>
              <w:rPr>
                <w:sz w:val="21"/>
              </w:rPr>
              <w:t>Upis i rad s novodošlim učenicima</w:t>
            </w:r>
          </w:p>
          <w:p w:rsidR="0033216C" w:rsidRPr="008C76D4" w:rsidRDefault="0033216C" w:rsidP="0033216C">
            <w:pPr>
              <w:wordWrap w:val="0"/>
              <w:spacing w:after="20"/>
            </w:pPr>
            <w:r>
              <w:rPr>
                <w:sz w:val="21"/>
              </w:rPr>
              <w:t>Rad s učenicima koji doživljavaju neuspjeh</w:t>
            </w:r>
          </w:p>
          <w:p w:rsidR="0033216C" w:rsidRPr="008C76D4" w:rsidRDefault="0033216C" w:rsidP="0033216C">
            <w:pPr>
              <w:wordWrap w:val="0"/>
              <w:spacing w:after="20"/>
            </w:pPr>
            <w:r>
              <w:rPr>
                <w:sz w:val="21"/>
              </w:rPr>
              <w:t>Rad u Povjerenstvu za procjenu psihofizičkih sposobnosti djece</w:t>
            </w:r>
          </w:p>
        </w:tc>
        <w:tc>
          <w:tcPr>
            <w:tcW w:w="113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80</w:t>
            </w:r>
          </w:p>
        </w:tc>
      </w:tr>
      <w:tr w:rsidR="0033216C" w:rsidRPr="008C76D4" w:rsidTr="0033216C">
        <w:tblPrEx>
          <w:tblCellMar>
            <w:top w:w="7" w:type="dxa"/>
            <w:right w:w="67" w:type="dxa"/>
          </w:tblCellMar>
        </w:tblPrEx>
        <w:trPr>
          <w:cantSplit/>
          <w:jc w:val="center"/>
        </w:trPr>
        <w:tc>
          <w:tcPr>
            <w:tcW w:w="102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748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2.5. Savjetodavni rad i suradnja</w:t>
            </w:r>
          </w:p>
          <w:p w:rsidR="0033216C" w:rsidRPr="008C76D4" w:rsidRDefault="0033216C" w:rsidP="0033216C">
            <w:pPr>
              <w:wordWrap w:val="0"/>
              <w:spacing w:after="20"/>
            </w:pPr>
            <w:r>
              <w:rPr>
                <w:sz w:val="21"/>
              </w:rPr>
              <w:t>Grupni i individualni savjetodavni rad s učenicima</w:t>
            </w:r>
          </w:p>
          <w:p w:rsidR="0033216C" w:rsidRPr="008C76D4" w:rsidRDefault="0033216C" w:rsidP="0033216C">
            <w:pPr>
              <w:wordWrap w:val="0"/>
              <w:spacing w:after="20"/>
            </w:pPr>
            <w:r>
              <w:rPr>
                <w:sz w:val="21"/>
              </w:rPr>
              <w:t>Savjetodavni rad s roditeljima</w:t>
            </w:r>
          </w:p>
          <w:p w:rsidR="0033216C" w:rsidRPr="008C76D4" w:rsidRDefault="0033216C" w:rsidP="0033216C">
            <w:pPr>
              <w:wordWrap w:val="0"/>
              <w:spacing w:after="20"/>
            </w:pPr>
            <w:r>
              <w:rPr>
                <w:sz w:val="21"/>
              </w:rPr>
              <w:t>Savjetodavni rad s učiteljima</w:t>
            </w:r>
          </w:p>
          <w:p w:rsidR="0033216C" w:rsidRPr="008C76D4" w:rsidRDefault="0033216C" w:rsidP="0033216C">
            <w:pPr>
              <w:wordWrap w:val="0"/>
              <w:spacing w:after="20"/>
            </w:pPr>
            <w:r>
              <w:rPr>
                <w:sz w:val="21"/>
              </w:rPr>
              <w:t>Suradnja s ravnateljem</w:t>
            </w:r>
          </w:p>
          <w:p w:rsidR="0033216C" w:rsidRPr="008C76D4" w:rsidRDefault="0033216C" w:rsidP="0033216C">
            <w:pPr>
              <w:wordWrap w:val="0"/>
              <w:spacing w:after="20"/>
            </w:pPr>
            <w:r>
              <w:rPr>
                <w:sz w:val="21"/>
              </w:rPr>
              <w:t>Suradnja sa stručnjacima</w:t>
            </w:r>
          </w:p>
          <w:p w:rsidR="0033216C" w:rsidRPr="008C76D4" w:rsidRDefault="0033216C" w:rsidP="0033216C">
            <w:pPr>
              <w:wordWrap w:val="0"/>
              <w:spacing w:after="20"/>
            </w:pPr>
            <w:r>
              <w:rPr>
                <w:sz w:val="21"/>
              </w:rPr>
              <w:t>Suradnja s okruženjem</w:t>
            </w:r>
          </w:p>
        </w:tc>
        <w:tc>
          <w:tcPr>
            <w:tcW w:w="113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350</w:t>
            </w:r>
          </w:p>
        </w:tc>
      </w:tr>
      <w:tr w:rsidR="0033216C" w:rsidRPr="008C76D4" w:rsidTr="0033216C">
        <w:tblPrEx>
          <w:tblCellMar>
            <w:top w:w="7" w:type="dxa"/>
            <w:right w:w="67" w:type="dxa"/>
          </w:tblCellMar>
        </w:tblPrEx>
        <w:trPr>
          <w:cantSplit/>
          <w:jc w:val="center"/>
        </w:trPr>
        <w:tc>
          <w:tcPr>
            <w:tcW w:w="102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748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2.6. Profesionalno usmjeravanje i informiranje učenika</w:t>
            </w:r>
          </w:p>
          <w:p w:rsidR="0033216C" w:rsidRPr="008C76D4" w:rsidRDefault="0033216C" w:rsidP="0033216C">
            <w:pPr>
              <w:wordWrap w:val="0"/>
              <w:spacing w:after="20"/>
            </w:pPr>
            <w:r>
              <w:rPr>
                <w:sz w:val="21"/>
              </w:rPr>
              <w:t>Suradnja s učiteljima na poslovima profesionalne orijentacije</w:t>
            </w:r>
          </w:p>
          <w:p w:rsidR="0033216C" w:rsidRPr="008C76D4" w:rsidRDefault="0033216C" w:rsidP="0033216C">
            <w:pPr>
              <w:wordWrap w:val="0"/>
              <w:spacing w:after="20"/>
            </w:pPr>
            <w:r>
              <w:rPr>
                <w:sz w:val="21"/>
              </w:rPr>
              <w:t>Organiziranje predavanja za učenike i roditelje</w:t>
            </w:r>
          </w:p>
          <w:p w:rsidR="0033216C" w:rsidRPr="008C76D4" w:rsidRDefault="0033216C" w:rsidP="0033216C">
            <w:pPr>
              <w:wordWrap w:val="0"/>
              <w:spacing w:after="20"/>
            </w:pPr>
            <w:r>
              <w:rPr>
                <w:sz w:val="21"/>
              </w:rPr>
              <w:t>Suradnja sa stručnom službom Zavoda za zapošljavanje i CISOK-om</w:t>
            </w:r>
          </w:p>
          <w:p w:rsidR="0033216C" w:rsidRPr="008C76D4" w:rsidRDefault="0033216C" w:rsidP="0033216C">
            <w:pPr>
              <w:wordWrap w:val="0"/>
              <w:spacing w:after="20"/>
            </w:pPr>
            <w:r>
              <w:rPr>
                <w:sz w:val="21"/>
              </w:rPr>
              <w:t>Predstavljanje ustanova za nastavak obrazovanja</w:t>
            </w:r>
          </w:p>
          <w:p w:rsidR="0033216C" w:rsidRPr="008C76D4" w:rsidRDefault="0033216C" w:rsidP="0033216C">
            <w:pPr>
              <w:wordWrap w:val="0"/>
              <w:spacing w:after="20"/>
            </w:pPr>
            <w:r>
              <w:rPr>
                <w:sz w:val="21"/>
              </w:rPr>
              <w:t>Individualna savjetodavna pomoć učenicima</w:t>
            </w:r>
          </w:p>
          <w:p w:rsidR="0033216C" w:rsidRPr="008C76D4" w:rsidRDefault="0033216C" w:rsidP="0033216C">
            <w:pPr>
              <w:wordWrap w:val="0"/>
              <w:spacing w:after="20"/>
            </w:pPr>
            <w:r>
              <w:rPr>
                <w:sz w:val="21"/>
              </w:rPr>
              <w:t>Vođenje dokumentacije o PU</w:t>
            </w:r>
          </w:p>
        </w:tc>
        <w:tc>
          <w:tcPr>
            <w:tcW w:w="113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70</w:t>
            </w:r>
          </w:p>
        </w:tc>
      </w:tr>
      <w:tr w:rsidR="0033216C" w:rsidRPr="008C76D4" w:rsidTr="0033216C">
        <w:tblPrEx>
          <w:tblCellMar>
            <w:top w:w="7" w:type="dxa"/>
            <w:right w:w="67" w:type="dxa"/>
          </w:tblCellMar>
        </w:tblPrEx>
        <w:trPr>
          <w:cantSplit/>
          <w:jc w:val="center"/>
        </w:trPr>
        <w:tc>
          <w:tcPr>
            <w:tcW w:w="102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748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2.7. Zdravstvena i socijalna zaštita učenika</w:t>
            </w:r>
          </w:p>
          <w:p w:rsidR="0033216C" w:rsidRPr="008C76D4" w:rsidRDefault="0033216C" w:rsidP="0033216C">
            <w:pPr>
              <w:wordWrap w:val="0"/>
              <w:spacing w:after="20"/>
            </w:pPr>
            <w:r>
              <w:rPr>
                <w:sz w:val="21"/>
              </w:rPr>
              <w:t>Suradnja sa zdravstvenim i socijalnim ustanovama i institucijama</w:t>
            </w:r>
          </w:p>
        </w:tc>
        <w:tc>
          <w:tcPr>
            <w:tcW w:w="113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30</w:t>
            </w:r>
          </w:p>
        </w:tc>
      </w:tr>
      <w:tr w:rsidR="0033216C" w:rsidRPr="008C76D4" w:rsidTr="0033216C">
        <w:tblPrEx>
          <w:tblCellMar>
            <w:top w:w="7" w:type="dxa"/>
            <w:right w:w="67" w:type="dxa"/>
          </w:tblCellMar>
        </w:tblPrEx>
        <w:trPr>
          <w:cantSplit/>
          <w:jc w:val="center"/>
        </w:trPr>
        <w:tc>
          <w:tcPr>
            <w:tcW w:w="102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748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2.8. Kulturna i javna djelatnost</w:t>
            </w:r>
          </w:p>
        </w:tc>
        <w:tc>
          <w:tcPr>
            <w:tcW w:w="113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20</w:t>
            </w:r>
          </w:p>
        </w:tc>
      </w:tr>
      <w:tr w:rsidR="0033216C" w:rsidRPr="008C76D4" w:rsidTr="0033216C">
        <w:tblPrEx>
          <w:tblCellMar>
            <w:top w:w="7" w:type="dxa"/>
            <w:right w:w="67" w:type="dxa"/>
          </w:tblCellMar>
        </w:tblPrEx>
        <w:trPr>
          <w:cantSplit/>
          <w:jc w:val="center"/>
        </w:trPr>
        <w:tc>
          <w:tcPr>
            <w:tcW w:w="102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IX.-VI.</w:t>
            </w:r>
          </w:p>
        </w:tc>
        <w:tc>
          <w:tcPr>
            <w:tcW w:w="748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3. VREDNOVANJE OSTVARENIH REZULTATA, STUDIJSKE ANALIZE</w:t>
            </w:r>
          </w:p>
          <w:p w:rsidR="0033216C" w:rsidRPr="008C76D4" w:rsidRDefault="0033216C" w:rsidP="0033216C">
            <w:pPr>
              <w:wordWrap w:val="0"/>
              <w:spacing w:after="20"/>
            </w:pPr>
            <w:r>
              <w:rPr>
                <w:sz w:val="21"/>
              </w:rPr>
              <w:t>Vrednovanje u odnosu na utvrđene ciljeve</w:t>
            </w:r>
          </w:p>
          <w:p w:rsidR="0033216C" w:rsidRPr="008C76D4" w:rsidRDefault="0033216C" w:rsidP="0033216C">
            <w:pPr>
              <w:wordWrap w:val="0"/>
              <w:spacing w:after="20"/>
            </w:pPr>
            <w:r>
              <w:rPr>
                <w:sz w:val="21"/>
              </w:rPr>
              <w:t>Istraživanja u funkciji osuvremenjivanja</w:t>
            </w:r>
          </w:p>
          <w:p w:rsidR="0033216C" w:rsidRPr="008C76D4" w:rsidRDefault="0033216C" w:rsidP="0033216C">
            <w:pPr>
              <w:wordWrap w:val="0"/>
              <w:spacing w:after="20"/>
            </w:pPr>
            <w:r>
              <w:rPr>
                <w:sz w:val="21"/>
              </w:rPr>
              <w:t>Polugodišnja analiza ostvarenja školskog programa</w:t>
            </w:r>
          </w:p>
          <w:p w:rsidR="0033216C" w:rsidRPr="008C76D4" w:rsidRDefault="0033216C" w:rsidP="0033216C">
            <w:pPr>
              <w:wordWrap w:val="0"/>
              <w:spacing w:after="20"/>
            </w:pPr>
            <w:r>
              <w:rPr>
                <w:sz w:val="21"/>
              </w:rPr>
              <w:t>Analiza i izvješće na kraju školske godine</w:t>
            </w:r>
          </w:p>
          <w:p w:rsidR="0033216C" w:rsidRPr="008C76D4" w:rsidRDefault="0033216C" w:rsidP="0033216C">
            <w:pPr>
              <w:wordWrap w:val="0"/>
              <w:spacing w:after="20"/>
            </w:pPr>
            <w:r>
              <w:rPr>
                <w:sz w:val="21"/>
              </w:rPr>
              <w:t>Utvrđivanje problema, izrada projekta i provođenje istraživanja</w:t>
            </w:r>
          </w:p>
          <w:p w:rsidR="0033216C" w:rsidRPr="008C76D4" w:rsidRDefault="0033216C" w:rsidP="0033216C">
            <w:pPr>
              <w:wordWrap w:val="0"/>
              <w:spacing w:after="20"/>
            </w:pPr>
            <w:r>
              <w:rPr>
                <w:sz w:val="21"/>
              </w:rPr>
              <w:t>Primjena spoznaja u funkciji unapređivanja rada</w:t>
            </w:r>
          </w:p>
          <w:p w:rsidR="0033216C" w:rsidRPr="008C76D4" w:rsidRDefault="0033216C" w:rsidP="0033216C">
            <w:pPr>
              <w:wordWrap w:val="0"/>
              <w:spacing w:after="20"/>
            </w:pPr>
            <w:r>
              <w:rPr>
                <w:sz w:val="21"/>
              </w:rPr>
              <w:t>Samovrednovanje rada stručnog suradnika</w:t>
            </w:r>
          </w:p>
          <w:p w:rsidR="0033216C" w:rsidRPr="008C76D4" w:rsidRDefault="0033216C" w:rsidP="0033216C">
            <w:pPr>
              <w:wordWrap w:val="0"/>
              <w:spacing w:after="20"/>
            </w:pPr>
            <w:r>
              <w:rPr>
                <w:sz w:val="21"/>
              </w:rPr>
              <w:t>Samovrednovanje rada Škole NCVV</w:t>
            </w:r>
          </w:p>
        </w:tc>
        <w:tc>
          <w:tcPr>
            <w:tcW w:w="113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160</w:t>
            </w:r>
          </w:p>
        </w:tc>
      </w:tr>
      <w:tr w:rsidR="0033216C" w:rsidRPr="008C76D4" w:rsidTr="0033216C">
        <w:tblPrEx>
          <w:tblCellMar>
            <w:top w:w="7" w:type="dxa"/>
            <w:right w:w="67" w:type="dxa"/>
          </w:tblCellMar>
        </w:tblPrEx>
        <w:trPr>
          <w:cantSplit/>
          <w:jc w:val="center"/>
        </w:trPr>
        <w:tc>
          <w:tcPr>
            <w:tcW w:w="102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IX.-VIII.</w:t>
            </w:r>
          </w:p>
        </w:tc>
        <w:tc>
          <w:tcPr>
            <w:tcW w:w="748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4. STRUČNO USAVRŠAVANJE ODGOJNO-OBRAZOVNIH DJELATNIKA</w:t>
            </w:r>
          </w:p>
        </w:tc>
        <w:tc>
          <w:tcPr>
            <w:tcW w:w="113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130</w:t>
            </w:r>
          </w:p>
        </w:tc>
      </w:tr>
      <w:tr w:rsidR="0033216C" w:rsidRPr="008C76D4" w:rsidTr="0033216C">
        <w:tblPrEx>
          <w:tblCellMar>
            <w:top w:w="7" w:type="dxa"/>
            <w:right w:w="67" w:type="dxa"/>
          </w:tblCellMar>
        </w:tblPrEx>
        <w:trPr>
          <w:cantSplit/>
          <w:jc w:val="center"/>
        </w:trPr>
        <w:tc>
          <w:tcPr>
            <w:tcW w:w="102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748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4.1. Stručno usavršavanje pedagoga</w:t>
            </w:r>
          </w:p>
          <w:p w:rsidR="0033216C" w:rsidRPr="008C76D4" w:rsidRDefault="0033216C" w:rsidP="0033216C">
            <w:pPr>
              <w:wordWrap w:val="0"/>
              <w:spacing w:after="20"/>
            </w:pPr>
            <w:r>
              <w:rPr>
                <w:sz w:val="21"/>
              </w:rPr>
              <w:t>Usavršavanje u organizaciji MZO-a, AZOO-a i drugih institucija</w:t>
            </w:r>
          </w:p>
          <w:p w:rsidR="0033216C" w:rsidRPr="008C76D4" w:rsidRDefault="0033216C" w:rsidP="0033216C">
            <w:pPr>
              <w:wordWrap w:val="0"/>
              <w:spacing w:after="20"/>
            </w:pPr>
            <w:r>
              <w:rPr>
                <w:sz w:val="21"/>
              </w:rPr>
              <w:t>Županijsko stručno vijeće – sudjelovanje</w:t>
            </w:r>
          </w:p>
          <w:p w:rsidR="0033216C" w:rsidRPr="008C76D4" w:rsidRDefault="0033216C" w:rsidP="0033216C">
            <w:pPr>
              <w:wordWrap w:val="0"/>
              <w:spacing w:after="20"/>
            </w:pPr>
            <w:r>
              <w:rPr>
                <w:sz w:val="21"/>
              </w:rPr>
              <w:t>Praćenje stručne literature</w:t>
            </w:r>
          </w:p>
        </w:tc>
        <w:tc>
          <w:tcPr>
            <w:tcW w:w="113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120</w:t>
            </w:r>
          </w:p>
        </w:tc>
      </w:tr>
      <w:tr w:rsidR="0033216C" w:rsidRPr="008C76D4" w:rsidTr="0033216C">
        <w:tblPrEx>
          <w:tblCellMar>
            <w:top w:w="7" w:type="dxa"/>
            <w:right w:w="67" w:type="dxa"/>
          </w:tblCellMar>
        </w:tblPrEx>
        <w:trPr>
          <w:cantSplit/>
          <w:jc w:val="center"/>
        </w:trPr>
        <w:tc>
          <w:tcPr>
            <w:tcW w:w="102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748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4.2. Stručno usavršavanje učitelja</w:t>
            </w:r>
          </w:p>
          <w:p w:rsidR="0033216C" w:rsidRPr="008C76D4" w:rsidRDefault="0033216C" w:rsidP="0033216C">
            <w:pPr>
              <w:wordWrap w:val="0"/>
              <w:spacing w:after="20"/>
            </w:pPr>
            <w:r>
              <w:rPr>
                <w:sz w:val="21"/>
              </w:rPr>
              <w:t>Izrada prijedloga literature za stručno usavršavanje</w:t>
            </w:r>
          </w:p>
          <w:p w:rsidR="0033216C" w:rsidRPr="008C76D4" w:rsidRDefault="0033216C" w:rsidP="0033216C">
            <w:pPr>
              <w:wordWrap w:val="0"/>
              <w:spacing w:after="20"/>
            </w:pPr>
            <w:r>
              <w:rPr>
                <w:sz w:val="21"/>
              </w:rPr>
              <w:t>Rad s učiteljima pripravnicima</w:t>
            </w:r>
          </w:p>
          <w:p w:rsidR="0033216C" w:rsidRPr="008C76D4" w:rsidRDefault="0033216C" w:rsidP="0033216C">
            <w:pPr>
              <w:wordWrap w:val="0"/>
              <w:spacing w:after="20"/>
            </w:pPr>
            <w:r>
              <w:rPr>
                <w:sz w:val="21"/>
              </w:rPr>
              <w:t>Koordinacija skupnog usavršavanja u školi</w:t>
            </w:r>
          </w:p>
          <w:p w:rsidR="0033216C" w:rsidRPr="008C76D4" w:rsidRDefault="0033216C" w:rsidP="0033216C">
            <w:pPr>
              <w:wordWrap w:val="0"/>
              <w:spacing w:after="20"/>
            </w:pPr>
            <w:r>
              <w:rPr>
                <w:sz w:val="21"/>
              </w:rPr>
              <w:t>Održavanje predavanja za učitelje</w:t>
            </w:r>
          </w:p>
          <w:p w:rsidR="0033216C" w:rsidRPr="008C76D4" w:rsidRDefault="0033216C" w:rsidP="0033216C">
            <w:pPr>
              <w:wordWrap w:val="0"/>
              <w:spacing w:after="20"/>
            </w:pPr>
            <w:r>
              <w:rPr>
                <w:sz w:val="21"/>
              </w:rPr>
              <w:t>Organizacija i provođenje stručne prakse studenata</w:t>
            </w:r>
          </w:p>
        </w:tc>
        <w:tc>
          <w:tcPr>
            <w:tcW w:w="113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70</w:t>
            </w:r>
          </w:p>
        </w:tc>
      </w:tr>
      <w:tr w:rsidR="0033216C" w:rsidRPr="008C76D4" w:rsidTr="0033216C">
        <w:tblPrEx>
          <w:tblCellMar>
            <w:top w:w="7" w:type="dxa"/>
            <w:right w:w="67" w:type="dxa"/>
          </w:tblCellMar>
        </w:tblPrEx>
        <w:trPr>
          <w:cantSplit/>
          <w:jc w:val="center"/>
        </w:trPr>
        <w:tc>
          <w:tcPr>
            <w:tcW w:w="102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IX.-VI.</w:t>
            </w:r>
          </w:p>
        </w:tc>
        <w:tc>
          <w:tcPr>
            <w:tcW w:w="748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 xml:space="preserve">5. BIBLIOTEČNO-INFORMACIJSKA I </w:t>
            </w:r>
            <w:proofErr w:type="gramStart"/>
            <w:r>
              <w:rPr>
                <w:sz w:val="21"/>
              </w:rPr>
              <w:t>DOKUMENTACIJSKA  DJELATNOST</w:t>
            </w:r>
            <w:proofErr w:type="gramEnd"/>
          </w:p>
        </w:tc>
        <w:tc>
          <w:tcPr>
            <w:tcW w:w="113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94</w:t>
            </w:r>
          </w:p>
        </w:tc>
      </w:tr>
      <w:tr w:rsidR="0033216C" w:rsidRPr="008C76D4" w:rsidTr="0033216C">
        <w:tblPrEx>
          <w:tblCellMar>
            <w:top w:w="7" w:type="dxa"/>
            <w:right w:w="67" w:type="dxa"/>
          </w:tblCellMar>
        </w:tblPrEx>
        <w:trPr>
          <w:cantSplit/>
          <w:jc w:val="center"/>
        </w:trPr>
        <w:tc>
          <w:tcPr>
            <w:tcW w:w="102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748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Bibliotečno-informacijska djelatnost</w:t>
            </w:r>
          </w:p>
          <w:p w:rsidR="0033216C" w:rsidRPr="008C76D4" w:rsidRDefault="0033216C" w:rsidP="0033216C">
            <w:pPr>
              <w:wordWrap w:val="0"/>
              <w:spacing w:after="20"/>
            </w:pPr>
            <w:r>
              <w:rPr>
                <w:sz w:val="21"/>
              </w:rPr>
              <w:t>Sudjelovanje u izradi prijedloga nabave stručne i druge literature, lektirnih djela, sudjelovanje u informiranju i predstavljanju novih stručnih izdanja</w:t>
            </w:r>
          </w:p>
        </w:tc>
        <w:tc>
          <w:tcPr>
            <w:tcW w:w="113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4</w:t>
            </w:r>
          </w:p>
        </w:tc>
      </w:tr>
      <w:tr w:rsidR="0033216C" w:rsidRPr="008C76D4" w:rsidTr="0033216C">
        <w:tblPrEx>
          <w:tblCellMar>
            <w:top w:w="7" w:type="dxa"/>
            <w:right w:w="67" w:type="dxa"/>
          </w:tblCellMar>
        </w:tblPrEx>
        <w:trPr>
          <w:cantSplit/>
          <w:jc w:val="center"/>
        </w:trPr>
        <w:tc>
          <w:tcPr>
            <w:tcW w:w="102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748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Dokumentacijska djelatnost</w:t>
            </w:r>
          </w:p>
          <w:p w:rsidR="0033216C" w:rsidRPr="008C76D4" w:rsidRDefault="0033216C" w:rsidP="0033216C">
            <w:pPr>
              <w:wordWrap w:val="0"/>
              <w:spacing w:after="20"/>
            </w:pPr>
            <w:r>
              <w:rPr>
                <w:sz w:val="21"/>
              </w:rPr>
              <w:t>Briga o školskoj dokumentaciji</w:t>
            </w:r>
          </w:p>
          <w:p w:rsidR="0033216C" w:rsidRPr="008C76D4" w:rsidRDefault="0033216C" w:rsidP="0033216C">
            <w:pPr>
              <w:wordWrap w:val="0"/>
              <w:spacing w:after="20"/>
            </w:pPr>
            <w:r>
              <w:rPr>
                <w:sz w:val="21"/>
              </w:rPr>
              <w:t>Pregled učiteljske dokumentacije</w:t>
            </w:r>
          </w:p>
          <w:p w:rsidR="0033216C" w:rsidRPr="008C76D4" w:rsidRDefault="0033216C" w:rsidP="0033216C">
            <w:pPr>
              <w:wordWrap w:val="0"/>
              <w:spacing w:after="20"/>
            </w:pPr>
            <w:r>
              <w:rPr>
                <w:sz w:val="21"/>
              </w:rPr>
              <w:t>Vođenje dokumentacije o učenicima i roditeljima</w:t>
            </w:r>
          </w:p>
          <w:p w:rsidR="0033216C" w:rsidRPr="008C76D4" w:rsidRDefault="0033216C" w:rsidP="0033216C">
            <w:pPr>
              <w:wordWrap w:val="0"/>
              <w:spacing w:after="20"/>
            </w:pPr>
            <w:r>
              <w:rPr>
                <w:sz w:val="21"/>
              </w:rPr>
              <w:t>Vođenje dokumentacije o radu</w:t>
            </w:r>
          </w:p>
        </w:tc>
        <w:tc>
          <w:tcPr>
            <w:tcW w:w="113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50</w:t>
            </w:r>
          </w:p>
        </w:tc>
      </w:tr>
      <w:tr w:rsidR="0033216C" w:rsidRPr="008C76D4" w:rsidTr="0033216C">
        <w:tblPrEx>
          <w:tblCellMar>
            <w:top w:w="7" w:type="dxa"/>
            <w:right w:w="67" w:type="dxa"/>
          </w:tblCellMar>
        </w:tblPrEx>
        <w:trPr>
          <w:cantSplit/>
          <w:jc w:val="center"/>
        </w:trPr>
        <w:tc>
          <w:tcPr>
            <w:tcW w:w="102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748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6. OSTALI POSLOVI</w:t>
            </w:r>
          </w:p>
          <w:p w:rsidR="0033216C" w:rsidRPr="008C76D4" w:rsidRDefault="0033216C" w:rsidP="0033216C">
            <w:pPr>
              <w:wordWrap w:val="0"/>
              <w:spacing w:after="20"/>
            </w:pPr>
            <w:r>
              <w:rPr>
                <w:sz w:val="21"/>
              </w:rPr>
              <w:t>Nepredviđeni poslovi</w:t>
            </w:r>
          </w:p>
        </w:tc>
        <w:tc>
          <w:tcPr>
            <w:tcW w:w="113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40</w:t>
            </w:r>
          </w:p>
        </w:tc>
      </w:tr>
      <w:tr w:rsidR="0033216C" w:rsidRPr="008C76D4" w:rsidTr="0033216C">
        <w:tblPrEx>
          <w:tblCellMar>
            <w:top w:w="7" w:type="dxa"/>
            <w:right w:w="67" w:type="dxa"/>
          </w:tblCellMar>
        </w:tblPrEx>
        <w:trPr>
          <w:cantSplit/>
          <w:jc w:val="center"/>
        </w:trPr>
        <w:tc>
          <w:tcPr>
            <w:tcW w:w="102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748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UKUPNO</w:t>
            </w:r>
          </w:p>
        </w:tc>
        <w:tc>
          <w:tcPr>
            <w:tcW w:w="113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1762</w:t>
            </w:r>
          </w:p>
        </w:tc>
      </w:tr>
    </w:tbl>
    <w:p w:rsidR="00CD5307" w:rsidRDefault="0033216C">
      <w:pPr>
        <w:pStyle w:val="Naslov2"/>
      </w:pPr>
      <w:r>
        <w:t>Plan rada stručnog suradnika psihologa</w:t>
      </w:r>
    </w:p>
    <w:tbl>
      <w:tblPr>
        <w:tblW w:w="9639" w:type="dxa"/>
        <w:jc w:val="center"/>
        <w:tblLayout w:type="fixed"/>
        <w:tblLook w:val="04A0" w:firstRow="1" w:lastRow="0" w:firstColumn="1" w:lastColumn="0" w:noHBand="0" w:noVBand="1"/>
      </w:tblPr>
      <w:tblGrid>
        <w:gridCol w:w="680"/>
        <w:gridCol w:w="7259"/>
        <w:gridCol w:w="1700"/>
      </w:tblGrid>
      <w:tr w:rsidR="0033216C" w:rsidRPr="008C76D4" w:rsidTr="002120CE">
        <w:trPr>
          <w:cantSplit/>
          <w:tblHeader/>
          <w:jc w:val="center"/>
        </w:trPr>
        <w:tc>
          <w:tcPr>
            <w:tcW w:w="680"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hideMark/>
          </w:tcPr>
          <w:p w:rsidR="0033216C" w:rsidRPr="008C76D4" w:rsidRDefault="0033216C">
            <w:pPr>
              <w:keepNext/>
              <w:wordWrap w:val="0"/>
              <w:spacing w:after="20"/>
            </w:pPr>
            <w:r>
              <w:rPr>
                <w:b/>
                <w:sz w:val="21"/>
              </w:rPr>
              <w:t>Red. br.</w:t>
            </w:r>
          </w:p>
        </w:tc>
        <w:tc>
          <w:tcPr>
            <w:tcW w:w="7259"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hideMark/>
          </w:tcPr>
          <w:p w:rsidR="0033216C" w:rsidRPr="008C76D4" w:rsidRDefault="0033216C">
            <w:pPr>
              <w:keepNext/>
              <w:wordWrap w:val="0"/>
              <w:spacing w:after="20"/>
            </w:pPr>
            <w:r>
              <w:rPr>
                <w:b/>
                <w:sz w:val="21"/>
              </w:rPr>
              <w:t>Sadržaj</w:t>
            </w:r>
          </w:p>
        </w:tc>
        <w:tc>
          <w:tcPr>
            <w:tcW w:w="1700"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hideMark/>
          </w:tcPr>
          <w:p w:rsidR="002120CE" w:rsidRDefault="0033216C">
            <w:pPr>
              <w:keepNext/>
              <w:wordWrap w:val="0"/>
              <w:spacing w:after="20"/>
              <w:rPr>
                <w:b/>
                <w:sz w:val="21"/>
              </w:rPr>
            </w:pPr>
            <w:r>
              <w:rPr>
                <w:b/>
                <w:sz w:val="21"/>
              </w:rPr>
              <w:t xml:space="preserve">Vrijeme </w:t>
            </w:r>
          </w:p>
          <w:p w:rsidR="0033216C" w:rsidRPr="008C76D4" w:rsidRDefault="0033216C">
            <w:pPr>
              <w:keepNext/>
              <w:wordWrap w:val="0"/>
              <w:spacing w:after="20"/>
            </w:pPr>
            <w:r>
              <w:rPr>
                <w:b/>
                <w:sz w:val="21"/>
              </w:rPr>
              <w:t>realizacije</w:t>
            </w:r>
          </w:p>
        </w:tc>
      </w:tr>
      <w:tr w:rsidR="0033216C" w:rsidRPr="008C76D4" w:rsidTr="002120CE">
        <w:trPr>
          <w:cantSplit/>
          <w:jc w:val="center"/>
        </w:trPr>
        <w:tc>
          <w:tcPr>
            <w:tcW w:w="68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1.</w:t>
            </w:r>
          </w:p>
        </w:tc>
        <w:tc>
          <w:tcPr>
            <w:tcW w:w="8959" w:type="dxa"/>
            <w:gridSpan w:val="2"/>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POSLOVI PRIPREME I ORGANIZACIJE RADA</w:t>
            </w:r>
          </w:p>
        </w:tc>
      </w:tr>
      <w:tr w:rsidR="0033216C" w:rsidRPr="008C76D4" w:rsidTr="002120CE">
        <w:trPr>
          <w:cantSplit/>
          <w:jc w:val="center"/>
        </w:trPr>
        <w:tc>
          <w:tcPr>
            <w:tcW w:w="68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1.1.</w:t>
            </w:r>
          </w:p>
        </w:tc>
        <w:tc>
          <w:tcPr>
            <w:tcW w:w="7259"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Sudjelovanje u izradi godišnjeg plana i programa rada škole za šk. god. 2026./2027.</w:t>
            </w:r>
          </w:p>
        </w:tc>
        <w:tc>
          <w:tcPr>
            <w:tcW w:w="170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VII. – IX.</w:t>
            </w:r>
          </w:p>
        </w:tc>
      </w:tr>
      <w:tr w:rsidR="0033216C" w:rsidRPr="008C76D4" w:rsidTr="002120CE">
        <w:trPr>
          <w:cantSplit/>
          <w:jc w:val="center"/>
        </w:trPr>
        <w:tc>
          <w:tcPr>
            <w:tcW w:w="68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1.2.</w:t>
            </w:r>
          </w:p>
        </w:tc>
        <w:tc>
          <w:tcPr>
            <w:tcW w:w="7259"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Utvrđivanje obrazovnih potreba učenika, škole i okruženja</w:t>
            </w:r>
          </w:p>
        </w:tc>
        <w:tc>
          <w:tcPr>
            <w:tcW w:w="170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VII. – IX.</w:t>
            </w:r>
          </w:p>
        </w:tc>
      </w:tr>
      <w:tr w:rsidR="0033216C" w:rsidRPr="008C76D4" w:rsidTr="002120CE">
        <w:trPr>
          <w:cantSplit/>
          <w:jc w:val="center"/>
        </w:trPr>
        <w:tc>
          <w:tcPr>
            <w:tcW w:w="68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1.3.</w:t>
            </w:r>
          </w:p>
        </w:tc>
        <w:tc>
          <w:tcPr>
            <w:tcW w:w="7259"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Sudjelovanje i pomoć u godišnjem planiranju i programiranju rada učitelja</w:t>
            </w:r>
          </w:p>
        </w:tc>
        <w:tc>
          <w:tcPr>
            <w:tcW w:w="170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VII. – X.</w:t>
            </w:r>
          </w:p>
        </w:tc>
      </w:tr>
      <w:tr w:rsidR="0033216C" w:rsidRPr="008C76D4" w:rsidTr="002120CE">
        <w:trPr>
          <w:cantSplit/>
          <w:jc w:val="center"/>
        </w:trPr>
        <w:tc>
          <w:tcPr>
            <w:tcW w:w="68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1.4</w:t>
            </w:r>
          </w:p>
        </w:tc>
        <w:tc>
          <w:tcPr>
            <w:tcW w:w="7259"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2120CE" w:rsidRDefault="0033216C">
            <w:pPr>
              <w:wordWrap w:val="0"/>
              <w:spacing w:after="20"/>
              <w:rPr>
                <w:sz w:val="21"/>
              </w:rPr>
            </w:pPr>
            <w:r>
              <w:rPr>
                <w:sz w:val="21"/>
              </w:rPr>
              <w:t xml:space="preserve">Prijedlog nabave nastavnih sredstava, stručne literature i psihologijskog </w:t>
            </w:r>
          </w:p>
          <w:p w:rsidR="0033216C" w:rsidRPr="008C76D4" w:rsidRDefault="0033216C">
            <w:pPr>
              <w:wordWrap w:val="0"/>
              <w:spacing w:after="20"/>
            </w:pPr>
            <w:r>
              <w:rPr>
                <w:sz w:val="21"/>
              </w:rPr>
              <w:t>instrumentarija</w:t>
            </w:r>
          </w:p>
        </w:tc>
        <w:tc>
          <w:tcPr>
            <w:tcW w:w="170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Tijekom godine</w:t>
            </w:r>
          </w:p>
        </w:tc>
      </w:tr>
      <w:tr w:rsidR="0033216C" w:rsidRPr="008C76D4" w:rsidTr="002120CE">
        <w:trPr>
          <w:cantSplit/>
          <w:jc w:val="center"/>
        </w:trPr>
        <w:tc>
          <w:tcPr>
            <w:tcW w:w="68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lastRenderedPageBreak/>
              <w:t>1.5</w:t>
            </w:r>
          </w:p>
        </w:tc>
        <w:tc>
          <w:tcPr>
            <w:tcW w:w="7259"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Suradnja s djelatnicima dječjeg vrtića</w:t>
            </w:r>
          </w:p>
        </w:tc>
        <w:tc>
          <w:tcPr>
            <w:tcW w:w="170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Tijekom godine</w:t>
            </w:r>
          </w:p>
        </w:tc>
      </w:tr>
      <w:tr w:rsidR="0033216C" w:rsidRPr="008C76D4" w:rsidTr="002120CE">
        <w:trPr>
          <w:cantSplit/>
          <w:jc w:val="center"/>
        </w:trPr>
        <w:tc>
          <w:tcPr>
            <w:tcW w:w="68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2.</w:t>
            </w:r>
          </w:p>
        </w:tc>
        <w:tc>
          <w:tcPr>
            <w:tcW w:w="8959" w:type="dxa"/>
            <w:gridSpan w:val="2"/>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POSLOVI NEPOSREDNOG SUDJELOVANJA U ODGOJNO-OBRAZOVNOM RADU</w:t>
            </w:r>
          </w:p>
        </w:tc>
      </w:tr>
      <w:tr w:rsidR="0033216C" w:rsidRPr="008C76D4" w:rsidTr="002120CE">
        <w:trPr>
          <w:cantSplit/>
          <w:jc w:val="center"/>
        </w:trPr>
        <w:tc>
          <w:tcPr>
            <w:tcW w:w="68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2.1.</w:t>
            </w:r>
          </w:p>
        </w:tc>
        <w:tc>
          <w:tcPr>
            <w:tcW w:w="8959" w:type="dxa"/>
            <w:gridSpan w:val="2"/>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Rad s učenicima</w:t>
            </w:r>
          </w:p>
        </w:tc>
      </w:tr>
      <w:tr w:rsidR="0033216C" w:rsidRPr="008C76D4" w:rsidTr="002120CE">
        <w:trPr>
          <w:cantSplit/>
          <w:jc w:val="center"/>
        </w:trPr>
        <w:tc>
          <w:tcPr>
            <w:tcW w:w="68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2.1.1.</w:t>
            </w:r>
          </w:p>
        </w:tc>
        <w:tc>
          <w:tcPr>
            <w:tcW w:w="7259"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Neposredan rad s učenicima</w:t>
            </w:r>
          </w:p>
        </w:tc>
        <w:tc>
          <w:tcPr>
            <w:tcW w:w="170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VIII. – VII.</w:t>
            </w:r>
          </w:p>
        </w:tc>
      </w:tr>
      <w:tr w:rsidR="0033216C" w:rsidRPr="008C76D4" w:rsidTr="002120CE">
        <w:trPr>
          <w:cantSplit/>
          <w:jc w:val="center"/>
        </w:trPr>
        <w:tc>
          <w:tcPr>
            <w:tcW w:w="68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2.1.2.</w:t>
            </w:r>
          </w:p>
        </w:tc>
        <w:tc>
          <w:tcPr>
            <w:tcW w:w="7259"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Individualni rad s učenicima</w:t>
            </w:r>
          </w:p>
        </w:tc>
        <w:tc>
          <w:tcPr>
            <w:tcW w:w="170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VIII. – VII.</w:t>
            </w:r>
          </w:p>
        </w:tc>
      </w:tr>
      <w:tr w:rsidR="0033216C" w:rsidRPr="008C76D4" w:rsidTr="002120CE">
        <w:trPr>
          <w:cantSplit/>
          <w:jc w:val="center"/>
        </w:trPr>
        <w:tc>
          <w:tcPr>
            <w:tcW w:w="68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2.1.3.</w:t>
            </w:r>
          </w:p>
        </w:tc>
        <w:tc>
          <w:tcPr>
            <w:tcW w:w="7259"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Rad s ciljanim skupinama učenika</w:t>
            </w:r>
          </w:p>
        </w:tc>
        <w:tc>
          <w:tcPr>
            <w:tcW w:w="170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VIII. – VII.</w:t>
            </w:r>
          </w:p>
        </w:tc>
      </w:tr>
      <w:tr w:rsidR="0033216C" w:rsidRPr="008C76D4" w:rsidTr="002120CE">
        <w:trPr>
          <w:cantSplit/>
          <w:jc w:val="center"/>
        </w:trPr>
        <w:tc>
          <w:tcPr>
            <w:tcW w:w="68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2.1.4.</w:t>
            </w:r>
          </w:p>
        </w:tc>
        <w:tc>
          <w:tcPr>
            <w:tcW w:w="7259"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Praćenje i rad s učenicima s teškoćama u razvoju</w:t>
            </w:r>
          </w:p>
        </w:tc>
        <w:tc>
          <w:tcPr>
            <w:tcW w:w="170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VIII. – VII.</w:t>
            </w:r>
          </w:p>
        </w:tc>
      </w:tr>
      <w:tr w:rsidR="0033216C" w:rsidRPr="008C76D4" w:rsidTr="002120CE">
        <w:trPr>
          <w:cantSplit/>
          <w:jc w:val="center"/>
        </w:trPr>
        <w:tc>
          <w:tcPr>
            <w:tcW w:w="68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2.1.4.</w:t>
            </w:r>
          </w:p>
        </w:tc>
        <w:tc>
          <w:tcPr>
            <w:tcW w:w="7259"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Praćenje i rad s darovitim učenicima</w:t>
            </w:r>
          </w:p>
        </w:tc>
        <w:tc>
          <w:tcPr>
            <w:tcW w:w="170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VIII. – VII.</w:t>
            </w:r>
          </w:p>
        </w:tc>
      </w:tr>
      <w:tr w:rsidR="0033216C" w:rsidRPr="008C76D4" w:rsidTr="002120CE">
        <w:trPr>
          <w:cantSplit/>
          <w:jc w:val="center"/>
        </w:trPr>
        <w:tc>
          <w:tcPr>
            <w:tcW w:w="68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2.1.5.</w:t>
            </w:r>
          </w:p>
        </w:tc>
        <w:tc>
          <w:tcPr>
            <w:tcW w:w="7259"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Utvrđivanje psihofizičke spremnosti djece za upis u 1. razred i formiranje razrednih odjela</w:t>
            </w:r>
          </w:p>
        </w:tc>
        <w:tc>
          <w:tcPr>
            <w:tcW w:w="170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IV. – IX.</w:t>
            </w:r>
          </w:p>
        </w:tc>
      </w:tr>
      <w:tr w:rsidR="0033216C" w:rsidRPr="008C76D4" w:rsidTr="002120CE">
        <w:trPr>
          <w:cantSplit/>
          <w:jc w:val="center"/>
        </w:trPr>
        <w:tc>
          <w:tcPr>
            <w:tcW w:w="68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2.1.6.</w:t>
            </w:r>
          </w:p>
        </w:tc>
        <w:tc>
          <w:tcPr>
            <w:tcW w:w="7259"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Profesionalna orijentacija učenika 8. razreda</w:t>
            </w:r>
          </w:p>
        </w:tc>
        <w:tc>
          <w:tcPr>
            <w:tcW w:w="170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IX. – VII.</w:t>
            </w:r>
          </w:p>
        </w:tc>
      </w:tr>
      <w:tr w:rsidR="0033216C" w:rsidRPr="008C76D4" w:rsidTr="002120CE">
        <w:trPr>
          <w:cantSplit/>
          <w:jc w:val="center"/>
        </w:trPr>
        <w:tc>
          <w:tcPr>
            <w:tcW w:w="68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2.1.7.</w:t>
            </w:r>
          </w:p>
        </w:tc>
        <w:tc>
          <w:tcPr>
            <w:tcW w:w="7259"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Organiziranje i provedba radionica</w:t>
            </w:r>
          </w:p>
        </w:tc>
        <w:tc>
          <w:tcPr>
            <w:tcW w:w="170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IX. – VI.</w:t>
            </w:r>
          </w:p>
        </w:tc>
      </w:tr>
      <w:tr w:rsidR="0033216C" w:rsidRPr="008C76D4" w:rsidTr="002120CE">
        <w:trPr>
          <w:cantSplit/>
          <w:jc w:val="center"/>
        </w:trPr>
        <w:tc>
          <w:tcPr>
            <w:tcW w:w="68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2.1.8.</w:t>
            </w:r>
          </w:p>
        </w:tc>
        <w:tc>
          <w:tcPr>
            <w:tcW w:w="7259"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Krizne intervencije</w:t>
            </w:r>
          </w:p>
        </w:tc>
        <w:tc>
          <w:tcPr>
            <w:tcW w:w="170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IX. – VI.</w:t>
            </w:r>
          </w:p>
        </w:tc>
      </w:tr>
      <w:tr w:rsidR="0033216C" w:rsidRPr="008C76D4" w:rsidTr="002120CE">
        <w:trPr>
          <w:cantSplit/>
          <w:jc w:val="center"/>
        </w:trPr>
        <w:tc>
          <w:tcPr>
            <w:tcW w:w="68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2.2.</w:t>
            </w:r>
          </w:p>
        </w:tc>
        <w:tc>
          <w:tcPr>
            <w:tcW w:w="8959" w:type="dxa"/>
            <w:gridSpan w:val="2"/>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Rad s roditeljima</w:t>
            </w:r>
          </w:p>
        </w:tc>
      </w:tr>
      <w:tr w:rsidR="0033216C" w:rsidRPr="008C76D4" w:rsidTr="002120CE">
        <w:trPr>
          <w:cantSplit/>
          <w:jc w:val="center"/>
        </w:trPr>
        <w:tc>
          <w:tcPr>
            <w:tcW w:w="68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2.2.1.</w:t>
            </w:r>
          </w:p>
        </w:tc>
        <w:tc>
          <w:tcPr>
            <w:tcW w:w="7259"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Individualni rad s roditeljima</w:t>
            </w:r>
          </w:p>
        </w:tc>
        <w:tc>
          <w:tcPr>
            <w:tcW w:w="170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Tijekom godine</w:t>
            </w:r>
          </w:p>
        </w:tc>
      </w:tr>
      <w:tr w:rsidR="0033216C" w:rsidRPr="008C76D4" w:rsidTr="002120CE">
        <w:trPr>
          <w:cantSplit/>
          <w:jc w:val="center"/>
        </w:trPr>
        <w:tc>
          <w:tcPr>
            <w:tcW w:w="68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2.2.2.</w:t>
            </w:r>
          </w:p>
        </w:tc>
        <w:tc>
          <w:tcPr>
            <w:tcW w:w="7259"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Organiziranje predavanja na roditeljskim sastancima</w:t>
            </w:r>
          </w:p>
        </w:tc>
        <w:tc>
          <w:tcPr>
            <w:tcW w:w="170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Tijekom godine</w:t>
            </w:r>
          </w:p>
        </w:tc>
      </w:tr>
      <w:tr w:rsidR="0033216C" w:rsidRPr="008C76D4" w:rsidTr="002120CE">
        <w:trPr>
          <w:cantSplit/>
          <w:jc w:val="center"/>
        </w:trPr>
        <w:tc>
          <w:tcPr>
            <w:tcW w:w="68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2.2.3</w:t>
            </w:r>
          </w:p>
        </w:tc>
        <w:tc>
          <w:tcPr>
            <w:tcW w:w="7259"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Pomoć u uspostavljanju kontakta s vanjskim institucijama (HZSR, HZZ, zdravstvene ustanove i sl.)</w:t>
            </w:r>
          </w:p>
        </w:tc>
        <w:tc>
          <w:tcPr>
            <w:tcW w:w="170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Tijekom godine</w:t>
            </w:r>
          </w:p>
        </w:tc>
      </w:tr>
      <w:tr w:rsidR="0033216C" w:rsidRPr="008C76D4" w:rsidTr="002120CE">
        <w:trPr>
          <w:cantSplit/>
          <w:jc w:val="center"/>
        </w:trPr>
        <w:tc>
          <w:tcPr>
            <w:tcW w:w="68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2.3.</w:t>
            </w:r>
          </w:p>
        </w:tc>
        <w:tc>
          <w:tcPr>
            <w:tcW w:w="8959" w:type="dxa"/>
            <w:gridSpan w:val="2"/>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Rad s učiteljima</w:t>
            </w:r>
          </w:p>
        </w:tc>
      </w:tr>
      <w:tr w:rsidR="0033216C" w:rsidRPr="008C76D4" w:rsidTr="002120CE">
        <w:trPr>
          <w:cantSplit/>
          <w:jc w:val="center"/>
        </w:trPr>
        <w:tc>
          <w:tcPr>
            <w:tcW w:w="68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2.3.1.</w:t>
            </w:r>
          </w:p>
        </w:tc>
        <w:tc>
          <w:tcPr>
            <w:tcW w:w="7259"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Sudjelovanje u radu Razrednih vijeća</w:t>
            </w:r>
          </w:p>
        </w:tc>
        <w:tc>
          <w:tcPr>
            <w:tcW w:w="170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Tijekom godine</w:t>
            </w:r>
          </w:p>
        </w:tc>
      </w:tr>
      <w:tr w:rsidR="0033216C" w:rsidRPr="008C76D4" w:rsidTr="002120CE">
        <w:trPr>
          <w:cantSplit/>
          <w:jc w:val="center"/>
        </w:trPr>
        <w:tc>
          <w:tcPr>
            <w:tcW w:w="68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2.3.2.</w:t>
            </w:r>
          </w:p>
        </w:tc>
        <w:tc>
          <w:tcPr>
            <w:tcW w:w="7259"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Sudjelovanje u radu Učiteljskih vijeća</w:t>
            </w:r>
          </w:p>
        </w:tc>
        <w:tc>
          <w:tcPr>
            <w:tcW w:w="170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Tijekom godine</w:t>
            </w:r>
          </w:p>
        </w:tc>
      </w:tr>
      <w:tr w:rsidR="0033216C" w:rsidRPr="008C76D4" w:rsidTr="002120CE">
        <w:trPr>
          <w:cantSplit/>
          <w:jc w:val="center"/>
        </w:trPr>
        <w:tc>
          <w:tcPr>
            <w:tcW w:w="68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2.3.3.</w:t>
            </w:r>
          </w:p>
        </w:tc>
        <w:tc>
          <w:tcPr>
            <w:tcW w:w="7259"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Sudjelovanje na satovima razrednika i roditeljskim sastancima</w:t>
            </w:r>
          </w:p>
        </w:tc>
        <w:tc>
          <w:tcPr>
            <w:tcW w:w="170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IX. – IV.</w:t>
            </w:r>
          </w:p>
        </w:tc>
      </w:tr>
      <w:tr w:rsidR="0033216C" w:rsidRPr="008C76D4" w:rsidTr="002120CE">
        <w:trPr>
          <w:cantSplit/>
          <w:jc w:val="center"/>
        </w:trPr>
        <w:tc>
          <w:tcPr>
            <w:tcW w:w="68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2.3.4.</w:t>
            </w:r>
          </w:p>
        </w:tc>
        <w:tc>
          <w:tcPr>
            <w:tcW w:w="7259"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Suradnja i savjetodavni rad s učiteljima</w:t>
            </w:r>
          </w:p>
        </w:tc>
        <w:tc>
          <w:tcPr>
            <w:tcW w:w="170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IX. – IV.</w:t>
            </w:r>
          </w:p>
        </w:tc>
      </w:tr>
      <w:tr w:rsidR="0033216C" w:rsidRPr="008C76D4" w:rsidTr="002120CE">
        <w:trPr>
          <w:cantSplit/>
          <w:jc w:val="center"/>
        </w:trPr>
        <w:tc>
          <w:tcPr>
            <w:tcW w:w="68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3.</w:t>
            </w:r>
          </w:p>
        </w:tc>
        <w:tc>
          <w:tcPr>
            <w:tcW w:w="8959" w:type="dxa"/>
            <w:gridSpan w:val="2"/>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POSEBNI POSLOVI</w:t>
            </w:r>
          </w:p>
        </w:tc>
      </w:tr>
      <w:tr w:rsidR="0033216C" w:rsidRPr="008C76D4" w:rsidTr="002120CE">
        <w:trPr>
          <w:cantSplit/>
          <w:jc w:val="center"/>
        </w:trPr>
        <w:tc>
          <w:tcPr>
            <w:tcW w:w="68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3.1.</w:t>
            </w:r>
          </w:p>
        </w:tc>
        <w:tc>
          <w:tcPr>
            <w:tcW w:w="7259"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Suradnja s ravnateljem</w:t>
            </w:r>
          </w:p>
        </w:tc>
        <w:tc>
          <w:tcPr>
            <w:tcW w:w="170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Tijekom godine</w:t>
            </w:r>
          </w:p>
        </w:tc>
      </w:tr>
      <w:tr w:rsidR="0033216C" w:rsidRPr="008C76D4" w:rsidTr="002120CE">
        <w:trPr>
          <w:cantSplit/>
          <w:jc w:val="center"/>
        </w:trPr>
        <w:tc>
          <w:tcPr>
            <w:tcW w:w="68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3.2.</w:t>
            </w:r>
          </w:p>
        </w:tc>
        <w:tc>
          <w:tcPr>
            <w:tcW w:w="7259"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Suradnja s pedagogom i knjižničarom</w:t>
            </w:r>
          </w:p>
        </w:tc>
        <w:tc>
          <w:tcPr>
            <w:tcW w:w="170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Tijekom godine</w:t>
            </w:r>
          </w:p>
        </w:tc>
      </w:tr>
      <w:tr w:rsidR="0033216C" w:rsidRPr="008C76D4" w:rsidTr="002120CE">
        <w:trPr>
          <w:cantSplit/>
          <w:jc w:val="center"/>
        </w:trPr>
        <w:tc>
          <w:tcPr>
            <w:tcW w:w="68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3.3.</w:t>
            </w:r>
          </w:p>
        </w:tc>
        <w:tc>
          <w:tcPr>
            <w:tcW w:w="7259"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17E77" w:rsidRDefault="0033216C">
            <w:pPr>
              <w:wordWrap w:val="0"/>
              <w:spacing w:after="20"/>
              <w:rPr>
                <w:sz w:val="21"/>
              </w:rPr>
            </w:pPr>
            <w:r>
              <w:rPr>
                <w:sz w:val="21"/>
              </w:rPr>
              <w:t xml:space="preserve">Suradnja s drugim školama, djelatnicima dječjeg vrtića i ustanovama socijalne i </w:t>
            </w:r>
          </w:p>
          <w:p w:rsidR="0033216C" w:rsidRPr="008C76D4" w:rsidRDefault="0033216C">
            <w:pPr>
              <w:wordWrap w:val="0"/>
              <w:spacing w:after="20"/>
            </w:pPr>
            <w:r>
              <w:rPr>
                <w:sz w:val="21"/>
              </w:rPr>
              <w:t>zdravstvene zaštite</w:t>
            </w:r>
          </w:p>
        </w:tc>
        <w:tc>
          <w:tcPr>
            <w:tcW w:w="170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Tijekom godine</w:t>
            </w:r>
          </w:p>
        </w:tc>
      </w:tr>
      <w:tr w:rsidR="0033216C" w:rsidRPr="008C76D4" w:rsidTr="002120CE">
        <w:trPr>
          <w:cantSplit/>
          <w:jc w:val="center"/>
        </w:trPr>
        <w:tc>
          <w:tcPr>
            <w:tcW w:w="68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4.</w:t>
            </w:r>
          </w:p>
        </w:tc>
        <w:tc>
          <w:tcPr>
            <w:tcW w:w="8959" w:type="dxa"/>
            <w:gridSpan w:val="2"/>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PERMANENTNO STRUČNO USAVRAVANJE</w:t>
            </w:r>
          </w:p>
        </w:tc>
      </w:tr>
      <w:tr w:rsidR="0033216C" w:rsidRPr="008C76D4" w:rsidTr="002120CE">
        <w:trPr>
          <w:cantSplit/>
          <w:jc w:val="center"/>
        </w:trPr>
        <w:tc>
          <w:tcPr>
            <w:tcW w:w="68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4.1.</w:t>
            </w:r>
          </w:p>
        </w:tc>
        <w:tc>
          <w:tcPr>
            <w:tcW w:w="7259"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Pomoć pri stručnom usavršavanju učitelja</w:t>
            </w:r>
          </w:p>
        </w:tc>
        <w:tc>
          <w:tcPr>
            <w:tcW w:w="170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Tijekom godine</w:t>
            </w:r>
          </w:p>
        </w:tc>
      </w:tr>
      <w:tr w:rsidR="0033216C" w:rsidRPr="008C76D4" w:rsidTr="002120CE">
        <w:trPr>
          <w:cantSplit/>
          <w:jc w:val="center"/>
        </w:trPr>
        <w:tc>
          <w:tcPr>
            <w:tcW w:w="68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4.2.</w:t>
            </w:r>
          </w:p>
        </w:tc>
        <w:tc>
          <w:tcPr>
            <w:tcW w:w="7259"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17E77" w:rsidRDefault="0033216C">
            <w:pPr>
              <w:wordWrap w:val="0"/>
              <w:spacing w:after="20"/>
              <w:rPr>
                <w:sz w:val="21"/>
              </w:rPr>
            </w:pPr>
            <w:r>
              <w:rPr>
                <w:sz w:val="21"/>
              </w:rPr>
              <w:t xml:space="preserve">Sudjelovanje i prisustvovanje na stručnim vijećima, seminarima, konferencijama, </w:t>
            </w:r>
          </w:p>
          <w:p w:rsidR="0033216C" w:rsidRPr="008C76D4" w:rsidRDefault="0033216C">
            <w:pPr>
              <w:wordWrap w:val="0"/>
              <w:spacing w:after="20"/>
            </w:pPr>
            <w:r>
              <w:rPr>
                <w:sz w:val="21"/>
              </w:rPr>
              <w:t>verificiranim edukacijama</w:t>
            </w:r>
          </w:p>
        </w:tc>
        <w:tc>
          <w:tcPr>
            <w:tcW w:w="170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Tijekom godine</w:t>
            </w:r>
          </w:p>
        </w:tc>
      </w:tr>
      <w:tr w:rsidR="0033216C" w:rsidRPr="008C76D4" w:rsidTr="002120CE">
        <w:trPr>
          <w:cantSplit/>
          <w:jc w:val="center"/>
        </w:trPr>
        <w:tc>
          <w:tcPr>
            <w:tcW w:w="68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5.</w:t>
            </w:r>
          </w:p>
        </w:tc>
        <w:tc>
          <w:tcPr>
            <w:tcW w:w="7259"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BIBLIOTEČNO-INFORMACIJKA I DOKUMENTACIJSKA</w:t>
            </w:r>
          </w:p>
          <w:p w:rsidR="0033216C" w:rsidRPr="008C76D4" w:rsidRDefault="0033216C">
            <w:pPr>
              <w:wordWrap w:val="0"/>
              <w:spacing w:after="20"/>
            </w:pPr>
            <w:r>
              <w:rPr>
                <w:sz w:val="21"/>
              </w:rPr>
              <w:t>DJELATNOST</w:t>
            </w:r>
          </w:p>
        </w:tc>
        <w:tc>
          <w:tcPr>
            <w:tcW w:w="170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Tijekom godine</w:t>
            </w:r>
          </w:p>
        </w:tc>
      </w:tr>
      <w:tr w:rsidR="0033216C" w:rsidRPr="008C76D4" w:rsidTr="002120CE">
        <w:trPr>
          <w:cantSplit/>
          <w:jc w:val="center"/>
        </w:trPr>
        <w:tc>
          <w:tcPr>
            <w:tcW w:w="68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6.</w:t>
            </w:r>
          </w:p>
        </w:tc>
        <w:tc>
          <w:tcPr>
            <w:tcW w:w="7259"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OSTALI POSLOVI</w:t>
            </w:r>
          </w:p>
        </w:tc>
        <w:tc>
          <w:tcPr>
            <w:tcW w:w="170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Pr="008C76D4" w:rsidRDefault="0033216C">
            <w:pPr>
              <w:wordWrap w:val="0"/>
              <w:spacing w:after="20"/>
            </w:pPr>
            <w:r>
              <w:rPr>
                <w:sz w:val="21"/>
              </w:rPr>
              <w:t>Tijekom godine</w:t>
            </w:r>
          </w:p>
        </w:tc>
      </w:tr>
      <w:tr w:rsidR="0033216C" w:rsidRPr="008C76D4" w:rsidTr="002120CE">
        <w:trPr>
          <w:cantSplit/>
          <w:jc w:val="center"/>
        </w:trPr>
        <w:tc>
          <w:tcPr>
            <w:tcW w:w="68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pPr>
              <w:wordWrap w:val="0"/>
              <w:spacing w:after="20"/>
            </w:pPr>
          </w:p>
        </w:tc>
        <w:tc>
          <w:tcPr>
            <w:tcW w:w="7259"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pPr>
              <w:wordWrap w:val="0"/>
              <w:spacing w:after="20"/>
            </w:pPr>
            <w:r>
              <w:rPr>
                <w:sz w:val="21"/>
              </w:rPr>
              <w:t>UKUPNO</w:t>
            </w:r>
          </w:p>
        </w:tc>
        <w:tc>
          <w:tcPr>
            <w:tcW w:w="170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pPr>
              <w:wordWrap w:val="0"/>
              <w:spacing w:after="20"/>
            </w:pPr>
            <w:r>
              <w:rPr>
                <w:sz w:val="21"/>
              </w:rPr>
              <w:t>904 sata godišnje</w:t>
            </w:r>
          </w:p>
        </w:tc>
      </w:tr>
    </w:tbl>
    <w:p w:rsidR="00CD5307" w:rsidRDefault="0033216C">
      <w:pPr>
        <w:pStyle w:val="Naslov2"/>
      </w:pPr>
      <w:r>
        <w:lastRenderedPageBreak/>
        <w:t>Plan rada stručnog suradnika knjižničara</w:t>
      </w:r>
    </w:p>
    <w:tbl>
      <w:tblPr>
        <w:tblW w:w="9639" w:type="dxa"/>
        <w:jc w:val="center"/>
        <w:tblLayout w:type="fixed"/>
        <w:tblCellMar>
          <w:left w:w="10" w:type="dxa"/>
          <w:right w:w="10" w:type="dxa"/>
        </w:tblCellMar>
        <w:tblLook w:val="04A0" w:firstRow="1" w:lastRow="0" w:firstColumn="1" w:lastColumn="0" w:noHBand="0" w:noVBand="1"/>
      </w:tblPr>
      <w:tblGrid>
        <w:gridCol w:w="994"/>
        <w:gridCol w:w="5244"/>
        <w:gridCol w:w="1985"/>
        <w:gridCol w:w="1416"/>
      </w:tblGrid>
      <w:tr w:rsidR="0033216C" w:rsidRPr="008C76D4" w:rsidTr="0033216C">
        <w:trPr>
          <w:cantSplit/>
          <w:tblHeader/>
          <w:jc w:val="center"/>
        </w:trPr>
        <w:tc>
          <w:tcPr>
            <w:tcW w:w="9639" w:type="dxa"/>
            <w:gridSpan w:val="4"/>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33216C" w:rsidRPr="008C76D4" w:rsidRDefault="0033216C" w:rsidP="0033216C">
            <w:pPr>
              <w:keepNext/>
              <w:wordWrap w:val="0"/>
              <w:spacing w:after="20"/>
            </w:pPr>
            <w:r>
              <w:rPr>
                <w:b/>
                <w:sz w:val="20"/>
              </w:rPr>
              <w:t>ODGOJNO – OBRAZOVNI RAD S UČENICIMA</w:t>
            </w:r>
          </w:p>
          <w:p w:rsidR="0033216C" w:rsidRPr="008C76D4" w:rsidRDefault="0033216C" w:rsidP="0033216C">
            <w:pPr>
              <w:keepNext/>
              <w:wordWrap w:val="0"/>
              <w:spacing w:after="20"/>
            </w:pPr>
            <w:r>
              <w:rPr>
                <w:b/>
                <w:sz w:val="20"/>
              </w:rPr>
              <w:t>424 sati</w:t>
            </w:r>
          </w:p>
        </w:tc>
      </w:tr>
      <w:tr w:rsidR="0033216C" w:rsidRPr="008C76D4" w:rsidTr="00317E77">
        <w:trPr>
          <w:cantSplit/>
          <w:jc w:val="center"/>
        </w:trPr>
        <w:tc>
          <w:tcPr>
            <w:tcW w:w="99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0"/>
              </w:rPr>
              <w:t>RAZRED</w:t>
            </w:r>
          </w:p>
        </w:tc>
        <w:tc>
          <w:tcPr>
            <w:tcW w:w="524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0"/>
              </w:rPr>
              <w:t>OBRAZOVNA DOSTIGNUĆA</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0"/>
              </w:rPr>
              <w:t>NOSITELJ</w:t>
            </w:r>
          </w:p>
          <w:p w:rsidR="0033216C" w:rsidRPr="008C76D4" w:rsidRDefault="0033216C" w:rsidP="0033216C">
            <w:pPr>
              <w:wordWrap w:val="0"/>
              <w:spacing w:after="20"/>
            </w:pPr>
            <w:r>
              <w:rPr>
                <w:sz w:val="20"/>
              </w:rPr>
              <w:t>AKTIVNOSTI</w:t>
            </w:r>
          </w:p>
        </w:tc>
        <w:tc>
          <w:tcPr>
            <w:tcW w:w="141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17E77" w:rsidRDefault="0033216C" w:rsidP="0033216C">
            <w:pPr>
              <w:wordWrap w:val="0"/>
              <w:spacing w:after="20"/>
              <w:rPr>
                <w:sz w:val="20"/>
              </w:rPr>
            </w:pPr>
            <w:r>
              <w:rPr>
                <w:sz w:val="20"/>
              </w:rPr>
              <w:t xml:space="preserve">VRIJEME </w:t>
            </w:r>
          </w:p>
          <w:p w:rsidR="0033216C" w:rsidRPr="008C76D4" w:rsidRDefault="0033216C" w:rsidP="0033216C">
            <w:pPr>
              <w:wordWrap w:val="0"/>
              <w:spacing w:after="20"/>
            </w:pPr>
            <w:r>
              <w:rPr>
                <w:sz w:val="20"/>
              </w:rPr>
              <w:t>REALIZACIJE</w:t>
            </w:r>
          </w:p>
        </w:tc>
      </w:tr>
      <w:tr w:rsidR="0033216C" w:rsidRPr="008C76D4" w:rsidTr="00317E77">
        <w:trPr>
          <w:cantSplit/>
          <w:jc w:val="center"/>
        </w:trPr>
        <w:tc>
          <w:tcPr>
            <w:tcW w:w="99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0"/>
              </w:rPr>
              <w:t>1. a, 1. b</w:t>
            </w:r>
          </w:p>
        </w:tc>
        <w:tc>
          <w:tcPr>
            <w:tcW w:w="524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17E77" w:rsidRDefault="0033216C" w:rsidP="0033216C">
            <w:pPr>
              <w:wordWrap w:val="0"/>
              <w:spacing w:after="20"/>
              <w:rPr>
                <w:sz w:val="20"/>
              </w:rPr>
            </w:pPr>
            <w:r>
              <w:rPr>
                <w:sz w:val="20"/>
              </w:rPr>
              <w:t xml:space="preserve">Upoznavanje učenika s knjižničarkom, školskim prostorom te načinom rada u knjižnici (posuđivanje knjižnične građe, </w:t>
            </w:r>
          </w:p>
          <w:p w:rsidR="00317E77" w:rsidRDefault="0033216C" w:rsidP="0033216C">
            <w:pPr>
              <w:wordWrap w:val="0"/>
              <w:spacing w:after="20"/>
              <w:rPr>
                <w:sz w:val="20"/>
              </w:rPr>
            </w:pPr>
            <w:r>
              <w:rPr>
                <w:sz w:val="20"/>
              </w:rPr>
              <w:t xml:space="preserve">čuvanje </w:t>
            </w:r>
            <w:proofErr w:type="gramStart"/>
            <w:r>
              <w:rPr>
                <w:sz w:val="20"/>
              </w:rPr>
              <w:t>i  pravovremeno</w:t>
            </w:r>
            <w:proofErr w:type="gramEnd"/>
            <w:r>
              <w:rPr>
                <w:sz w:val="20"/>
              </w:rPr>
              <w:t xml:space="preserve"> vraćanje građe, Pravilnik o radu </w:t>
            </w:r>
          </w:p>
          <w:p w:rsidR="0033216C" w:rsidRPr="008C76D4" w:rsidRDefault="0033216C" w:rsidP="0033216C">
            <w:pPr>
              <w:wordWrap w:val="0"/>
              <w:spacing w:after="20"/>
            </w:pPr>
            <w:r>
              <w:rPr>
                <w:sz w:val="20"/>
              </w:rPr>
              <w:t>školske knjižnice).</w:t>
            </w:r>
          </w:p>
          <w:p w:rsidR="00317E77" w:rsidRDefault="0033216C" w:rsidP="0033216C">
            <w:pPr>
              <w:wordWrap w:val="0"/>
              <w:spacing w:after="20"/>
              <w:rPr>
                <w:sz w:val="20"/>
              </w:rPr>
            </w:pPr>
            <w:r>
              <w:rPr>
                <w:sz w:val="20"/>
              </w:rPr>
              <w:t xml:space="preserve">Upoznavanje učenika sa slikovnicom, rječnikom te razlikama </w:t>
            </w:r>
          </w:p>
          <w:p w:rsidR="00317E77" w:rsidRDefault="0033216C" w:rsidP="0033216C">
            <w:pPr>
              <w:wordWrap w:val="0"/>
              <w:spacing w:after="20"/>
              <w:rPr>
                <w:sz w:val="20"/>
              </w:rPr>
            </w:pPr>
            <w:r>
              <w:rPr>
                <w:sz w:val="20"/>
              </w:rPr>
              <w:t xml:space="preserve">između slikovnica, rječnika i knjiga. Razvijanje sposobnosti </w:t>
            </w:r>
          </w:p>
          <w:p w:rsidR="00317E77" w:rsidRDefault="0033216C" w:rsidP="0033216C">
            <w:pPr>
              <w:wordWrap w:val="0"/>
              <w:spacing w:after="20"/>
              <w:rPr>
                <w:sz w:val="20"/>
              </w:rPr>
            </w:pPr>
            <w:r>
              <w:rPr>
                <w:sz w:val="20"/>
              </w:rPr>
              <w:t xml:space="preserve">promatranja, zapažanja i slobodnog iznošenja vlastitog </w:t>
            </w:r>
          </w:p>
          <w:p w:rsidR="0033216C" w:rsidRPr="008C76D4" w:rsidRDefault="0033216C" w:rsidP="0033216C">
            <w:pPr>
              <w:wordWrap w:val="0"/>
              <w:spacing w:after="20"/>
            </w:pPr>
            <w:r>
              <w:rPr>
                <w:sz w:val="20"/>
              </w:rPr>
              <w:t>mišljenja.</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17E77" w:rsidRDefault="0033216C" w:rsidP="0033216C">
            <w:pPr>
              <w:wordWrap w:val="0"/>
              <w:spacing w:after="20"/>
              <w:rPr>
                <w:sz w:val="20"/>
              </w:rPr>
            </w:pPr>
            <w:r>
              <w:rPr>
                <w:sz w:val="20"/>
              </w:rPr>
              <w:t xml:space="preserve">KNJIŽNIČARKA, </w:t>
            </w:r>
          </w:p>
          <w:p w:rsidR="0033216C" w:rsidRPr="008C76D4" w:rsidRDefault="0033216C" w:rsidP="0033216C">
            <w:pPr>
              <w:wordWrap w:val="0"/>
              <w:spacing w:after="20"/>
            </w:pPr>
            <w:r>
              <w:rPr>
                <w:sz w:val="20"/>
              </w:rPr>
              <w:t>UČENICI</w:t>
            </w:r>
          </w:p>
        </w:tc>
        <w:tc>
          <w:tcPr>
            <w:tcW w:w="141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17E77" w:rsidRDefault="0033216C" w:rsidP="0033216C">
            <w:pPr>
              <w:wordWrap w:val="0"/>
              <w:spacing w:after="20"/>
              <w:rPr>
                <w:sz w:val="20"/>
              </w:rPr>
            </w:pPr>
            <w:r>
              <w:rPr>
                <w:sz w:val="20"/>
              </w:rPr>
              <w:t>Školska godina</w:t>
            </w:r>
          </w:p>
          <w:p w:rsidR="0033216C" w:rsidRPr="008C76D4" w:rsidRDefault="0033216C" w:rsidP="0033216C">
            <w:pPr>
              <w:wordWrap w:val="0"/>
              <w:spacing w:after="20"/>
            </w:pPr>
            <w:r>
              <w:rPr>
                <w:sz w:val="20"/>
              </w:rPr>
              <w:t>2026./2027.</w:t>
            </w:r>
          </w:p>
        </w:tc>
      </w:tr>
      <w:tr w:rsidR="0033216C" w:rsidRPr="008C76D4" w:rsidTr="00317E77">
        <w:trPr>
          <w:jc w:val="center"/>
        </w:trPr>
        <w:tc>
          <w:tcPr>
            <w:tcW w:w="99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0"/>
              </w:rPr>
              <w:t>2.a, 2. b</w:t>
            </w:r>
          </w:p>
        </w:tc>
        <w:tc>
          <w:tcPr>
            <w:tcW w:w="524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17E77" w:rsidRDefault="0033216C" w:rsidP="0033216C">
            <w:pPr>
              <w:wordWrap w:val="0"/>
              <w:spacing w:after="20"/>
              <w:rPr>
                <w:sz w:val="20"/>
              </w:rPr>
            </w:pPr>
            <w:r>
              <w:rPr>
                <w:sz w:val="20"/>
              </w:rPr>
              <w:t xml:space="preserve">Poučavanje učenika prepoznavanju dječjih časopisa, njihovu imenovanju, prepoznavanju i razlikovanju dječjeg tiska od </w:t>
            </w:r>
          </w:p>
          <w:p w:rsidR="00317E77" w:rsidRDefault="0033216C" w:rsidP="0033216C">
            <w:pPr>
              <w:wordWrap w:val="0"/>
              <w:spacing w:after="20"/>
              <w:rPr>
                <w:sz w:val="20"/>
              </w:rPr>
            </w:pPr>
            <w:r>
              <w:rPr>
                <w:sz w:val="20"/>
              </w:rPr>
              <w:t xml:space="preserve">dnevnog tiska i časopisa, prepoznavanju rubrika, razlikovanju časopisa prema vremenu izlaženja (tjednik, mjesečnik), </w:t>
            </w:r>
          </w:p>
          <w:p w:rsidR="00317E77" w:rsidRDefault="0033216C" w:rsidP="0033216C">
            <w:pPr>
              <w:wordWrap w:val="0"/>
              <w:spacing w:after="20"/>
              <w:rPr>
                <w:sz w:val="20"/>
              </w:rPr>
            </w:pPr>
            <w:r>
              <w:rPr>
                <w:sz w:val="20"/>
              </w:rPr>
              <w:t xml:space="preserve">prepoznavanju hrbata, korica i knjižnoga bloka. </w:t>
            </w:r>
          </w:p>
          <w:p w:rsidR="00317E77" w:rsidRDefault="0033216C" w:rsidP="0033216C">
            <w:pPr>
              <w:wordWrap w:val="0"/>
              <w:spacing w:after="20"/>
              <w:rPr>
                <w:sz w:val="20"/>
              </w:rPr>
            </w:pPr>
            <w:r>
              <w:rPr>
                <w:sz w:val="20"/>
              </w:rPr>
              <w:t xml:space="preserve">Osposobljavanje učenika za samostalno pronalaženje željene </w:t>
            </w:r>
          </w:p>
          <w:p w:rsidR="0033216C" w:rsidRPr="008C76D4" w:rsidRDefault="0033216C" w:rsidP="0033216C">
            <w:pPr>
              <w:wordWrap w:val="0"/>
              <w:spacing w:after="20"/>
            </w:pPr>
            <w:r>
              <w:rPr>
                <w:sz w:val="20"/>
              </w:rPr>
              <w:t xml:space="preserve">knjige te pričanjem priča i bajki </w:t>
            </w:r>
            <w:r w:rsidR="00317E77">
              <w:rPr>
                <w:sz w:val="20"/>
              </w:rPr>
              <w:t>poticati učenike da od pasivnih</w:t>
            </w:r>
            <w:r>
              <w:rPr>
                <w:sz w:val="20"/>
              </w:rPr>
              <w:t>slušača postanu aktivni koji će usvajati nove riječi i obogaćivati svoj vokabular.</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17E77" w:rsidRDefault="0033216C" w:rsidP="0033216C">
            <w:pPr>
              <w:wordWrap w:val="0"/>
              <w:spacing w:after="20"/>
              <w:rPr>
                <w:sz w:val="20"/>
              </w:rPr>
            </w:pPr>
            <w:r>
              <w:rPr>
                <w:sz w:val="20"/>
              </w:rPr>
              <w:t xml:space="preserve">KNJIŽNIČARKA, </w:t>
            </w:r>
          </w:p>
          <w:p w:rsidR="0033216C" w:rsidRPr="008C76D4" w:rsidRDefault="0033216C" w:rsidP="0033216C">
            <w:pPr>
              <w:wordWrap w:val="0"/>
              <w:spacing w:after="20"/>
            </w:pPr>
            <w:r>
              <w:rPr>
                <w:sz w:val="20"/>
              </w:rPr>
              <w:t>UČENICI</w:t>
            </w:r>
          </w:p>
        </w:tc>
        <w:tc>
          <w:tcPr>
            <w:tcW w:w="141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17E77" w:rsidRDefault="0033216C" w:rsidP="0033216C">
            <w:pPr>
              <w:wordWrap w:val="0"/>
              <w:spacing w:after="20"/>
              <w:rPr>
                <w:sz w:val="20"/>
              </w:rPr>
            </w:pPr>
            <w:r>
              <w:rPr>
                <w:sz w:val="20"/>
              </w:rPr>
              <w:t xml:space="preserve">Školska godina </w:t>
            </w:r>
          </w:p>
          <w:p w:rsidR="0033216C" w:rsidRPr="008C76D4" w:rsidRDefault="0033216C" w:rsidP="0033216C">
            <w:pPr>
              <w:wordWrap w:val="0"/>
              <w:spacing w:after="20"/>
            </w:pPr>
            <w:r>
              <w:rPr>
                <w:sz w:val="20"/>
              </w:rPr>
              <w:t>2026./2027.</w:t>
            </w:r>
          </w:p>
        </w:tc>
      </w:tr>
      <w:tr w:rsidR="0033216C" w:rsidRPr="008C76D4" w:rsidTr="00317E77">
        <w:trPr>
          <w:cantSplit/>
          <w:jc w:val="center"/>
        </w:trPr>
        <w:tc>
          <w:tcPr>
            <w:tcW w:w="99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0"/>
              </w:rPr>
              <w:t>3. a, 3. b</w:t>
            </w:r>
          </w:p>
        </w:tc>
        <w:tc>
          <w:tcPr>
            <w:tcW w:w="524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17E77" w:rsidRDefault="0033216C" w:rsidP="0033216C">
            <w:pPr>
              <w:wordWrap w:val="0"/>
              <w:spacing w:after="20"/>
              <w:rPr>
                <w:sz w:val="20"/>
              </w:rPr>
            </w:pPr>
            <w:r>
              <w:rPr>
                <w:sz w:val="20"/>
              </w:rPr>
              <w:t>Upoznavanje učenika s pojmovima autor, ilustrator i prevodi</w:t>
            </w:r>
            <w:r w:rsidR="00317E77">
              <w:rPr>
                <w:sz w:val="20"/>
              </w:rPr>
              <w:t>-</w:t>
            </w:r>
          </w:p>
          <w:p w:rsidR="00317E77" w:rsidRDefault="0033216C" w:rsidP="0033216C">
            <w:pPr>
              <w:wordWrap w:val="0"/>
              <w:spacing w:after="20"/>
              <w:rPr>
                <w:sz w:val="20"/>
              </w:rPr>
            </w:pPr>
            <w:r>
              <w:rPr>
                <w:sz w:val="20"/>
              </w:rPr>
              <w:t>telj (važnim osobama za nastanak knjige), s dijelovima knjige i podatcima o knjizi; samostalno svladavanje čitanja književno-</w:t>
            </w:r>
          </w:p>
          <w:p w:rsidR="0033216C" w:rsidRPr="008C76D4" w:rsidRDefault="0033216C" w:rsidP="0033216C">
            <w:pPr>
              <w:wordWrap w:val="0"/>
              <w:spacing w:after="20"/>
            </w:pPr>
            <w:r>
              <w:rPr>
                <w:sz w:val="20"/>
              </w:rPr>
              <w:t>umjetničkih tekstova.</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17E77" w:rsidRDefault="0033216C" w:rsidP="0033216C">
            <w:pPr>
              <w:wordWrap w:val="0"/>
              <w:spacing w:after="20"/>
              <w:rPr>
                <w:sz w:val="20"/>
              </w:rPr>
            </w:pPr>
            <w:r>
              <w:rPr>
                <w:sz w:val="20"/>
              </w:rPr>
              <w:t xml:space="preserve">KNJIŽNIČARKA, </w:t>
            </w:r>
          </w:p>
          <w:p w:rsidR="0033216C" w:rsidRPr="008C76D4" w:rsidRDefault="0033216C" w:rsidP="0033216C">
            <w:pPr>
              <w:wordWrap w:val="0"/>
              <w:spacing w:after="20"/>
            </w:pPr>
            <w:r>
              <w:rPr>
                <w:sz w:val="20"/>
              </w:rPr>
              <w:t>UČENICI</w:t>
            </w:r>
          </w:p>
        </w:tc>
        <w:tc>
          <w:tcPr>
            <w:tcW w:w="141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17E77" w:rsidRDefault="0033216C" w:rsidP="0033216C">
            <w:pPr>
              <w:wordWrap w:val="0"/>
              <w:spacing w:after="20"/>
              <w:rPr>
                <w:sz w:val="20"/>
              </w:rPr>
            </w:pPr>
            <w:r>
              <w:rPr>
                <w:sz w:val="20"/>
              </w:rPr>
              <w:t xml:space="preserve">Školska godina </w:t>
            </w:r>
          </w:p>
          <w:p w:rsidR="0033216C" w:rsidRPr="008C76D4" w:rsidRDefault="0033216C" w:rsidP="0033216C">
            <w:pPr>
              <w:wordWrap w:val="0"/>
              <w:spacing w:after="20"/>
            </w:pPr>
            <w:r>
              <w:rPr>
                <w:sz w:val="20"/>
              </w:rPr>
              <w:t>2026./2027.</w:t>
            </w:r>
          </w:p>
        </w:tc>
      </w:tr>
      <w:tr w:rsidR="0033216C" w:rsidRPr="008C76D4" w:rsidTr="00317E77">
        <w:trPr>
          <w:cantSplit/>
          <w:jc w:val="center"/>
        </w:trPr>
        <w:tc>
          <w:tcPr>
            <w:tcW w:w="99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0"/>
              </w:rPr>
              <w:t>4. a, 4. b</w:t>
            </w:r>
          </w:p>
        </w:tc>
        <w:tc>
          <w:tcPr>
            <w:tcW w:w="524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17E77" w:rsidRDefault="0033216C" w:rsidP="0033216C">
            <w:pPr>
              <w:wordWrap w:val="0"/>
              <w:spacing w:after="20"/>
              <w:rPr>
                <w:sz w:val="20"/>
              </w:rPr>
            </w:pPr>
            <w:r>
              <w:rPr>
                <w:sz w:val="20"/>
              </w:rPr>
              <w:t xml:space="preserve">Upoznavanje učenika s referentnom zbirkom, svrhom referentne </w:t>
            </w:r>
            <w:proofErr w:type="gramStart"/>
            <w:r>
              <w:rPr>
                <w:sz w:val="20"/>
              </w:rPr>
              <w:t>zbirke  (</w:t>
            </w:r>
            <w:proofErr w:type="gramEnd"/>
            <w:r>
              <w:rPr>
                <w:sz w:val="20"/>
              </w:rPr>
              <w:t xml:space="preserve">korištenje zbirke u svrhu proširivanja znanja); </w:t>
            </w:r>
          </w:p>
          <w:p w:rsidR="00317E77" w:rsidRDefault="0033216C" w:rsidP="0033216C">
            <w:pPr>
              <w:wordWrap w:val="0"/>
              <w:spacing w:after="20"/>
              <w:rPr>
                <w:sz w:val="20"/>
              </w:rPr>
            </w:pPr>
            <w:r>
              <w:rPr>
                <w:sz w:val="20"/>
              </w:rPr>
              <w:t xml:space="preserve">osposobljavanje učenika za prepoznavanje referentne zbirke </w:t>
            </w:r>
          </w:p>
          <w:p w:rsidR="00317E77" w:rsidRDefault="0033216C" w:rsidP="0033216C">
            <w:pPr>
              <w:wordWrap w:val="0"/>
              <w:spacing w:after="20"/>
              <w:rPr>
                <w:sz w:val="20"/>
              </w:rPr>
            </w:pPr>
            <w:r>
              <w:rPr>
                <w:sz w:val="20"/>
              </w:rPr>
              <w:t xml:space="preserve">na različitim medijima te pronalaženje, odabir i primjenu </w:t>
            </w:r>
          </w:p>
          <w:p w:rsidR="0033216C" w:rsidRPr="008C76D4" w:rsidRDefault="0033216C" w:rsidP="0033216C">
            <w:pPr>
              <w:wordWrap w:val="0"/>
              <w:spacing w:after="20"/>
            </w:pPr>
            <w:proofErr w:type="gramStart"/>
            <w:r>
              <w:rPr>
                <w:sz w:val="20"/>
              </w:rPr>
              <w:t>pronađenih  informacija</w:t>
            </w:r>
            <w:proofErr w:type="gramEnd"/>
            <w:r>
              <w:rPr>
                <w:sz w:val="20"/>
              </w:rPr>
              <w:t>; samostalno uočav</w:t>
            </w:r>
            <w:r w:rsidR="00317E77">
              <w:rPr>
                <w:sz w:val="20"/>
              </w:rPr>
              <w:t>anje razlika između</w:t>
            </w:r>
            <w:r>
              <w:rPr>
                <w:sz w:val="20"/>
              </w:rPr>
              <w:t>stručne literature i beletristike.</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17E77" w:rsidRDefault="0033216C" w:rsidP="0033216C">
            <w:pPr>
              <w:wordWrap w:val="0"/>
              <w:spacing w:after="20"/>
              <w:rPr>
                <w:sz w:val="20"/>
              </w:rPr>
            </w:pPr>
            <w:r>
              <w:rPr>
                <w:sz w:val="20"/>
              </w:rPr>
              <w:t xml:space="preserve">KNJIŽNIČARKA, </w:t>
            </w:r>
          </w:p>
          <w:p w:rsidR="0033216C" w:rsidRPr="008C76D4" w:rsidRDefault="0033216C" w:rsidP="0033216C">
            <w:pPr>
              <w:wordWrap w:val="0"/>
              <w:spacing w:after="20"/>
            </w:pPr>
            <w:r>
              <w:rPr>
                <w:sz w:val="20"/>
              </w:rPr>
              <w:t>UČENICI</w:t>
            </w:r>
          </w:p>
        </w:tc>
        <w:tc>
          <w:tcPr>
            <w:tcW w:w="141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17E77" w:rsidRDefault="0033216C" w:rsidP="0033216C">
            <w:pPr>
              <w:wordWrap w:val="0"/>
              <w:spacing w:after="20"/>
              <w:rPr>
                <w:sz w:val="20"/>
              </w:rPr>
            </w:pPr>
            <w:r>
              <w:rPr>
                <w:sz w:val="20"/>
              </w:rPr>
              <w:t xml:space="preserve">Školska godina </w:t>
            </w:r>
          </w:p>
          <w:p w:rsidR="0033216C" w:rsidRPr="008C76D4" w:rsidRDefault="0033216C" w:rsidP="0033216C">
            <w:pPr>
              <w:wordWrap w:val="0"/>
              <w:spacing w:after="20"/>
            </w:pPr>
            <w:r>
              <w:rPr>
                <w:sz w:val="20"/>
              </w:rPr>
              <w:t>2026./2027.</w:t>
            </w:r>
          </w:p>
        </w:tc>
      </w:tr>
      <w:tr w:rsidR="0033216C" w:rsidRPr="008C76D4" w:rsidTr="00317E77">
        <w:trPr>
          <w:cantSplit/>
          <w:jc w:val="center"/>
        </w:trPr>
        <w:tc>
          <w:tcPr>
            <w:tcW w:w="99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0"/>
              </w:rPr>
              <w:t xml:space="preserve">5. a, </w:t>
            </w:r>
            <w:proofErr w:type="gramStart"/>
            <w:r>
              <w:rPr>
                <w:sz w:val="20"/>
              </w:rPr>
              <w:t>5.b</w:t>
            </w:r>
            <w:proofErr w:type="gramEnd"/>
          </w:p>
        </w:tc>
        <w:tc>
          <w:tcPr>
            <w:tcW w:w="524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17E77" w:rsidRDefault="0033216C" w:rsidP="0033216C">
            <w:pPr>
              <w:wordWrap w:val="0"/>
              <w:spacing w:after="20"/>
              <w:rPr>
                <w:sz w:val="20"/>
              </w:rPr>
            </w:pPr>
            <w:r>
              <w:rPr>
                <w:sz w:val="20"/>
              </w:rPr>
              <w:t>Poučavanje učenika samostalnom korištenju izvora informaci</w:t>
            </w:r>
            <w:r w:rsidR="00317E77">
              <w:rPr>
                <w:sz w:val="20"/>
              </w:rPr>
              <w:t>-</w:t>
            </w:r>
          </w:p>
          <w:p w:rsidR="0033216C" w:rsidRPr="008C76D4" w:rsidRDefault="0033216C" w:rsidP="0033216C">
            <w:pPr>
              <w:wordWrap w:val="0"/>
              <w:spacing w:after="20"/>
            </w:pPr>
            <w:r>
              <w:rPr>
                <w:sz w:val="20"/>
              </w:rPr>
              <w:t>ja i znanja, imenovanju nekih znanosti i njihovo grananje, poti</w:t>
            </w:r>
            <w:r w:rsidR="00317E77">
              <w:rPr>
                <w:sz w:val="20"/>
              </w:rPr>
              <w:t>-</w:t>
            </w:r>
            <w:r>
              <w:rPr>
                <w:sz w:val="20"/>
              </w:rPr>
              <w:t>canje učenika na čitanje s razumijevanjem, prepričavanje pro</w:t>
            </w:r>
            <w:r w:rsidR="00317E77">
              <w:rPr>
                <w:sz w:val="20"/>
              </w:rPr>
              <w:t>-</w:t>
            </w:r>
            <w:r>
              <w:rPr>
                <w:sz w:val="20"/>
              </w:rPr>
              <w:t>čitanog vlastitim riječima.</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17E77" w:rsidRDefault="0033216C" w:rsidP="0033216C">
            <w:pPr>
              <w:wordWrap w:val="0"/>
              <w:spacing w:after="20"/>
              <w:rPr>
                <w:sz w:val="20"/>
              </w:rPr>
            </w:pPr>
            <w:r>
              <w:rPr>
                <w:sz w:val="20"/>
              </w:rPr>
              <w:t xml:space="preserve">KNJIŽNIČARKA, </w:t>
            </w:r>
          </w:p>
          <w:p w:rsidR="0033216C" w:rsidRPr="008C76D4" w:rsidRDefault="0033216C" w:rsidP="0033216C">
            <w:pPr>
              <w:wordWrap w:val="0"/>
              <w:spacing w:after="20"/>
            </w:pPr>
            <w:r>
              <w:rPr>
                <w:sz w:val="20"/>
              </w:rPr>
              <w:t>UČENICI</w:t>
            </w:r>
          </w:p>
        </w:tc>
        <w:tc>
          <w:tcPr>
            <w:tcW w:w="141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17E77" w:rsidRDefault="0033216C" w:rsidP="0033216C">
            <w:pPr>
              <w:wordWrap w:val="0"/>
              <w:spacing w:after="20"/>
              <w:rPr>
                <w:sz w:val="20"/>
              </w:rPr>
            </w:pPr>
            <w:r>
              <w:rPr>
                <w:sz w:val="20"/>
              </w:rPr>
              <w:t xml:space="preserve">Školska godina </w:t>
            </w:r>
          </w:p>
          <w:p w:rsidR="0033216C" w:rsidRPr="008C76D4" w:rsidRDefault="0033216C" w:rsidP="0033216C">
            <w:pPr>
              <w:wordWrap w:val="0"/>
              <w:spacing w:after="20"/>
            </w:pPr>
            <w:r>
              <w:rPr>
                <w:sz w:val="20"/>
              </w:rPr>
              <w:t>2026./2027.</w:t>
            </w:r>
          </w:p>
        </w:tc>
      </w:tr>
      <w:tr w:rsidR="0033216C" w:rsidRPr="008C76D4" w:rsidTr="00317E77">
        <w:trPr>
          <w:cantSplit/>
          <w:jc w:val="center"/>
        </w:trPr>
        <w:tc>
          <w:tcPr>
            <w:tcW w:w="99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0"/>
              </w:rPr>
              <w:t xml:space="preserve">6. a, </w:t>
            </w:r>
            <w:proofErr w:type="gramStart"/>
            <w:r>
              <w:rPr>
                <w:sz w:val="20"/>
              </w:rPr>
              <w:t>6.b</w:t>
            </w:r>
            <w:proofErr w:type="gramEnd"/>
          </w:p>
        </w:tc>
        <w:tc>
          <w:tcPr>
            <w:tcW w:w="524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17E77" w:rsidRDefault="0033216C" w:rsidP="0033216C">
            <w:pPr>
              <w:wordWrap w:val="0"/>
              <w:spacing w:after="20"/>
              <w:rPr>
                <w:sz w:val="20"/>
              </w:rPr>
            </w:pPr>
            <w:r>
              <w:rPr>
                <w:sz w:val="20"/>
              </w:rPr>
              <w:t>Upoznavanje učenika s Univerzalnom decimalnom klasifikaci</w:t>
            </w:r>
            <w:r w:rsidR="00317E77">
              <w:rPr>
                <w:sz w:val="20"/>
              </w:rPr>
              <w:t>-</w:t>
            </w:r>
          </w:p>
          <w:p w:rsidR="00317E77" w:rsidRDefault="0033216C" w:rsidP="0033216C">
            <w:pPr>
              <w:wordWrap w:val="0"/>
              <w:spacing w:after="20"/>
              <w:rPr>
                <w:sz w:val="20"/>
              </w:rPr>
            </w:pPr>
            <w:r>
              <w:rPr>
                <w:sz w:val="20"/>
              </w:rPr>
              <w:t>jom (UDK), samostalno pronalaženje informacija (predmetni</w:t>
            </w:r>
            <w:r w:rsidR="00317E77">
              <w:rPr>
                <w:sz w:val="20"/>
              </w:rPr>
              <w:t xml:space="preserve">- </w:t>
            </w:r>
          </w:p>
          <w:p w:rsidR="00317E77" w:rsidRDefault="0033216C" w:rsidP="0033216C">
            <w:pPr>
              <w:wordWrap w:val="0"/>
              <w:spacing w:after="20"/>
              <w:rPr>
                <w:sz w:val="20"/>
              </w:rPr>
            </w:pPr>
            <w:r>
              <w:rPr>
                <w:sz w:val="20"/>
              </w:rPr>
              <w:t>ca, katalozi, bibliografija), samostalno odabiranje načina rada, načina pretraživanja i izvora pretraživanja za rješavanje pro</w:t>
            </w:r>
            <w:r w:rsidR="00317E77">
              <w:rPr>
                <w:sz w:val="20"/>
              </w:rPr>
              <w:t>-</w:t>
            </w:r>
          </w:p>
          <w:p w:rsidR="0033216C" w:rsidRPr="008C76D4" w:rsidRDefault="0033216C" w:rsidP="0033216C">
            <w:pPr>
              <w:wordWrap w:val="0"/>
              <w:spacing w:after="20"/>
            </w:pPr>
            <w:r>
              <w:rPr>
                <w:sz w:val="20"/>
              </w:rPr>
              <w:t>blemsko - istraživačkih zadaća.</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17E77" w:rsidRDefault="0033216C" w:rsidP="0033216C">
            <w:pPr>
              <w:wordWrap w:val="0"/>
              <w:spacing w:after="20"/>
              <w:rPr>
                <w:sz w:val="20"/>
              </w:rPr>
            </w:pPr>
            <w:r>
              <w:rPr>
                <w:sz w:val="20"/>
              </w:rPr>
              <w:t xml:space="preserve">KNJIŽNIČARKA, </w:t>
            </w:r>
          </w:p>
          <w:p w:rsidR="0033216C" w:rsidRPr="008C76D4" w:rsidRDefault="0033216C" w:rsidP="0033216C">
            <w:pPr>
              <w:wordWrap w:val="0"/>
              <w:spacing w:after="20"/>
            </w:pPr>
            <w:r>
              <w:rPr>
                <w:sz w:val="20"/>
              </w:rPr>
              <w:t>UČENICI</w:t>
            </w:r>
          </w:p>
        </w:tc>
        <w:tc>
          <w:tcPr>
            <w:tcW w:w="141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17E77" w:rsidRDefault="0033216C" w:rsidP="0033216C">
            <w:pPr>
              <w:wordWrap w:val="0"/>
              <w:spacing w:after="20"/>
              <w:rPr>
                <w:sz w:val="20"/>
              </w:rPr>
            </w:pPr>
            <w:r>
              <w:rPr>
                <w:sz w:val="20"/>
              </w:rPr>
              <w:t xml:space="preserve">Školska godina </w:t>
            </w:r>
          </w:p>
          <w:p w:rsidR="0033216C" w:rsidRPr="008C76D4" w:rsidRDefault="0033216C" w:rsidP="0033216C">
            <w:pPr>
              <w:wordWrap w:val="0"/>
              <w:spacing w:after="20"/>
            </w:pPr>
            <w:r>
              <w:rPr>
                <w:sz w:val="20"/>
              </w:rPr>
              <w:t>2026./2027.</w:t>
            </w:r>
          </w:p>
        </w:tc>
      </w:tr>
      <w:tr w:rsidR="0033216C" w:rsidRPr="008C76D4" w:rsidTr="00317E77">
        <w:trPr>
          <w:jc w:val="center"/>
        </w:trPr>
        <w:tc>
          <w:tcPr>
            <w:tcW w:w="99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0"/>
              </w:rPr>
              <w:t>7. a, 7. b</w:t>
            </w:r>
          </w:p>
        </w:tc>
        <w:tc>
          <w:tcPr>
            <w:tcW w:w="524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17E77" w:rsidRDefault="0033216C" w:rsidP="0033216C">
            <w:pPr>
              <w:wordWrap w:val="0"/>
              <w:spacing w:after="20"/>
              <w:rPr>
                <w:sz w:val="20"/>
              </w:rPr>
            </w:pPr>
            <w:r>
              <w:rPr>
                <w:sz w:val="20"/>
              </w:rPr>
              <w:t>Osposobljavanje učenika za odabir i uporabu podataka iz razli</w:t>
            </w:r>
            <w:r w:rsidR="00317E77">
              <w:rPr>
                <w:sz w:val="20"/>
              </w:rPr>
              <w:t>-</w:t>
            </w:r>
            <w:r>
              <w:rPr>
                <w:sz w:val="20"/>
              </w:rPr>
              <w:t>čitih časopisa, upoznavanje s pojmom citata, poučavanje pra</w:t>
            </w:r>
            <w:r w:rsidR="00317E77">
              <w:rPr>
                <w:sz w:val="20"/>
              </w:rPr>
              <w:t>-</w:t>
            </w:r>
          </w:p>
          <w:p w:rsidR="00317E77" w:rsidRDefault="0033216C" w:rsidP="0033216C">
            <w:pPr>
              <w:wordWrap w:val="0"/>
              <w:spacing w:after="20"/>
              <w:rPr>
                <w:sz w:val="20"/>
              </w:rPr>
            </w:pPr>
            <w:r>
              <w:rPr>
                <w:sz w:val="20"/>
              </w:rPr>
              <w:t xml:space="preserve">vilnom citiranju pri izradi referata i zadaća, upoznavanje s </w:t>
            </w:r>
          </w:p>
          <w:p w:rsidR="00317E77" w:rsidRDefault="0033216C" w:rsidP="0033216C">
            <w:pPr>
              <w:wordWrap w:val="0"/>
              <w:spacing w:after="20"/>
              <w:rPr>
                <w:sz w:val="20"/>
              </w:rPr>
            </w:pPr>
            <w:r>
              <w:rPr>
                <w:sz w:val="20"/>
              </w:rPr>
              <w:t xml:space="preserve">pojmom autorstva, pretraživanje fondova knjižnica putem on – line kataloga, utvrđivanje posjeduje li knjižnica određenu </w:t>
            </w:r>
          </w:p>
          <w:p w:rsidR="00317E77" w:rsidRDefault="0033216C" w:rsidP="0033216C">
            <w:pPr>
              <w:wordWrap w:val="0"/>
              <w:spacing w:after="20"/>
              <w:rPr>
                <w:sz w:val="20"/>
              </w:rPr>
            </w:pPr>
            <w:r>
              <w:rPr>
                <w:sz w:val="20"/>
              </w:rPr>
              <w:t>jedinicu knjižnične građe, broj jedinica, trenutačni status, koje knjige nekog autora knjižnica posjeduje te razlikovanje tiska</w:t>
            </w:r>
            <w:r w:rsidR="00317E77">
              <w:rPr>
                <w:sz w:val="20"/>
              </w:rPr>
              <w:t>-</w:t>
            </w:r>
          </w:p>
          <w:p w:rsidR="0033216C" w:rsidRPr="008C76D4" w:rsidRDefault="0033216C" w:rsidP="0033216C">
            <w:pPr>
              <w:wordWrap w:val="0"/>
              <w:spacing w:after="20"/>
            </w:pPr>
            <w:r>
              <w:rPr>
                <w:sz w:val="20"/>
              </w:rPr>
              <w:t>nog i elektroničkog časopisa.</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17E77" w:rsidRDefault="0033216C" w:rsidP="0033216C">
            <w:pPr>
              <w:wordWrap w:val="0"/>
              <w:spacing w:after="20"/>
              <w:rPr>
                <w:sz w:val="20"/>
              </w:rPr>
            </w:pPr>
            <w:r>
              <w:rPr>
                <w:sz w:val="20"/>
              </w:rPr>
              <w:t xml:space="preserve">KNJIŽNIČARKA, </w:t>
            </w:r>
          </w:p>
          <w:p w:rsidR="0033216C" w:rsidRPr="008C76D4" w:rsidRDefault="0033216C" w:rsidP="0033216C">
            <w:pPr>
              <w:wordWrap w:val="0"/>
              <w:spacing w:after="20"/>
            </w:pPr>
            <w:r>
              <w:rPr>
                <w:sz w:val="20"/>
              </w:rPr>
              <w:t>UČENICI</w:t>
            </w:r>
          </w:p>
        </w:tc>
        <w:tc>
          <w:tcPr>
            <w:tcW w:w="141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17E77" w:rsidRDefault="0033216C" w:rsidP="0033216C">
            <w:pPr>
              <w:wordWrap w:val="0"/>
              <w:spacing w:after="20"/>
              <w:rPr>
                <w:sz w:val="20"/>
              </w:rPr>
            </w:pPr>
            <w:r>
              <w:rPr>
                <w:sz w:val="20"/>
              </w:rPr>
              <w:t xml:space="preserve">Školska godina </w:t>
            </w:r>
          </w:p>
          <w:p w:rsidR="0033216C" w:rsidRPr="008C76D4" w:rsidRDefault="0033216C" w:rsidP="0033216C">
            <w:pPr>
              <w:wordWrap w:val="0"/>
              <w:spacing w:after="20"/>
            </w:pPr>
            <w:r>
              <w:rPr>
                <w:sz w:val="20"/>
              </w:rPr>
              <w:t>2026./2027.</w:t>
            </w:r>
          </w:p>
        </w:tc>
      </w:tr>
      <w:tr w:rsidR="0033216C" w:rsidRPr="008C76D4" w:rsidTr="00317E77">
        <w:trPr>
          <w:cantSplit/>
          <w:jc w:val="center"/>
        </w:trPr>
        <w:tc>
          <w:tcPr>
            <w:tcW w:w="99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0"/>
              </w:rPr>
              <w:lastRenderedPageBreak/>
              <w:t xml:space="preserve">8. a, </w:t>
            </w:r>
            <w:proofErr w:type="gramStart"/>
            <w:r>
              <w:rPr>
                <w:sz w:val="20"/>
              </w:rPr>
              <w:t>8.b</w:t>
            </w:r>
            <w:proofErr w:type="gramEnd"/>
          </w:p>
        </w:tc>
        <w:tc>
          <w:tcPr>
            <w:tcW w:w="524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17E77" w:rsidRDefault="0033216C" w:rsidP="0033216C">
            <w:pPr>
              <w:wordWrap w:val="0"/>
              <w:spacing w:after="20"/>
              <w:rPr>
                <w:sz w:val="20"/>
              </w:rPr>
            </w:pPr>
            <w:r>
              <w:rPr>
                <w:sz w:val="20"/>
              </w:rPr>
              <w:t xml:space="preserve">Upoznavanje učenika sa sustavom knjižnica u RH i svijetu, </w:t>
            </w:r>
          </w:p>
          <w:p w:rsidR="00317E77" w:rsidRDefault="0033216C" w:rsidP="0033216C">
            <w:pPr>
              <w:wordWrap w:val="0"/>
              <w:spacing w:after="20"/>
              <w:rPr>
                <w:sz w:val="20"/>
              </w:rPr>
            </w:pPr>
            <w:r>
              <w:rPr>
                <w:sz w:val="20"/>
              </w:rPr>
              <w:t>samostalno pronalaženje knjižnič</w:t>
            </w:r>
            <w:r w:rsidR="00317E77">
              <w:rPr>
                <w:sz w:val="20"/>
              </w:rPr>
              <w:t>ne građe ili izvora informacija</w:t>
            </w:r>
            <w:r>
              <w:rPr>
                <w:sz w:val="20"/>
              </w:rPr>
              <w:t>putem on – line kataloga, osposobljavanje za čitanje s razumi</w:t>
            </w:r>
            <w:r w:rsidR="00317E77">
              <w:rPr>
                <w:sz w:val="20"/>
              </w:rPr>
              <w:t>-</w:t>
            </w:r>
          </w:p>
          <w:p w:rsidR="00317E77" w:rsidRDefault="0033216C" w:rsidP="0033216C">
            <w:pPr>
              <w:wordWrap w:val="0"/>
              <w:spacing w:after="20"/>
              <w:rPr>
                <w:sz w:val="20"/>
              </w:rPr>
            </w:pPr>
            <w:r>
              <w:rPr>
                <w:sz w:val="20"/>
              </w:rPr>
              <w:t xml:space="preserve">jevanjem, prepričavanje vlastitim riječima, izrada bilježaka i </w:t>
            </w:r>
          </w:p>
          <w:p w:rsidR="0033216C" w:rsidRPr="00317E77" w:rsidRDefault="0033216C" w:rsidP="0033216C">
            <w:pPr>
              <w:wordWrap w:val="0"/>
              <w:spacing w:after="20"/>
              <w:rPr>
                <w:sz w:val="20"/>
              </w:rPr>
            </w:pPr>
            <w:r>
              <w:rPr>
                <w:sz w:val="20"/>
              </w:rPr>
              <w:t>sažetaka.</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17E77" w:rsidRDefault="0033216C" w:rsidP="0033216C">
            <w:pPr>
              <w:wordWrap w:val="0"/>
              <w:spacing w:after="20"/>
              <w:rPr>
                <w:sz w:val="20"/>
              </w:rPr>
            </w:pPr>
            <w:r>
              <w:rPr>
                <w:sz w:val="20"/>
              </w:rPr>
              <w:t xml:space="preserve">KNJIŽNIČARKA, </w:t>
            </w:r>
          </w:p>
          <w:p w:rsidR="0033216C" w:rsidRPr="008C76D4" w:rsidRDefault="0033216C" w:rsidP="0033216C">
            <w:pPr>
              <w:wordWrap w:val="0"/>
              <w:spacing w:after="20"/>
            </w:pPr>
            <w:r>
              <w:rPr>
                <w:sz w:val="20"/>
              </w:rPr>
              <w:t>UČENICI</w:t>
            </w:r>
          </w:p>
        </w:tc>
        <w:tc>
          <w:tcPr>
            <w:tcW w:w="141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17E77" w:rsidRDefault="0033216C" w:rsidP="0033216C">
            <w:pPr>
              <w:wordWrap w:val="0"/>
              <w:spacing w:after="20"/>
              <w:rPr>
                <w:sz w:val="20"/>
              </w:rPr>
            </w:pPr>
            <w:r>
              <w:rPr>
                <w:sz w:val="20"/>
              </w:rPr>
              <w:t xml:space="preserve">Školska godina </w:t>
            </w:r>
          </w:p>
          <w:p w:rsidR="0033216C" w:rsidRPr="008C76D4" w:rsidRDefault="0033216C" w:rsidP="0033216C">
            <w:pPr>
              <w:wordWrap w:val="0"/>
              <w:spacing w:after="20"/>
            </w:pPr>
            <w:r>
              <w:rPr>
                <w:sz w:val="20"/>
              </w:rPr>
              <w:t>2026./2027.</w:t>
            </w:r>
          </w:p>
        </w:tc>
      </w:tr>
      <w:tr w:rsidR="0033216C" w:rsidRPr="008C76D4" w:rsidTr="00317E77">
        <w:trPr>
          <w:jc w:val="center"/>
        </w:trPr>
        <w:tc>
          <w:tcPr>
            <w:tcW w:w="6238" w:type="dxa"/>
            <w:gridSpan w:val="2"/>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17E77" w:rsidRDefault="0033216C" w:rsidP="0033216C">
            <w:pPr>
              <w:wordWrap w:val="0"/>
              <w:spacing w:after="20"/>
              <w:rPr>
                <w:sz w:val="20"/>
              </w:rPr>
            </w:pPr>
            <w:r>
              <w:rPr>
                <w:sz w:val="20"/>
              </w:rPr>
              <w:t xml:space="preserve">Korisno provođenje učeničkog slobodnog vremena u knjižnici – čitanje i </w:t>
            </w:r>
          </w:p>
          <w:p w:rsidR="00317E77" w:rsidRDefault="0033216C" w:rsidP="0033216C">
            <w:pPr>
              <w:wordWrap w:val="0"/>
              <w:spacing w:after="20"/>
              <w:rPr>
                <w:sz w:val="20"/>
              </w:rPr>
            </w:pPr>
            <w:r>
              <w:rPr>
                <w:sz w:val="20"/>
              </w:rPr>
              <w:t xml:space="preserve">pisanje priča, bajki, crtanje, korištenje periodike za samostalno učenje i </w:t>
            </w:r>
          </w:p>
          <w:p w:rsidR="0033216C" w:rsidRPr="008C76D4" w:rsidRDefault="0033216C" w:rsidP="0033216C">
            <w:pPr>
              <w:wordWrap w:val="0"/>
              <w:spacing w:after="20"/>
            </w:pPr>
            <w:r>
              <w:rPr>
                <w:sz w:val="20"/>
              </w:rPr>
              <w:t>istraživanje -</w:t>
            </w:r>
            <w:r w:rsidR="00317E77">
              <w:rPr>
                <w:sz w:val="20"/>
              </w:rPr>
              <w:t xml:space="preserve"> </w:t>
            </w:r>
            <w:r>
              <w:rPr>
                <w:sz w:val="20"/>
              </w:rPr>
              <w:t>poticanje navike dolaženja u knjižnicu</w:t>
            </w:r>
            <w:r w:rsidR="00317E77">
              <w:rPr>
                <w:sz w:val="20"/>
              </w:rPr>
              <w:t>.</w:t>
            </w:r>
          </w:p>
          <w:p w:rsidR="00317E77" w:rsidRDefault="0033216C" w:rsidP="0033216C">
            <w:pPr>
              <w:wordWrap w:val="0"/>
              <w:spacing w:after="20"/>
              <w:rPr>
                <w:sz w:val="20"/>
              </w:rPr>
            </w:pPr>
            <w:r>
              <w:rPr>
                <w:sz w:val="20"/>
              </w:rPr>
              <w:t>Izrada plana čitanja lektire s učiteljima hrvatskoga</w:t>
            </w:r>
            <w:r w:rsidR="00317E77">
              <w:rPr>
                <w:sz w:val="20"/>
              </w:rPr>
              <w:t xml:space="preserve"> jezika i razredne </w:t>
            </w:r>
          </w:p>
          <w:p w:rsidR="0033216C" w:rsidRPr="008C76D4" w:rsidRDefault="00317E77" w:rsidP="0033216C">
            <w:pPr>
              <w:wordWrap w:val="0"/>
              <w:spacing w:after="20"/>
            </w:pPr>
            <w:r>
              <w:rPr>
                <w:sz w:val="20"/>
              </w:rPr>
              <w:t>nastave.</w:t>
            </w:r>
          </w:p>
          <w:p w:rsidR="0033216C" w:rsidRPr="008C76D4" w:rsidRDefault="0033216C" w:rsidP="0033216C">
            <w:pPr>
              <w:wordWrap w:val="0"/>
              <w:spacing w:after="20"/>
            </w:pPr>
            <w:r>
              <w:rPr>
                <w:sz w:val="20"/>
              </w:rPr>
              <w:t>Suradnja s učiteljima u planiranju, pripremi i realizaciji nastavnih sati</w:t>
            </w:r>
            <w:r w:rsidR="00317E77">
              <w:rPr>
                <w:sz w:val="20"/>
              </w:rPr>
              <w:t>.</w:t>
            </w:r>
          </w:p>
          <w:p w:rsidR="0033216C" w:rsidRPr="008C76D4" w:rsidRDefault="0033216C" w:rsidP="0033216C">
            <w:pPr>
              <w:wordWrap w:val="0"/>
              <w:spacing w:after="20"/>
            </w:pPr>
            <w:r>
              <w:rPr>
                <w:sz w:val="20"/>
              </w:rPr>
              <w:t>Timski rad knjižničara i učitelja pri izvođenju nastavnih sati</w:t>
            </w:r>
            <w:r w:rsidR="00317E77">
              <w:rPr>
                <w:sz w:val="20"/>
              </w:rPr>
              <w:t>.</w:t>
            </w:r>
          </w:p>
          <w:p w:rsidR="00317E77" w:rsidRDefault="0033216C" w:rsidP="0033216C">
            <w:pPr>
              <w:wordWrap w:val="0"/>
              <w:spacing w:after="20"/>
              <w:rPr>
                <w:sz w:val="20"/>
              </w:rPr>
            </w:pPr>
            <w:r>
              <w:rPr>
                <w:sz w:val="20"/>
              </w:rPr>
              <w:t xml:space="preserve">Pomoć učenicima pri izboru knjižne građe u pripremi referata ili obradi </w:t>
            </w:r>
          </w:p>
          <w:p w:rsidR="0033216C" w:rsidRPr="008C76D4" w:rsidRDefault="0033216C" w:rsidP="0033216C">
            <w:pPr>
              <w:wordWrap w:val="0"/>
              <w:spacing w:after="20"/>
            </w:pPr>
            <w:r>
              <w:rPr>
                <w:sz w:val="20"/>
              </w:rPr>
              <w:t>zadane teme</w:t>
            </w:r>
            <w:r w:rsidR="00317E77">
              <w:rPr>
                <w:sz w:val="20"/>
              </w:rPr>
              <w:t>.</w:t>
            </w:r>
          </w:p>
          <w:p w:rsidR="00317E77" w:rsidRDefault="0033216C" w:rsidP="0033216C">
            <w:pPr>
              <w:wordWrap w:val="0"/>
              <w:spacing w:after="20"/>
              <w:rPr>
                <w:sz w:val="20"/>
              </w:rPr>
            </w:pPr>
            <w:r>
              <w:rPr>
                <w:sz w:val="20"/>
              </w:rPr>
              <w:t xml:space="preserve">Suradnja s učiteljima, stručnim suradnicima i računovodstvom radi nabave </w:t>
            </w:r>
          </w:p>
          <w:p w:rsidR="0033216C" w:rsidRPr="008C76D4" w:rsidRDefault="0033216C" w:rsidP="0033216C">
            <w:pPr>
              <w:wordWrap w:val="0"/>
              <w:spacing w:after="20"/>
            </w:pPr>
            <w:r>
              <w:rPr>
                <w:sz w:val="20"/>
              </w:rPr>
              <w:t>literature iz svih predmeta i stručne metodičko – pedagoške literature</w:t>
            </w:r>
            <w:r w:rsidR="00317E77">
              <w:rPr>
                <w:sz w:val="20"/>
              </w:rPr>
              <w:t>.</w:t>
            </w:r>
          </w:p>
          <w:p w:rsidR="0033216C" w:rsidRPr="008C76D4" w:rsidRDefault="0033216C" w:rsidP="0033216C">
            <w:pPr>
              <w:wordWrap w:val="0"/>
              <w:spacing w:after="20"/>
            </w:pPr>
            <w:r>
              <w:rPr>
                <w:sz w:val="20"/>
              </w:rPr>
              <w:t>Mladi knjižničari</w:t>
            </w:r>
          </w:p>
          <w:p w:rsidR="0033216C" w:rsidRPr="008C76D4" w:rsidRDefault="0033216C" w:rsidP="0033216C">
            <w:pPr>
              <w:wordWrap w:val="0"/>
              <w:spacing w:after="20"/>
            </w:pPr>
            <w:r>
              <w:rPr>
                <w:sz w:val="20"/>
              </w:rPr>
              <w:t>Digital Bookmark Exchange Project</w:t>
            </w:r>
          </w:p>
          <w:p w:rsidR="0033216C" w:rsidRPr="008C76D4" w:rsidRDefault="0033216C" w:rsidP="0033216C">
            <w:pPr>
              <w:wordWrap w:val="0"/>
              <w:spacing w:after="20"/>
            </w:pPr>
            <w:r>
              <w:rPr>
                <w:sz w:val="20"/>
              </w:rPr>
              <w:t>Tulum s(l)ova</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0"/>
              </w:rPr>
              <w:t>KNJIŽNIČARKA</w:t>
            </w:r>
            <w:r w:rsidR="00317E77">
              <w:rPr>
                <w:sz w:val="20"/>
              </w:rPr>
              <w:t>,</w:t>
            </w:r>
          </w:p>
          <w:p w:rsidR="00317E77" w:rsidRDefault="0033216C" w:rsidP="0033216C">
            <w:pPr>
              <w:wordWrap w:val="0"/>
              <w:spacing w:after="20"/>
              <w:rPr>
                <w:sz w:val="20"/>
              </w:rPr>
            </w:pPr>
            <w:r>
              <w:rPr>
                <w:sz w:val="20"/>
              </w:rPr>
              <w:t xml:space="preserve">KNJIŽNIČARKA U </w:t>
            </w:r>
          </w:p>
          <w:p w:rsidR="00317E77" w:rsidRDefault="0033216C" w:rsidP="0033216C">
            <w:pPr>
              <w:wordWrap w:val="0"/>
              <w:spacing w:after="20"/>
              <w:rPr>
                <w:sz w:val="20"/>
              </w:rPr>
            </w:pPr>
            <w:r>
              <w:rPr>
                <w:sz w:val="20"/>
              </w:rPr>
              <w:t xml:space="preserve">SURADNJI S </w:t>
            </w:r>
          </w:p>
          <w:p w:rsidR="00317E77" w:rsidRDefault="0033216C" w:rsidP="0033216C">
            <w:pPr>
              <w:wordWrap w:val="0"/>
              <w:spacing w:after="20"/>
              <w:rPr>
                <w:sz w:val="20"/>
              </w:rPr>
            </w:pPr>
            <w:r>
              <w:rPr>
                <w:sz w:val="20"/>
              </w:rPr>
              <w:t xml:space="preserve">UČITELJIMA, </w:t>
            </w:r>
          </w:p>
          <w:p w:rsidR="00317E77" w:rsidRDefault="0033216C" w:rsidP="0033216C">
            <w:pPr>
              <w:wordWrap w:val="0"/>
              <w:spacing w:after="20"/>
              <w:rPr>
                <w:sz w:val="20"/>
              </w:rPr>
            </w:pPr>
            <w:r>
              <w:rPr>
                <w:sz w:val="20"/>
              </w:rPr>
              <w:t xml:space="preserve">STRUČNIM </w:t>
            </w:r>
          </w:p>
          <w:p w:rsidR="00317E77" w:rsidRDefault="0033216C" w:rsidP="0033216C">
            <w:pPr>
              <w:wordWrap w:val="0"/>
              <w:spacing w:after="20"/>
              <w:rPr>
                <w:sz w:val="20"/>
              </w:rPr>
            </w:pPr>
            <w:r>
              <w:rPr>
                <w:sz w:val="20"/>
              </w:rPr>
              <w:t xml:space="preserve">SURADNICIMA, </w:t>
            </w:r>
          </w:p>
          <w:p w:rsidR="00317E77" w:rsidRDefault="0033216C" w:rsidP="0033216C">
            <w:pPr>
              <w:wordWrap w:val="0"/>
              <w:spacing w:after="20"/>
              <w:rPr>
                <w:sz w:val="20"/>
              </w:rPr>
            </w:pPr>
            <w:r>
              <w:rPr>
                <w:sz w:val="20"/>
              </w:rPr>
              <w:t xml:space="preserve">RAČUNOVODSTVOM, </w:t>
            </w:r>
          </w:p>
          <w:p w:rsidR="0033216C" w:rsidRDefault="0033216C" w:rsidP="0033216C">
            <w:pPr>
              <w:wordWrap w:val="0"/>
              <w:spacing w:after="20"/>
              <w:rPr>
                <w:sz w:val="20"/>
              </w:rPr>
            </w:pPr>
            <w:r>
              <w:rPr>
                <w:sz w:val="20"/>
              </w:rPr>
              <w:t>RAVNATELJEM</w:t>
            </w:r>
          </w:p>
          <w:p w:rsidR="00317E77" w:rsidRPr="00317E77" w:rsidRDefault="00317E77" w:rsidP="0033216C">
            <w:pPr>
              <w:wordWrap w:val="0"/>
              <w:spacing w:after="20"/>
              <w:rPr>
                <w:sz w:val="20"/>
              </w:rPr>
            </w:pPr>
          </w:p>
        </w:tc>
        <w:tc>
          <w:tcPr>
            <w:tcW w:w="141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0"/>
              </w:rPr>
              <w:t xml:space="preserve">Školska godina </w:t>
            </w:r>
            <w:proofErr w:type="gramStart"/>
            <w:r>
              <w:rPr>
                <w:sz w:val="20"/>
              </w:rPr>
              <w:t>2026./</w:t>
            </w:r>
            <w:proofErr w:type="gramEnd"/>
            <w:r>
              <w:rPr>
                <w:sz w:val="20"/>
              </w:rPr>
              <w:t>2027.</w:t>
            </w:r>
          </w:p>
        </w:tc>
      </w:tr>
      <w:tr w:rsidR="0033216C" w:rsidRPr="008C76D4" w:rsidTr="0033216C">
        <w:trPr>
          <w:cantSplit/>
          <w:jc w:val="center"/>
        </w:trPr>
        <w:tc>
          <w:tcPr>
            <w:tcW w:w="9639" w:type="dxa"/>
            <w:gridSpan w:val="4"/>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0"/>
              </w:rPr>
              <w:t>STRUČNO – KNJIŽNIČARSKI RAD I INFORMACIJSKA DJELATNOST</w:t>
            </w:r>
            <w:r w:rsidR="001906B9">
              <w:t xml:space="preserve">: </w:t>
            </w:r>
            <w:r>
              <w:rPr>
                <w:sz w:val="20"/>
              </w:rPr>
              <w:t>238 sati</w:t>
            </w:r>
          </w:p>
        </w:tc>
      </w:tr>
      <w:tr w:rsidR="0033216C" w:rsidRPr="008C76D4" w:rsidTr="00317E77">
        <w:trPr>
          <w:jc w:val="center"/>
        </w:trPr>
        <w:tc>
          <w:tcPr>
            <w:tcW w:w="6238" w:type="dxa"/>
            <w:gridSpan w:val="2"/>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0"/>
              </w:rPr>
              <w:t>Organizacija i vođenje rada u knjižnici</w:t>
            </w:r>
          </w:p>
          <w:p w:rsidR="0033216C" w:rsidRPr="008C76D4" w:rsidRDefault="0033216C" w:rsidP="0033216C">
            <w:pPr>
              <w:wordWrap w:val="0"/>
              <w:spacing w:after="20"/>
            </w:pPr>
            <w:r>
              <w:rPr>
                <w:sz w:val="20"/>
              </w:rPr>
              <w:t>Upis novih učenika u knjižnicu</w:t>
            </w:r>
          </w:p>
          <w:p w:rsidR="0033216C" w:rsidRPr="008C76D4" w:rsidRDefault="0033216C" w:rsidP="0033216C">
            <w:pPr>
              <w:wordWrap w:val="0"/>
              <w:spacing w:after="20"/>
            </w:pPr>
            <w:r>
              <w:rPr>
                <w:sz w:val="20"/>
              </w:rPr>
              <w:t>Izrada članskih iskaznica</w:t>
            </w:r>
          </w:p>
          <w:p w:rsidR="0033216C" w:rsidRPr="008C76D4" w:rsidRDefault="0033216C" w:rsidP="0033216C">
            <w:pPr>
              <w:wordWrap w:val="0"/>
              <w:spacing w:after="20"/>
            </w:pPr>
            <w:r>
              <w:rPr>
                <w:sz w:val="20"/>
              </w:rPr>
              <w:t>Nabava periodike, informiranje učenika o dječjim časopisima, organizacija pretplate i rasporeda</w:t>
            </w:r>
          </w:p>
          <w:p w:rsidR="0033216C" w:rsidRPr="008C76D4" w:rsidRDefault="0033216C" w:rsidP="0033216C">
            <w:pPr>
              <w:wordWrap w:val="0"/>
              <w:spacing w:after="20"/>
            </w:pPr>
            <w:r>
              <w:rPr>
                <w:sz w:val="20"/>
              </w:rPr>
              <w:t>Nabava knjiga i ostale informacijske građe</w:t>
            </w:r>
          </w:p>
          <w:p w:rsidR="00317E77" w:rsidRDefault="0033216C" w:rsidP="0033216C">
            <w:pPr>
              <w:wordWrap w:val="0"/>
              <w:spacing w:after="20"/>
              <w:rPr>
                <w:sz w:val="20"/>
              </w:rPr>
            </w:pPr>
            <w:r>
              <w:rPr>
                <w:sz w:val="20"/>
              </w:rPr>
              <w:t>Knjižnično poslovanje, inventarizacija, reinventarizacija, signiranje, klasifi</w:t>
            </w:r>
            <w:r w:rsidR="00317E77">
              <w:rPr>
                <w:sz w:val="20"/>
              </w:rPr>
              <w:t>-</w:t>
            </w:r>
          </w:p>
          <w:p w:rsidR="0033216C" w:rsidRPr="008C76D4" w:rsidRDefault="0033216C" w:rsidP="0033216C">
            <w:pPr>
              <w:wordWrap w:val="0"/>
              <w:spacing w:after="20"/>
            </w:pPr>
            <w:r>
              <w:rPr>
                <w:sz w:val="20"/>
              </w:rPr>
              <w:t>kacija, katalogizacija, otpis i revizija</w:t>
            </w:r>
            <w:r w:rsidR="001906B9">
              <w:rPr>
                <w:sz w:val="20"/>
              </w:rPr>
              <w:t>.</w:t>
            </w:r>
          </w:p>
          <w:p w:rsidR="0033216C" w:rsidRPr="008C76D4" w:rsidRDefault="0033216C" w:rsidP="0033216C">
            <w:pPr>
              <w:wordWrap w:val="0"/>
              <w:spacing w:after="20"/>
            </w:pPr>
            <w:r>
              <w:rPr>
                <w:sz w:val="20"/>
              </w:rPr>
              <w:t>Sustavno informiranje učenika i učitelja o novim naslovima u knjižnici</w:t>
            </w:r>
            <w:r w:rsidR="001906B9">
              <w:rPr>
                <w:sz w:val="20"/>
              </w:rPr>
              <w:t>.</w:t>
            </w:r>
          </w:p>
          <w:p w:rsidR="0033216C" w:rsidRPr="008C76D4" w:rsidRDefault="0033216C" w:rsidP="0033216C">
            <w:pPr>
              <w:wordWrap w:val="0"/>
              <w:spacing w:after="20"/>
            </w:pPr>
            <w:r>
              <w:rPr>
                <w:sz w:val="20"/>
              </w:rPr>
              <w:t>Uređivanje panoa, izrada plakata i sl.</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0"/>
              </w:rPr>
              <w:t>KNJIŽNIČARKA</w:t>
            </w:r>
          </w:p>
          <w:p w:rsidR="0033216C" w:rsidRPr="008C76D4" w:rsidRDefault="0033216C" w:rsidP="0033216C">
            <w:pPr>
              <w:wordWrap w:val="0"/>
              <w:spacing w:after="20"/>
            </w:pPr>
            <w:r>
              <w:rPr>
                <w:sz w:val="20"/>
              </w:rPr>
              <w:t>KNJIŽNIČARKA</w:t>
            </w:r>
          </w:p>
        </w:tc>
        <w:tc>
          <w:tcPr>
            <w:tcW w:w="141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0"/>
              </w:rPr>
              <w:t xml:space="preserve">Školska godina </w:t>
            </w:r>
            <w:proofErr w:type="gramStart"/>
            <w:r>
              <w:rPr>
                <w:sz w:val="20"/>
              </w:rPr>
              <w:t>2026./</w:t>
            </w:r>
            <w:proofErr w:type="gramEnd"/>
            <w:r>
              <w:rPr>
                <w:sz w:val="20"/>
              </w:rPr>
              <w:t>2027.</w:t>
            </w:r>
          </w:p>
        </w:tc>
      </w:tr>
      <w:tr w:rsidR="0033216C" w:rsidRPr="008C76D4" w:rsidTr="0033216C">
        <w:trPr>
          <w:cantSplit/>
          <w:jc w:val="center"/>
        </w:trPr>
        <w:tc>
          <w:tcPr>
            <w:tcW w:w="9639" w:type="dxa"/>
            <w:gridSpan w:val="4"/>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0"/>
              </w:rPr>
              <w:t>KULTURNA I JAVNA DJELATNOST</w:t>
            </w:r>
            <w:r w:rsidR="001906B9">
              <w:rPr>
                <w:sz w:val="20"/>
              </w:rPr>
              <w:t xml:space="preserve">: </w:t>
            </w:r>
            <w:r>
              <w:rPr>
                <w:sz w:val="20"/>
              </w:rPr>
              <w:t>76 sati</w:t>
            </w:r>
          </w:p>
        </w:tc>
      </w:tr>
      <w:tr w:rsidR="0033216C" w:rsidRPr="008C76D4" w:rsidTr="00317E77">
        <w:trPr>
          <w:cantSplit/>
          <w:jc w:val="center"/>
        </w:trPr>
        <w:tc>
          <w:tcPr>
            <w:tcW w:w="6238" w:type="dxa"/>
            <w:gridSpan w:val="2"/>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0"/>
              </w:rPr>
              <w:t>Organiziranje, pripremanje, realizacija književnih susreta, tematskih izložbi</w:t>
            </w:r>
          </w:p>
          <w:p w:rsidR="0033216C" w:rsidRPr="008C76D4" w:rsidRDefault="0033216C" w:rsidP="0033216C">
            <w:pPr>
              <w:wordWrap w:val="0"/>
              <w:spacing w:after="20"/>
            </w:pPr>
            <w:r>
              <w:rPr>
                <w:sz w:val="20"/>
              </w:rPr>
              <w:t>Obilježavanja značajnijih datuma i blagdana</w:t>
            </w:r>
          </w:p>
          <w:p w:rsidR="0033216C" w:rsidRPr="008C76D4" w:rsidRDefault="0033216C" w:rsidP="0033216C">
            <w:pPr>
              <w:wordWrap w:val="0"/>
              <w:spacing w:after="20"/>
            </w:pPr>
            <w:r>
              <w:rPr>
                <w:sz w:val="20"/>
              </w:rPr>
              <w:t>Suradnja s kulturnim i javnim ustanovama</w:t>
            </w:r>
          </w:p>
          <w:p w:rsidR="0033216C" w:rsidRPr="008C76D4" w:rsidRDefault="0033216C" w:rsidP="0033216C">
            <w:pPr>
              <w:wordWrap w:val="0"/>
              <w:spacing w:after="20"/>
            </w:pPr>
            <w:r>
              <w:rPr>
                <w:sz w:val="20"/>
              </w:rPr>
              <w:t>Suradnja s matičnom knjižnicom i ostalim knjižnicama</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0"/>
              </w:rPr>
              <w:t>KNJIŽNIČARKA</w:t>
            </w:r>
          </w:p>
        </w:tc>
        <w:tc>
          <w:tcPr>
            <w:tcW w:w="141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0"/>
              </w:rPr>
              <w:t xml:space="preserve">Školska godina </w:t>
            </w:r>
            <w:proofErr w:type="gramStart"/>
            <w:r>
              <w:rPr>
                <w:sz w:val="20"/>
              </w:rPr>
              <w:t>2026./</w:t>
            </w:r>
            <w:proofErr w:type="gramEnd"/>
            <w:r>
              <w:rPr>
                <w:sz w:val="20"/>
              </w:rPr>
              <w:t>2027.</w:t>
            </w:r>
          </w:p>
        </w:tc>
      </w:tr>
      <w:tr w:rsidR="0033216C" w:rsidRPr="008C76D4" w:rsidTr="0033216C">
        <w:trPr>
          <w:cantSplit/>
          <w:jc w:val="center"/>
        </w:trPr>
        <w:tc>
          <w:tcPr>
            <w:tcW w:w="9639" w:type="dxa"/>
            <w:gridSpan w:val="4"/>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0"/>
              </w:rPr>
              <w:t>PLANIRANJE I PROGRAMIRANJE RADA</w:t>
            </w:r>
            <w:r w:rsidR="001906B9">
              <w:t xml:space="preserve">: </w:t>
            </w:r>
            <w:r>
              <w:rPr>
                <w:sz w:val="20"/>
              </w:rPr>
              <w:t>20 sati</w:t>
            </w:r>
          </w:p>
        </w:tc>
      </w:tr>
      <w:tr w:rsidR="0033216C" w:rsidRPr="008C76D4" w:rsidTr="00317E77">
        <w:trPr>
          <w:cantSplit/>
          <w:jc w:val="center"/>
        </w:trPr>
        <w:tc>
          <w:tcPr>
            <w:tcW w:w="6238" w:type="dxa"/>
            <w:gridSpan w:val="2"/>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0"/>
              </w:rPr>
              <w:t>Izrada godišnjeg plana i programa</w:t>
            </w:r>
          </w:p>
          <w:p w:rsidR="0033216C" w:rsidRPr="008C76D4" w:rsidRDefault="0033216C" w:rsidP="0033216C">
            <w:pPr>
              <w:wordWrap w:val="0"/>
              <w:spacing w:after="20"/>
            </w:pPr>
            <w:r>
              <w:rPr>
                <w:sz w:val="20"/>
              </w:rPr>
              <w:t>Izrada mjesečnog plana i programa</w:t>
            </w:r>
          </w:p>
          <w:p w:rsidR="0033216C" w:rsidRPr="008C76D4" w:rsidRDefault="0033216C" w:rsidP="0033216C">
            <w:pPr>
              <w:wordWrap w:val="0"/>
              <w:spacing w:after="20"/>
            </w:pPr>
            <w:r>
              <w:rPr>
                <w:sz w:val="20"/>
              </w:rPr>
              <w:t>Planiranje kulturne i javne djelatnosti</w:t>
            </w:r>
          </w:p>
          <w:p w:rsidR="0033216C" w:rsidRPr="008C76D4" w:rsidRDefault="0033216C" w:rsidP="0033216C">
            <w:pPr>
              <w:wordWrap w:val="0"/>
              <w:spacing w:after="20"/>
            </w:pPr>
            <w:r>
              <w:rPr>
                <w:sz w:val="20"/>
              </w:rPr>
              <w:t>Planiranje stručnog usavršavanja</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c>
          <w:tcPr>
            <w:tcW w:w="141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0"/>
              </w:rPr>
              <w:t xml:space="preserve">Školska godina </w:t>
            </w:r>
            <w:proofErr w:type="gramStart"/>
            <w:r>
              <w:rPr>
                <w:sz w:val="20"/>
              </w:rPr>
              <w:t>2026./</w:t>
            </w:r>
            <w:proofErr w:type="gramEnd"/>
            <w:r>
              <w:rPr>
                <w:sz w:val="20"/>
              </w:rPr>
              <w:t>2027.</w:t>
            </w:r>
          </w:p>
        </w:tc>
      </w:tr>
      <w:tr w:rsidR="0033216C" w:rsidRPr="008C76D4" w:rsidTr="0033216C">
        <w:trPr>
          <w:cantSplit/>
          <w:jc w:val="center"/>
        </w:trPr>
        <w:tc>
          <w:tcPr>
            <w:tcW w:w="9639" w:type="dxa"/>
            <w:gridSpan w:val="4"/>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0"/>
              </w:rPr>
              <w:t>STRUČNO USAVRŠAVANJE</w:t>
            </w:r>
            <w:r w:rsidR="001906B9">
              <w:t xml:space="preserve">: </w:t>
            </w:r>
            <w:r>
              <w:rPr>
                <w:sz w:val="20"/>
              </w:rPr>
              <w:t>110 sati</w:t>
            </w:r>
          </w:p>
        </w:tc>
      </w:tr>
      <w:tr w:rsidR="0033216C" w:rsidRPr="008C76D4" w:rsidTr="00317E77">
        <w:trPr>
          <w:cantSplit/>
          <w:jc w:val="center"/>
        </w:trPr>
        <w:tc>
          <w:tcPr>
            <w:tcW w:w="6238" w:type="dxa"/>
            <w:gridSpan w:val="2"/>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0"/>
              </w:rPr>
              <w:t>Praćenje najnovije literature s područja knjižničarstva</w:t>
            </w:r>
          </w:p>
          <w:p w:rsidR="0033216C" w:rsidRPr="008C76D4" w:rsidRDefault="0033216C" w:rsidP="0033216C">
            <w:pPr>
              <w:wordWrap w:val="0"/>
              <w:spacing w:after="20"/>
            </w:pPr>
            <w:r>
              <w:rPr>
                <w:sz w:val="20"/>
              </w:rPr>
              <w:t>Sudjelovanje na stručnim sastancima škole</w:t>
            </w:r>
          </w:p>
          <w:p w:rsidR="0033216C" w:rsidRPr="008C76D4" w:rsidRDefault="0033216C" w:rsidP="0033216C">
            <w:pPr>
              <w:wordWrap w:val="0"/>
              <w:spacing w:after="20"/>
            </w:pPr>
            <w:r>
              <w:rPr>
                <w:sz w:val="20"/>
              </w:rPr>
              <w:t>Sudjelovanje na županijskim stručnim vijećima školskih knjižničara</w:t>
            </w:r>
          </w:p>
          <w:p w:rsidR="00317E77" w:rsidRDefault="0033216C" w:rsidP="0033216C">
            <w:pPr>
              <w:wordWrap w:val="0"/>
              <w:spacing w:after="20"/>
              <w:rPr>
                <w:sz w:val="20"/>
              </w:rPr>
            </w:pPr>
            <w:r>
              <w:rPr>
                <w:sz w:val="20"/>
              </w:rPr>
              <w:t xml:space="preserve">Suradnja s matičnom službom županije, međuknjižnična suradnja i </w:t>
            </w:r>
          </w:p>
          <w:p w:rsidR="0033216C" w:rsidRPr="008C76D4" w:rsidRDefault="0033216C" w:rsidP="0033216C">
            <w:pPr>
              <w:wordWrap w:val="0"/>
              <w:spacing w:after="20"/>
            </w:pPr>
            <w:r>
              <w:rPr>
                <w:sz w:val="20"/>
              </w:rPr>
              <w:t>suradnja s NSK</w:t>
            </w:r>
          </w:p>
          <w:p w:rsidR="0033216C" w:rsidRPr="008C76D4" w:rsidRDefault="0033216C" w:rsidP="0033216C">
            <w:pPr>
              <w:wordWrap w:val="0"/>
              <w:spacing w:after="20"/>
            </w:pPr>
            <w:r>
              <w:rPr>
                <w:sz w:val="20"/>
              </w:rPr>
              <w:t>Suradnja s knjižarima i nakladnicima</w:t>
            </w:r>
          </w:p>
        </w:tc>
        <w:tc>
          <w:tcPr>
            <w:tcW w:w="198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0"/>
              </w:rPr>
              <w:t>KNJIŽNIČARKA</w:t>
            </w:r>
          </w:p>
        </w:tc>
        <w:tc>
          <w:tcPr>
            <w:tcW w:w="141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0"/>
              </w:rPr>
              <w:t xml:space="preserve">Školska godina </w:t>
            </w:r>
            <w:proofErr w:type="gramStart"/>
            <w:r>
              <w:rPr>
                <w:sz w:val="20"/>
              </w:rPr>
              <w:t>2026./</w:t>
            </w:r>
            <w:proofErr w:type="gramEnd"/>
            <w:r>
              <w:rPr>
                <w:sz w:val="20"/>
              </w:rPr>
              <w:t>2027.</w:t>
            </w:r>
          </w:p>
        </w:tc>
      </w:tr>
      <w:tr w:rsidR="0033216C" w:rsidRPr="008C76D4" w:rsidTr="0033216C">
        <w:trPr>
          <w:cantSplit/>
          <w:jc w:val="center"/>
        </w:trPr>
        <w:tc>
          <w:tcPr>
            <w:tcW w:w="9639" w:type="dxa"/>
            <w:gridSpan w:val="4"/>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0"/>
              </w:rPr>
              <w:t>Ukupno: 868 sata</w:t>
            </w:r>
          </w:p>
        </w:tc>
      </w:tr>
    </w:tbl>
    <w:p w:rsidR="00CD5307" w:rsidRDefault="0033216C">
      <w:pPr>
        <w:pStyle w:val="Naslov2"/>
      </w:pPr>
      <w:r>
        <w:lastRenderedPageBreak/>
        <w:t>Plan rada tajništva</w:t>
      </w:r>
    </w:p>
    <w:p w:rsidR="00CD5307" w:rsidRDefault="0033216C">
      <w:r>
        <w:t>Naziv poslova i radnih zadataka:</w:t>
      </w:r>
    </w:p>
    <w:p w:rsidR="00CD5307" w:rsidRDefault="0033216C">
      <w:r>
        <w:t>- normativno-pravni poslovi</w:t>
      </w:r>
    </w:p>
    <w:p w:rsidR="00CD5307" w:rsidRDefault="0033216C">
      <w:r>
        <w:t>- kadrovski poslovi</w:t>
      </w:r>
    </w:p>
    <w:p w:rsidR="00CD5307" w:rsidRDefault="0033216C">
      <w:r>
        <w:t>- opći i administrativno-analitički poslovi</w:t>
      </w:r>
    </w:p>
    <w:p w:rsidR="00CD5307" w:rsidRDefault="0033216C">
      <w:r>
        <w:t>- sudjelovanje u pripremi sjednica i vođenje dokumentacije školskog odbora</w:t>
      </w:r>
    </w:p>
    <w:p w:rsidR="00CD5307" w:rsidRDefault="0033216C">
      <w:r>
        <w:t>- vođenje evidencije o radnom vremenu administrativno-tehničkih i pomoćnih radnika</w:t>
      </w:r>
    </w:p>
    <w:p w:rsidR="00CD5307" w:rsidRDefault="0033216C" w:rsidP="00317E77">
      <w:pPr>
        <w:ind w:left="142" w:hanging="142"/>
      </w:pPr>
      <w:r>
        <w:t xml:space="preserve">- obavljanje </w:t>
      </w:r>
      <w:proofErr w:type="gramStart"/>
      <w:r>
        <w:t>dodatnih  poslova</w:t>
      </w:r>
      <w:proofErr w:type="gramEnd"/>
      <w:r>
        <w:t xml:space="preserve"> koji proizlaze iz programa, projekata i aktivnosti koji se financiraju iz proračuna jedinica lokalne i područne (regionalna) samouprave</w:t>
      </w:r>
    </w:p>
    <w:p w:rsidR="00CD5307" w:rsidRDefault="0033216C" w:rsidP="00317E77">
      <w:pPr>
        <w:ind w:left="142" w:hanging="142"/>
      </w:pPr>
      <w:r>
        <w:t>- obavljanje i ostalih administrativnih poslova koji proizlaze iz godišnjeg plana i programa rada škole i drugih propisa</w:t>
      </w:r>
    </w:p>
    <w:p w:rsidR="00CD5307" w:rsidRDefault="0033216C">
      <w:r>
        <w:t>- vođenje evidencije podataka o učenicima i pripremanje različitih potvrda na temelju tih evidencija</w:t>
      </w:r>
    </w:p>
    <w:p w:rsidR="00CD5307" w:rsidRDefault="0033216C">
      <w:r>
        <w:t>- obavljanje poslova vezanih uz obradu podataka u elektroničkim maticama</w:t>
      </w:r>
    </w:p>
    <w:p w:rsidR="00CD5307" w:rsidRDefault="0033216C">
      <w:r>
        <w:t>- arhiviranje podataka o učenicima i radnicima</w:t>
      </w:r>
    </w:p>
    <w:p w:rsidR="00CD5307" w:rsidRDefault="0033216C">
      <w:r>
        <w:t>-  izdavanje javnih isprava</w:t>
      </w:r>
    </w:p>
    <w:p w:rsidR="00CD5307" w:rsidRDefault="0033216C">
      <w:r>
        <w:t>- obavljanje poslova vezanih uz unos podataka o radnicima u elektroničkim maticama</w:t>
      </w:r>
    </w:p>
    <w:p w:rsidR="00CD5307" w:rsidRDefault="0033216C" w:rsidP="00317E77">
      <w:pPr>
        <w:ind w:left="142"/>
      </w:pPr>
      <w:r>
        <w:t>(eMatica, CARNet, Registar zaposlenih u javnim službama),</w:t>
      </w:r>
    </w:p>
    <w:p w:rsidR="00CD5307" w:rsidRDefault="0033216C">
      <w:r>
        <w:t>- pripremanje podataka vezano uz vanjsko vrednovanje,</w:t>
      </w:r>
    </w:p>
    <w:p w:rsidR="00CD5307" w:rsidRDefault="0033216C">
      <w:r>
        <w:t>- primanje, razvrstavanje, urudžbiranje, otpremanje i arhiviranje pošte</w:t>
      </w:r>
    </w:p>
    <w:p w:rsidR="00CD5307" w:rsidRDefault="0033216C">
      <w:r>
        <w:t>- obavljanje i drugih poslova koji proizlaze iz godišnjeg plana i programa rada škole i drugih propisa</w:t>
      </w:r>
    </w:p>
    <w:p w:rsidR="00CD5307" w:rsidRDefault="0033216C">
      <w:r>
        <w:t>- stručno usavršavanje</w:t>
      </w:r>
    </w:p>
    <w:p w:rsidR="00CD5307" w:rsidRDefault="0033216C">
      <w:r>
        <w:t>UKUPNO GODIŠNJE RADNO VRIJEME - 1768 sati</w:t>
      </w:r>
    </w:p>
    <w:p w:rsidR="00CD5307" w:rsidRDefault="0033216C">
      <w:pPr>
        <w:pStyle w:val="Naslov2"/>
      </w:pPr>
      <w:r>
        <w:t>Plan rada računovodstva</w:t>
      </w:r>
    </w:p>
    <w:p w:rsidR="00CD5307" w:rsidRDefault="0033216C">
      <w:r>
        <w:t>Naziv poslova i radnih zadataka Voditelja računovodstva:</w:t>
      </w:r>
    </w:p>
    <w:p w:rsidR="00CD5307" w:rsidRDefault="0033216C">
      <w:r>
        <w:t>organiziranje i vođenje računovodstvenih i knjigovodstvenih poslova u osnovnoj školi,</w:t>
      </w:r>
    </w:p>
    <w:p w:rsidR="00CD5307" w:rsidRDefault="0033216C">
      <w:r>
        <w:t>u suradnji s ravnateljem, izrađivanje prijedloga financijskog plana po programima i izvorima financiranja te praćenje njihovog izvršavanja, vođenje poslovnih knjiga u skladu s propisima, kontroliranje obračuna i isplate putnih naloga, sastavljanje godišnjeg i periodičnih financijskih te statističkih izvještaja, pripremanje operativnih izvješća i analiza za školski odbor i ravnatelja škole te za jedinice lokalne i područne (regionalne) samouprave, pripremanje godišnjeg popisa imovine, obveza i potraživanja, knjiženje inventurnih razlika i otpis vrijednosti, suradnja s nadležnim ministarstvima, uredima državne uprave, jedinicama lokalne i područne (regionalne) samouprave, službama mirovinskog i zdravstvenog osiguranja, poreznim uredima, usklađivanje stanja s poslovnim partnerima, obavljanje poslova vezanih uz uspostavu i razvoj sustava financijskog upravljanja i kontrole, obavljanje i ostalih računovodstvenih, financijskih i knjigovodstvenih poslova koji proizlaze iz programa, projekata i aktivnosti koji se financiraju iz proračuna jedinica lokalne i područne (regionalne) samouprave, obavljanje i ostalih računovodstvenih, financijskih i knjigovodstvenih poslova koji proizlaze iz godišnjega plana i programa rada škole i drugih propisa, obračunavanje  isplata i naknade plaća u skladu s posebnim propisima, obračunavanje isplate po ugovorima o djelu vanjskim suradnicima, obračunavanje  isplate članovima povjerenstva, evidentiranje i izrađivanje ulaznih i izlaznih faktura, blagajnički poslovi te obavljanje ostalih poslova koji proizlaze iz godišnjega plana i programa rada škole i drugih propisa, stručno usavršavanje</w:t>
      </w:r>
    </w:p>
    <w:p w:rsidR="00CD5307" w:rsidRDefault="0033216C">
      <w:r>
        <w:t xml:space="preserve">UKUPNO GODIŠNJE RADNO VRIJEME </w:t>
      </w:r>
      <w:r w:rsidR="001906B9">
        <w:t>–</w:t>
      </w:r>
      <w:r>
        <w:t xml:space="preserve"> 1768</w:t>
      </w:r>
      <w:r w:rsidR="001906B9">
        <w:t xml:space="preserve"> sati</w:t>
      </w:r>
    </w:p>
    <w:p w:rsidR="00CD5307" w:rsidRDefault="0033216C">
      <w:pPr>
        <w:pStyle w:val="Naslov2"/>
      </w:pPr>
      <w:r>
        <w:t>Plan rada ložača - domara</w:t>
      </w:r>
    </w:p>
    <w:tbl>
      <w:tblPr>
        <w:tblW w:w="9639" w:type="dxa"/>
        <w:jc w:val="center"/>
        <w:tblLayout w:type="fixed"/>
        <w:tblLook w:val="01E0" w:firstRow="1" w:lastRow="1" w:firstColumn="1" w:lastColumn="1" w:noHBand="0" w:noVBand="0"/>
      </w:tblPr>
      <w:tblGrid>
        <w:gridCol w:w="9639"/>
      </w:tblGrid>
      <w:tr w:rsidR="0033216C" w:rsidRPr="008C76D4" w:rsidTr="0033216C">
        <w:trPr>
          <w:cantSplit/>
          <w:tblHeader/>
          <w:jc w:val="center"/>
        </w:trPr>
        <w:tc>
          <w:tcPr>
            <w:tcW w:w="9638"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33216C" w:rsidRPr="008C76D4" w:rsidRDefault="0033216C" w:rsidP="0033216C">
            <w:pPr>
              <w:keepNext/>
              <w:wordWrap w:val="0"/>
              <w:spacing w:after="20"/>
            </w:pPr>
            <w:r>
              <w:rPr>
                <w:b/>
                <w:sz w:val="21"/>
              </w:rPr>
              <w:t>Naziv poslova i radnih zadataka</w:t>
            </w:r>
          </w:p>
        </w:tc>
      </w:tr>
      <w:tr w:rsidR="0033216C" w:rsidRPr="008C76D4" w:rsidTr="0033216C">
        <w:trPr>
          <w:cantSplit/>
          <w:jc w:val="center"/>
        </w:trPr>
        <w:tc>
          <w:tcPr>
            <w:tcW w:w="9638"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1. Zagrijavanje škole postrojenjem za centralno grijanje</w:t>
            </w:r>
          </w:p>
        </w:tc>
      </w:tr>
      <w:tr w:rsidR="0033216C" w:rsidRPr="008C76D4" w:rsidTr="0033216C">
        <w:trPr>
          <w:cantSplit/>
          <w:jc w:val="center"/>
        </w:trPr>
        <w:tc>
          <w:tcPr>
            <w:tcW w:w="9638"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2. Kontrola instalacija i uređaja centralnog grijanja te održavanje istih</w:t>
            </w:r>
          </w:p>
        </w:tc>
      </w:tr>
      <w:tr w:rsidR="0033216C" w:rsidRPr="008C76D4" w:rsidTr="0033216C">
        <w:trPr>
          <w:cantSplit/>
          <w:jc w:val="center"/>
        </w:trPr>
        <w:tc>
          <w:tcPr>
            <w:tcW w:w="9638"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lastRenderedPageBreak/>
              <w:t>3. Konzerviranje uređaja po prestanku grijanja – kontrola količine goriva</w:t>
            </w:r>
          </w:p>
        </w:tc>
      </w:tr>
      <w:tr w:rsidR="0033216C" w:rsidRPr="008C76D4" w:rsidTr="0033216C">
        <w:trPr>
          <w:cantSplit/>
          <w:jc w:val="center"/>
        </w:trPr>
        <w:tc>
          <w:tcPr>
            <w:tcW w:w="9638"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4.Održavanje i kontrola vodovodnih instalacija, električnih instalacija, protupožarnih aparata te manji popravci na inventaru i opremi škole i školske zgrade</w:t>
            </w:r>
          </w:p>
        </w:tc>
      </w:tr>
      <w:tr w:rsidR="0033216C" w:rsidRPr="008C76D4" w:rsidTr="0033216C">
        <w:trPr>
          <w:cantSplit/>
          <w:jc w:val="center"/>
        </w:trPr>
        <w:tc>
          <w:tcPr>
            <w:tcW w:w="9638"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5. Dostava pošte, paketa, prehrambenih artikala</w:t>
            </w:r>
          </w:p>
        </w:tc>
      </w:tr>
      <w:tr w:rsidR="0033216C" w:rsidRPr="008C76D4" w:rsidTr="0033216C">
        <w:trPr>
          <w:cantSplit/>
          <w:jc w:val="center"/>
        </w:trPr>
        <w:tc>
          <w:tcPr>
            <w:tcW w:w="9638"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6. Nabavka materijala (kancelarijskog i ostalog) prema narudžbi</w:t>
            </w:r>
          </w:p>
        </w:tc>
      </w:tr>
      <w:tr w:rsidR="0033216C" w:rsidRPr="008C76D4" w:rsidTr="0033216C">
        <w:trPr>
          <w:cantSplit/>
          <w:jc w:val="center"/>
        </w:trPr>
        <w:tc>
          <w:tcPr>
            <w:tcW w:w="9638"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7. Razna održavanja nasada i zelenih površina. Čišćenje snijega.</w:t>
            </w:r>
          </w:p>
        </w:tc>
      </w:tr>
      <w:tr w:rsidR="0033216C" w:rsidRPr="008C76D4" w:rsidTr="0033216C">
        <w:trPr>
          <w:cantSplit/>
          <w:jc w:val="center"/>
        </w:trPr>
        <w:tc>
          <w:tcPr>
            <w:tcW w:w="9638"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8. Ostali poslovi po potrebi uz zahtjev ravnatelja i tajnika škole</w:t>
            </w:r>
          </w:p>
        </w:tc>
      </w:tr>
      <w:tr w:rsidR="0033216C" w:rsidRPr="008C76D4" w:rsidTr="0033216C">
        <w:trPr>
          <w:cantSplit/>
          <w:jc w:val="center"/>
        </w:trPr>
        <w:tc>
          <w:tcPr>
            <w:tcW w:w="9638"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Ostali nepredvidivi poslovi</w:t>
            </w:r>
          </w:p>
        </w:tc>
      </w:tr>
      <w:tr w:rsidR="0033216C" w:rsidRPr="008C76D4" w:rsidTr="0033216C">
        <w:trPr>
          <w:cantSplit/>
          <w:jc w:val="center"/>
        </w:trPr>
        <w:tc>
          <w:tcPr>
            <w:tcW w:w="9638"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 xml:space="preserve">UKUPNO GODIŠNJE RADNO VRIJEME </w:t>
            </w:r>
            <w:r w:rsidR="001906B9">
              <w:rPr>
                <w:sz w:val="21"/>
              </w:rPr>
              <w:t>–</w:t>
            </w:r>
            <w:r>
              <w:rPr>
                <w:sz w:val="21"/>
              </w:rPr>
              <w:t xml:space="preserve"> 1768</w:t>
            </w:r>
            <w:r w:rsidR="001906B9">
              <w:rPr>
                <w:sz w:val="21"/>
              </w:rPr>
              <w:t xml:space="preserve"> sati</w:t>
            </w:r>
          </w:p>
        </w:tc>
      </w:tr>
    </w:tbl>
    <w:p w:rsidR="00CD5307" w:rsidRDefault="0033216C">
      <w:pPr>
        <w:pStyle w:val="Naslov2"/>
      </w:pPr>
      <w:r>
        <w:t>Plan rada djelatnika za sigurnost</w:t>
      </w:r>
    </w:p>
    <w:p w:rsidR="00CD5307" w:rsidRDefault="0033216C">
      <w:r>
        <w:t>Nositelj: Sebastijan Novak. Rad se provodi prema opisu radnog mjesta, školskim protokolima i rasporedu ravnatelja.</w:t>
      </w:r>
    </w:p>
    <w:tbl>
      <w:tblPr>
        <w:tblW w:w="9639" w:type="dxa"/>
        <w:jc w:val="center"/>
        <w:tblLayout w:type="fixed"/>
        <w:tblLook w:val="04A0" w:firstRow="1" w:lastRow="0" w:firstColumn="1" w:lastColumn="0" w:noHBand="0" w:noVBand="1"/>
      </w:tblPr>
      <w:tblGrid>
        <w:gridCol w:w="6380"/>
        <w:gridCol w:w="3259"/>
      </w:tblGrid>
      <w:tr w:rsidR="00CD5307" w:rsidTr="001906B9">
        <w:trPr>
          <w:cantSplit/>
          <w:tblHeader/>
          <w:jc w:val="center"/>
        </w:trPr>
        <w:tc>
          <w:tcPr>
            <w:tcW w:w="6380"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CD5307" w:rsidRDefault="0033216C">
            <w:pPr>
              <w:keepNext/>
              <w:wordWrap w:val="0"/>
              <w:spacing w:after="20"/>
            </w:pPr>
            <w:r>
              <w:rPr>
                <w:b/>
                <w:sz w:val="21"/>
              </w:rPr>
              <w:t>Poslovi i aktivnosti</w:t>
            </w:r>
          </w:p>
        </w:tc>
        <w:tc>
          <w:tcPr>
            <w:tcW w:w="3259"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CD5307" w:rsidRDefault="0033216C">
            <w:pPr>
              <w:keepNext/>
              <w:wordWrap w:val="0"/>
              <w:spacing w:after="20"/>
            </w:pPr>
            <w:r>
              <w:rPr>
                <w:b/>
                <w:sz w:val="21"/>
              </w:rPr>
              <w:t>Vrijeme provedbe</w:t>
            </w:r>
          </w:p>
        </w:tc>
      </w:tr>
      <w:tr w:rsidR="00CD5307" w:rsidTr="001906B9">
        <w:trPr>
          <w:cantSplit/>
          <w:jc w:val="center"/>
        </w:trPr>
        <w:tc>
          <w:tcPr>
            <w:tcW w:w="638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1906B9" w:rsidRDefault="0033216C">
            <w:pPr>
              <w:wordWrap w:val="0"/>
              <w:spacing w:after="20"/>
              <w:rPr>
                <w:sz w:val="21"/>
              </w:rPr>
            </w:pPr>
            <w:r>
              <w:rPr>
                <w:sz w:val="21"/>
              </w:rPr>
              <w:t xml:space="preserve">Praćenje ulaska i izlaska posjetitelja te postupanje prema protokolu </w:t>
            </w:r>
          </w:p>
          <w:p w:rsidR="00CD5307" w:rsidRDefault="0033216C">
            <w:pPr>
              <w:wordWrap w:val="0"/>
              <w:spacing w:after="20"/>
            </w:pPr>
            <w:r>
              <w:rPr>
                <w:sz w:val="21"/>
              </w:rPr>
              <w:t>škole</w:t>
            </w:r>
          </w:p>
        </w:tc>
        <w:tc>
          <w:tcPr>
            <w:tcW w:w="3259"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Svakodnevno, prema rasporedu</w:t>
            </w:r>
          </w:p>
        </w:tc>
      </w:tr>
      <w:tr w:rsidR="00CD5307" w:rsidTr="001906B9">
        <w:trPr>
          <w:cantSplit/>
          <w:jc w:val="center"/>
        </w:trPr>
        <w:tc>
          <w:tcPr>
            <w:tcW w:w="638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1906B9" w:rsidRDefault="0033216C">
            <w:pPr>
              <w:wordWrap w:val="0"/>
              <w:spacing w:after="20"/>
              <w:rPr>
                <w:sz w:val="21"/>
              </w:rPr>
            </w:pPr>
            <w:r>
              <w:rPr>
                <w:sz w:val="21"/>
              </w:rPr>
              <w:t xml:space="preserve">Obilazak prostora škole, uočavanje sigurnosnih rizika i obavještavanje </w:t>
            </w:r>
          </w:p>
          <w:p w:rsidR="00CD5307" w:rsidRDefault="0033216C">
            <w:pPr>
              <w:wordWrap w:val="0"/>
              <w:spacing w:after="20"/>
            </w:pPr>
            <w:r>
              <w:rPr>
                <w:sz w:val="21"/>
              </w:rPr>
              <w:t>ravnatelja</w:t>
            </w:r>
          </w:p>
        </w:tc>
        <w:tc>
          <w:tcPr>
            <w:tcW w:w="3259"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Svakodnevno i prema potrebi</w:t>
            </w:r>
          </w:p>
        </w:tc>
      </w:tr>
      <w:tr w:rsidR="00CD5307" w:rsidTr="001906B9">
        <w:trPr>
          <w:cantSplit/>
          <w:jc w:val="center"/>
        </w:trPr>
        <w:tc>
          <w:tcPr>
            <w:tcW w:w="638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1906B9" w:rsidRDefault="0033216C">
            <w:pPr>
              <w:wordWrap w:val="0"/>
              <w:spacing w:after="20"/>
              <w:rPr>
                <w:sz w:val="21"/>
              </w:rPr>
            </w:pPr>
            <w:r>
              <w:rPr>
                <w:sz w:val="21"/>
              </w:rPr>
              <w:t xml:space="preserve">Suradnja s ravnateljem, stručnom službom, domarom i ostalim </w:t>
            </w:r>
          </w:p>
          <w:p w:rsidR="00CD5307" w:rsidRDefault="0033216C">
            <w:pPr>
              <w:wordWrap w:val="0"/>
              <w:spacing w:after="20"/>
            </w:pPr>
            <w:r>
              <w:rPr>
                <w:sz w:val="21"/>
              </w:rPr>
              <w:t>djelatnicima</w:t>
            </w:r>
          </w:p>
        </w:tc>
        <w:tc>
          <w:tcPr>
            <w:tcW w:w="3259"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Tijekom školske godine</w:t>
            </w:r>
          </w:p>
        </w:tc>
      </w:tr>
      <w:tr w:rsidR="00CD5307" w:rsidTr="001906B9">
        <w:trPr>
          <w:cantSplit/>
          <w:jc w:val="center"/>
        </w:trPr>
        <w:tc>
          <w:tcPr>
            <w:tcW w:w="638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1906B9" w:rsidRDefault="0033216C">
            <w:pPr>
              <w:wordWrap w:val="0"/>
              <w:spacing w:after="20"/>
              <w:rPr>
                <w:sz w:val="21"/>
              </w:rPr>
            </w:pPr>
            <w:r>
              <w:rPr>
                <w:sz w:val="21"/>
              </w:rPr>
              <w:t xml:space="preserve">Sudjelovanje u pripremi i provedbi vježbi evakuacije te postupanje u </w:t>
            </w:r>
          </w:p>
          <w:p w:rsidR="00CD5307" w:rsidRDefault="0033216C">
            <w:pPr>
              <w:wordWrap w:val="0"/>
              <w:spacing w:after="20"/>
            </w:pPr>
            <w:r>
              <w:rPr>
                <w:sz w:val="21"/>
              </w:rPr>
              <w:t>izvanrednim događajima prema školskim uputama</w:t>
            </w:r>
          </w:p>
        </w:tc>
        <w:tc>
          <w:tcPr>
            <w:tcW w:w="3259"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Prema planu i prema potrebi</w:t>
            </w:r>
          </w:p>
        </w:tc>
      </w:tr>
      <w:tr w:rsidR="00CD5307" w:rsidTr="001906B9">
        <w:trPr>
          <w:cantSplit/>
          <w:jc w:val="center"/>
        </w:trPr>
        <w:tc>
          <w:tcPr>
            <w:tcW w:w="638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Vođenje potrebnih evidencija i stručno osposobljavanje</w:t>
            </w:r>
          </w:p>
        </w:tc>
        <w:tc>
          <w:tcPr>
            <w:tcW w:w="3259"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Tijekom školske godine</w:t>
            </w:r>
          </w:p>
        </w:tc>
      </w:tr>
    </w:tbl>
    <w:p w:rsidR="00CD5307" w:rsidRDefault="0033216C">
      <w:pPr>
        <w:pStyle w:val="Naslov2"/>
      </w:pPr>
      <w:r>
        <w:t>Plan rada kuharica</w:t>
      </w:r>
    </w:p>
    <w:tbl>
      <w:tblPr>
        <w:tblW w:w="9639" w:type="dxa"/>
        <w:jc w:val="center"/>
        <w:tblLayout w:type="fixed"/>
        <w:tblLook w:val="01E0" w:firstRow="1" w:lastRow="1" w:firstColumn="1" w:lastColumn="1" w:noHBand="0" w:noVBand="0"/>
      </w:tblPr>
      <w:tblGrid>
        <w:gridCol w:w="9639"/>
      </w:tblGrid>
      <w:tr w:rsidR="0033216C" w:rsidRPr="008C76D4" w:rsidTr="0033216C">
        <w:trPr>
          <w:cantSplit/>
          <w:tblHeader/>
          <w:jc w:val="center"/>
        </w:trPr>
        <w:tc>
          <w:tcPr>
            <w:tcW w:w="9638"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33216C" w:rsidRPr="008C76D4" w:rsidRDefault="0033216C" w:rsidP="0033216C">
            <w:pPr>
              <w:keepNext/>
              <w:wordWrap w:val="0"/>
              <w:spacing w:after="20"/>
            </w:pPr>
            <w:r>
              <w:rPr>
                <w:b/>
                <w:sz w:val="21"/>
              </w:rPr>
              <w:t>Naziv poslova i radnih zadataka</w:t>
            </w:r>
          </w:p>
        </w:tc>
      </w:tr>
      <w:tr w:rsidR="0033216C" w:rsidRPr="008C76D4" w:rsidTr="0033216C">
        <w:trPr>
          <w:cantSplit/>
          <w:jc w:val="center"/>
        </w:trPr>
        <w:tc>
          <w:tcPr>
            <w:tcW w:w="9638"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1. Izrada narudžbe za nabavku prehrambenih artikala i preuzimanje istih te briga o skladištenju</w:t>
            </w:r>
          </w:p>
        </w:tc>
      </w:tr>
      <w:tr w:rsidR="0033216C" w:rsidRPr="008C76D4" w:rsidTr="0033216C">
        <w:trPr>
          <w:cantSplit/>
          <w:jc w:val="center"/>
        </w:trPr>
        <w:tc>
          <w:tcPr>
            <w:tcW w:w="9638"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2. Priprema obroka, servisiranje hrane, te spremanje prostorije po završetku obroka</w:t>
            </w:r>
          </w:p>
        </w:tc>
      </w:tr>
      <w:tr w:rsidR="0033216C" w:rsidRPr="008C76D4" w:rsidTr="0033216C">
        <w:trPr>
          <w:cantSplit/>
          <w:jc w:val="center"/>
        </w:trPr>
        <w:tc>
          <w:tcPr>
            <w:tcW w:w="9638"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3. Održavanje higijene prostorija školske kuhinje, blagovaonice, opreme i inventara</w:t>
            </w:r>
          </w:p>
        </w:tc>
      </w:tr>
      <w:tr w:rsidR="0033216C" w:rsidRPr="008C76D4" w:rsidTr="0033216C">
        <w:trPr>
          <w:cantSplit/>
          <w:jc w:val="center"/>
        </w:trPr>
        <w:tc>
          <w:tcPr>
            <w:tcW w:w="9638"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4. Pripremanje hrane za izvanredne prilike (uz svečanosti škole i sl.)</w:t>
            </w:r>
          </w:p>
        </w:tc>
      </w:tr>
      <w:tr w:rsidR="0033216C" w:rsidRPr="008C76D4" w:rsidTr="0033216C">
        <w:trPr>
          <w:cantSplit/>
          <w:jc w:val="center"/>
        </w:trPr>
        <w:tc>
          <w:tcPr>
            <w:tcW w:w="9638"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5. Održavanje čistoće u prostoru gdje se drže namirnice</w:t>
            </w:r>
          </w:p>
        </w:tc>
      </w:tr>
    </w:tbl>
    <w:p w:rsidR="001906B9" w:rsidRDefault="001906B9">
      <w:pPr>
        <w:pStyle w:val="Naslov1"/>
      </w:pPr>
    </w:p>
    <w:p w:rsidR="00CD5307" w:rsidRDefault="0033216C">
      <w:pPr>
        <w:pStyle w:val="Naslov1"/>
      </w:pPr>
      <w:r>
        <w:t>6. PLANOVI RADA ŠKOLSKOG ODBORA I STRUČNIH TIJELA</w:t>
      </w:r>
    </w:p>
    <w:p w:rsidR="00CD5307" w:rsidRDefault="0033216C">
      <w:pPr>
        <w:pStyle w:val="Naslov2"/>
      </w:pPr>
      <w:r>
        <w:t>Plan rada Školskog odbora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6663"/>
        <w:gridCol w:w="1841"/>
      </w:tblGrid>
      <w:tr w:rsidR="0033216C" w:rsidRPr="008C76D4" w:rsidTr="001906B9">
        <w:trPr>
          <w:cantSplit/>
          <w:tblHeader/>
          <w:jc w:val="center"/>
        </w:trPr>
        <w:tc>
          <w:tcPr>
            <w:tcW w:w="1135"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33216C" w:rsidRPr="008C76D4" w:rsidRDefault="0033216C" w:rsidP="0033216C">
            <w:pPr>
              <w:keepNext/>
              <w:wordWrap w:val="0"/>
              <w:spacing w:after="20"/>
            </w:pPr>
            <w:r>
              <w:rPr>
                <w:b/>
                <w:sz w:val="21"/>
              </w:rPr>
              <w:t>MJESEC</w:t>
            </w:r>
          </w:p>
        </w:tc>
        <w:tc>
          <w:tcPr>
            <w:tcW w:w="6663"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33216C" w:rsidRPr="008C76D4" w:rsidRDefault="0033216C" w:rsidP="0033216C">
            <w:pPr>
              <w:keepNext/>
              <w:wordWrap w:val="0"/>
              <w:spacing w:after="20"/>
            </w:pPr>
            <w:r>
              <w:rPr>
                <w:b/>
                <w:sz w:val="21"/>
              </w:rPr>
              <w:t>SADRŽAJ RADA</w:t>
            </w:r>
          </w:p>
        </w:tc>
        <w:tc>
          <w:tcPr>
            <w:tcW w:w="1841"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1906B9" w:rsidRDefault="0033216C" w:rsidP="0033216C">
            <w:pPr>
              <w:keepNext/>
              <w:wordWrap w:val="0"/>
              <w:spacing w:after="20"/>
              <w:rPr>
                <w:b/>
                <w:sz w:val="21"/>
              </w:rPr>
            </w:pPr>
            <w:r>
              <w:rPr>
                <w:b/>
                <w:sz w:val="21"/>
              </w:rPr>
              <w:t xml:space="preserve">NOSITELJ </w:t>
            </w:r>
          </w:p>
          <w:p w:rsidR="001906B9" w:rsidRDefault="0033216C" w:rsidP="0033216C">
            <w:pPr>
              <w:keepNext/>
              <w:wordWrap w:val="0"/>
              <w:spacing w:after="20"/>
              <w:rPr>
                <w:b/>
                <w:sz w:val="21"/>
              </w:rPr>
            </w:pPr>
            <w:r>
              <w:rPr>
                <w:b/>
                <w:sz w:val="21"/>
              </w:rPr>
              <w:t xml:space="preserve">AKTIVNOSTI </w:t>
            </w:r>
          </w:p>
          <w:p w:rsidR="0033216C" w:rsidRPr="008C76D4" w:rsidRDefault="0033216C" w:rsidP="0033216C">
            <w:pPr>
              <w:keepNext/>
              <w:wordWrap w:val="0"/>
              <w:spacing w:after="20"/>
            </w:pPr>
            <w:r>
              <w:rPr>
                <w:b/>
                <w:sz w:val="21"/>
              </w:rPr>
              <w:t>PROGRAMA</w:t>
            </w:r>
          </w:p>
        </w:tc>
      </w:tr>
      <w:tr w:rsidR="0033216C" w:rsidRPr="008C76D4" w:rsidTr="001906B9">
        <w:trPr>
          <w:cantSplit/>
          <w:jc w:val="center"/>
        </w:trPr>
        <w:tc>
          <w:tcPr>
            <w:tcW w:w="113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VIII.</w:t>
            </w:r>
          </w:p>
        </w:tc>
        <w:tc>
          <w:tcPr>
            <w:tcW w:w="666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Sjednica Školskog odbora</w:t>
            </w:r>
          </w:p>
          <w:p w:rsidR="0033216C" w:rsidRPr="008C76D4" w:rsidRDefault="0033216C" w:rsidP="0033216C">
            <w:pPr>
              <w:wordWrap w:val="0"/>
              <w:spacing w:after="20"/>
            </w:pPr>
            <w:r>
              <w:rPr>
                <w:sz w:val="21"/>
              </w:rPr>
              <w:t>pitanja predviđena Statutom škole</w:t>
            </w:r>
          </w:p>
        </w:tc>
        <w:tc>
          <w:tcPr>
            <w:tcW w:w="1841" w:type="dxa"/>
            <w:vMerge w:val="restart"/>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1906B9" w:rsidRDefault="0033216C" w:rsidP="0033216C">
            <w:pPr>
              <w:wordWrap w:val="0"/>
              <w:spacing w:after="20"/>
              <w:rPr>
                <w:sz w:val="21"/>
              </w:rPr>
            </w:pPr>
            <w:r>
              <w:rPr>
                <w:sz w:val="21"/>
              </w:rPr>
              <w:t xml:space="preserve">Predsjednik </w:t>
            </w:r>
          </w:p>
          <w:p w:rsidR="0033216C" w:rsidRPr="008C76D4" w:rsidRDefault="0033216C" w:rsidP="0033216C">
            <w:pPr>
              <w:wordWrap w:val="0"/>
              <w:spacing w:after="20"/>
            </w:pPr>
            <w:r>
              <w:rPr>
                <w:sz w:val="21"/>
              </w:rPr>
              <w:t>Školskoga odbora</w:t>
            </w:r>
          </w:p>
          <w:p w:rsidR="0033216C" w:rsidRPr="008C76D4" w:rsidRDefault="0033216C" w:rsidP="0033216C">
            <w:pPr>
              <w:wordWrap w:val="0"/>
              <w:spacing w:after="20"/>
            </w:pPr>
            <w:r>
              <w:rPr>
                <w:sz w:val="21"/>
              </w:rPr>
              <w:lastRenderedPageBreak/>
              <w:t>Ravnatelj</w:t>
            </w:r>
          </w:p>
          <w:p w:rsidR="0033216C" w:rsidRPr="008C76D4" w:rsidRDefault="0033216C" w:rsidP="0033216C">
            <w:pPr>
              <w:wordWrap w:val="0"/>
              <w:spacing w:after="20"/>
            </w:pPr>
            <w:r>
              <w:rPr>
                <w:sz w:val="21"/>
              </w:rPr>
              <w:t>Tajnik</w:t>
            </w:r>
          </w:p>
          <w:p w:rsidR="0033216C" w:rsidRPr="008C76D4" w:rsidRDefault="0033216C" w:rsidP="0033216C">
            <w:pPr>
              <w:wordWrap w:val="0"/>
              <w:spacing w:after="20"/>
            </w:pPr>
            <w:r>
              <w:rPr>
                <w:sz w:val="21"/>
              </w:rPr>
              <w:t>Članovi ŠO</w:t>
            </w:r>
          </w:p>
        </w:tc>
      </w:tr>
      <w:tr w:rsidR="0033216C" w:rsidRPr="008C76D4" w:rsidTr="001906B9">
        <w:trPr>
          <w:cantSplit/>
          <w:jc w:val="center"/>
        </w:trPr>
        <w:tc>
          <w:tcPr>
            <w:tcW w:w="113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lastRenderedPageBreak/>
              <w:t>IX.-X.</w:t>
            </w:r>
          </w:p>
        </w:tc>
        <w:tc>
          <w:tcPr>
            <w:tcW w:w="666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Sjednica Školskog odbora</w:t>
            </w:r>
          </w:p>
          <w:p w:rsidR="0033216C" w:rsidRPr="008C76D4" w:rsidRDefault="0033216C" w:rsidP="0033216C">
            <w:pPr>
              <w:wordWrap w:val="0"/>
              <w:spacing w:after="20"/>
            </w:pPr>
            <w:r>
              <w:rPr>
                <w:sz w:val="21"/>
              </w:rPr>
              <w:t xml:space="preserve">donošenje godišnjeg plana i programa rada škole i </w:t>
            </w:r>
            <w:r w:rsidR="001906B9">
              <w:rPr>
                <w:sz w:val="21"/>
              </w:rPr>
              <w:t>kurikuluma škole</w:t>
            </w:r>
          </w:p>
          <w:p w:rsidR="0033216C" w:rsidRPr="008C76D4" w:rsidRDefault="0033216C" w:rsidP="0033216C">
            <w:pPr>
              <w:wordWrap w:val="0"/>
              <w:spacing w:after="20"/>
            </w:pPr>
            <w:r>
              <w:rPr>
                <w:sz w:val="21"/>
              </w:rPr>
              <w:t>ostala pitanja predviđena Statutom škole</w:t>
            </w:r>
          </w:p>
        </w:tc>
        <w:tc>
          <w:tcPr>
            <w:tcW w:w="1841" w:type="dxa"/>
            <w:vMerge/>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r>
      <w:tr w:rsidR="0033216C" w:rsidRPr="008C76D4" w:rsidTr="001906B9">
        <w:trPr>
          <w:cantSplit/>
          <w:jc w:val="center"/>
        </w:trPr>
        <w:tc>
          <w:tcPr>
            <w:tcW w:w="113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XII-I.</w:t>
            </w:r>
          </w:p>
        </w:tc>
        <w:tc>
          <w:tcPr>
            <w:tcW w:w="666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Sjednica Školskog odbora</w:t>
            </w:r>
          </w:p>
          <w:p w:rsidR="0033216C" w:rsidRPr="008C76D4" w:rsidRDefault="0033216C" w:rsidP="0033216C">
            <w:pPr>
              <w:wordWrap w:val="0"/>
              <w:spacing w:after="20"/>
            </w:pPr>
            <w:r>
              <w:rPr>
                <w:sz w:val="21"/>
              </w:rPr>
              <w:t>izvješće o rezultatima odgojno-obrazovnog rada na kraju prvog polugodišta</w:t>
            </w:r>
          </w:p>
          <w:p w:rsidR="0033216C" w:rsidRPr="008C76D4" w:rsidRDefault="0033216C" w:rsidP="0033216C">
            <w:pPr>
              <w:wordWrap w:val="0"/>
              <w:spacing w:after="20"/>
            </w:pPr>
            <w:r>
              <w:rPr>
                <w:sz w:val="21"/>
              </w:rPr>
              <w:t>godišnji obračun škole</w:t>
            </w:r>
          </w:p>
          <w:p w:rsidR="0033216C" w:rsidRPr="008C76D4" w:rsidRDefault="0033216C" w:rsidP="0033216C">
            <w:pPr>
              <w:wordWrap w:val="0"/>
              <w:spacing w:after="20"/>
            </w:pPr>
            <w:r>
              <w:rPr>
                <w:sz w:val="21"/>
              </w:rPr>
              <w:t>proračun za novu kalendarsku godinu</w:t>
            </w:r>
          </w:p>
          <w:p w:rsidR="0033216C" w:rsidRPr="008C76D4" w:rsidRDefault="0033216C" w:rsidP="0033216C">
            <w:pPr>
              <w:wordWrap w:val="0"/>
              <w:spacing w:after="20"/>
            </w:pPr>
            <w:r>
              <w:rPr>
                <w:sz w:val="21"/>
              </w:rPr>
              <w:t>ostala pitanja predviđena Statutom škole</w:t>
            </w:r>
          </w:p>
        </w:tc>
        <w:tc>
          <w:tcPr>
            <w:tcW w:w="1841" w:type="dxa"/>
            <w:vMerge/>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r>
      <w:tr w:rsidR="0033216C" w:rsidRPr="008C76D4" w:rsidTr="001906B9">
        <w:trPr>
          <w:cantSplit/>
          <w:jc w:val="center"/>
        </w:trPr>
        <w:tc>
          <w:tcPr>
            <w:tcW w:w="113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II. - VI.</w:t>
            </w:r>
          </w:p>
        </w:tc>
        <w:tc>
          <w:tcPr>
            <w:tcW w:w="6663"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Sjednica Školskog odbora</w:t>
            </w:r>
          </w:p>
          <w:p w:rsidR="0033216C" w:rsidRPr="008C76D4" w:rsidRDefault="0033216C" w:rsidP="0033216C">
            <w:pPr>
              <w:wordWrap w:val="0"/>
              <w:spacing w:after="20"/>
            </w:pPr>
            <w:r>
              <w:rPr>
                <w:sz w:val="21"/>
              </w:rPr>
              <w:t>izvješće ravnatelja o radu škole</w:t>
            </w:r>
          </w:p>
          <w:p w:rsidR="0033216C" w:rsidRPr="008C76D4" w:rsidRDefault="0033216C" w:rsidP="0033216C">
            <w:pPr>
              <w:wordWrap w:val="0"/>
              <w:spacing w:after="20"/>
            </w:pPr>
            <w:r>
              <w:rPr>
                <w:sz w:val="21"/>
              </w:rPr>
              <w:t>financijski obračun za I.-</w:t>
            </w:r>
            <w:proofErr w:type="gramStart"/>
            <w:r>
              <w:rPr>
                <w:sz w:val="21"/>
              </w:rPr>
              <w:t>VI.mjesec</w:t>
            </w:r>
            <w:proofErr w:type="gramEnd"/>
          </w:p>
          <w:p w:rsidR="0033216C" w:rsidRPr="008C76D4" w:rsidRDefault="0033216C" w:rsidP="0033216C">
            <w:pPr>
              <w:wordWrap w:val="0"/>
              <w:spacing w:after="20"/>
            </w:pPr>
            <w:r>
              <w:rPr>
                <w:sz w:val="21"/>
              </w:rPr>
              <w:t>smjernice za rad škole za narednu šk. godinu</w:t>
            </w:r>
          </w:p>
          <w:p w:rsidR="0033216C" w:rsidRPr="008C76D4" w:rsidRDefault="0033216C" w:rsidP="0033216C">
            <w:pPr>
              <w:wordWrap w:val="0"/>
              <w:spacing w:after="20"/>
            </w:pPr>
            <w:r>
              <w:rPr>
                <w:sz w:val="21"/>
              </w:rPr>
              <w:t>ostala pitanja iz rada ŠO predviđena Statutom škole</w:t>
            </w:r>
          </w:p>
        </w:tc>
        <w:tc>
          <w:tcPr>
            <w:tcW w:w="1841" w:type="dxa"/>
            <w:vMerge/>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r>
      <w:tr w:rsidR="0033216C" w:rsidRPr="008C76D4" w:rsidTr="0033216C">
        <w:trPr>
          <w:cantSplit/>
          <w:jc w:val="center"/>
        </w:trPr>
        <w:tc>
          <w:tcPr>
            <w:tcW w:w="9639" w:type="dxa"/>
            <w:gridSpan w:val="3"/>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Sjednice Školskog odbora sazivat će se za sva pitanja za koja je nadležan Školski odbor tijekom školske godine</w:t>
            </w:r>
          </w:p>
        </w:tc>
      </w:tr>
    </w:tbl>
    <w:p w:rsidR="00CD5307" w:rsidRDefault="0033216C">
      <w:pPr>
        <w:pStyle w:val="Naslov2"/>
      </w:pPr>
      <w:r>
        <w:t>Plan rada Učiteljskog vijeća</w:t>
      </w:r>
    </w:p>
    <w:p w:rsidR="00CD5307" w:rsidRDefault="0033216C">
      <w:r>
        <w:t>Kolovoz: prijedlozi rješenja o tjednim radnim obvezama, organizacija rada u školskoj godini, dogovor oko izrade godišnjeg plana i programa rada škole, zaduženja, dogovor oko izrade kurikuluma, zaduženja, timska planiranja, planiranja.</w:t>
      </w:r>
    </w:p>
    <w:p w:rsidR="00CD5307" w:rsidRDefault="0033216C">
      <w:r>
        <w:t>Rujan: Školski razvojni plan, stručna usavršavanja učitelja i stručnih suradnika, teme na razini škole, donošenje godišnjeg plana i programa, školskog kurikula.</w:t>
      </w:r>
    </w:p>
    <w:p w:rsidR="00CD5307" w:rsidRDefault="0033216C">
      <w:r>
        <w:t xml:space="preserve">Listopad: </w:t>
      </w:r>
      <w:proofErr w:type="gramStart"/>
      <w:r>
        <w:t>timska  planiranja</w:t>
      </w:r>
      <w:proofErr w:type="gramEnd"/>
    </w:p>
    <w:p w:rsidR="00CD5307" w:rsidRDefault="0033216C">
      <w:r>
        <w:t>Studeni: stručno usavršavanje</w:t>
      </w:r>
    </w:p>
    <w:p w:rsidR="00CD5307" w:rsidRDefault="0033216C">
      <w:r>
        <w:t>Siječanj: izviješća o rezultatima rada u prvom polugodištu, ostvarenost godišnjeg plana i programa rada te kurikuluma, organizacija rada, ostvarivanja preostalih tema iz godišnjeg plana i programa rada i kurikuluma, timska planiranja.</w:t>
      </w:r>
    </w:p>
    <w:p w:rsidR="00CD5307" w:rsidRDefault="0033216C">
      <w:r>
        <w:t>Ostvarivanje školskog razvojnog plana, stručna usavršavanja</w:t>
      </w:r>
    </w:p>
    <w:p w:rsidR="00CD5307" w:rsidRDefault="0033216C">
      <w:r>
        <w:t>Veljača: Pripreme projektnog tjedna</w:t>
      </w:r>
    </w:p>
    <w:p w:rsidR="00CD5307" w:rsidRDefault="0033216C">
      <w:r>
        <w:t>Travanj:  analiza provedbe natjecanja,</w:t>
      </w:r>
    </w:p>
    <w:p w:rsidR="00CD5307" w:rsidRDefault="0033216C">
      <w:r>
        <w:t xml:space="preserve">organizacija provedbe plana i programa rada škole te kurikuluma do </w:t>
      </w:r>
      <w:proofErr w:type="gramStart"/>
      <w:r>
        <w:t>kraja  školske</w:t>
      </w:r>
      <w:proofErr w:type="gramEnd"/>
      <w:r>
        <w:t xml:space="preserve">  godine kao i školskog razvojnog plana, stručna usavršavanja na razini škole</w:t>
      </w:r>
    </w:p>
    <w:p w:rsidR="00CD5307" w:rsidRDefault="0033216C">
      <w:r>
        <w:t>Lipanj: donošenje odluka o pohvalama i nagradama učenika</w:t>
      </w:r>
    </w:p>
    <w:p w:rsidR="00CD5307" w:rsidRDefault="0033216C">
      <w:r>
        <w:t>Srpanj:  analiza uspjeha učenika, podnošenje izviješća sa održanih učeničkih ekskurzija, analiza ostvarenosti godišnjeg plana i programa rada škole te kurikuluma.</w:t>
      </w:r>
    </w:p>
    <w:p w:rsidR="00CD5307" w:rsidRDefault="0033216C">
      <w:r>
        <w:t>Sjednice Učiteljskog vijeća sazvat će se i prema potrebi.</w:t>
      </w:r>
    </w:p>
    <w:p w:rsidR="00CD5307" w:rsidRDefault="0033216C">
      <w:pPr>
        <w:pStyle w:val="Naslov2"/>
      </w:pPr>
      <w:r>
        <w:t>Plan rada Razrednih vijeća</w:t>
      </w:r>
    </w:p>
    <w:p w:rsidR="00CD5307" w:rsidRDefault="0033216C">
      <w:r>
        <w:t xml:space="preserve">Listopad: održavanje razrednih vijeća za sve </w:t>
      </w:r>
      <w:proofErr w:type="gramStart"/>
      <w:r>
        <w:t>razrede,  analiza</w:t>
      </w:r>
      <w:proofErr w:type="gramEnd"/>
      <w:r>
        <w:t xml:space="preserve"> odgojno-obrazovnih postignuća.</w:t>
      </w:r>
    </w:p>
    <w:p w:rsidR="00CD5307" w:rsidRDefault="0033216C">
      <w:r>
        <w:t xml:space="preserve">Prosinac: održavanje razrednih vijeća za sve razrede, analiza uspjeha učenika i analiza ostvarenosti nastavnih planova i programa te </w:t>
      </w:r>
      <w:proofErr w:type="gramStart"/>
      <w:r>
        <w:t>drugih  odgojno</w:t>
      </w:r>
      <w:proofErr w:type="gramEnd"/>
      <w:r>
        <w:t>-obrazovnih ciljeva i zadataka.</w:t>
      </w:r>
    </w:p>
    <w:p w:rsidR="00CD5307" w:rsidRDefault="0033216C">
      <w:r>
        <w:t xml:space="preserve">Travanj: održavanje razrednih vijeća u svim razredima, analiza odgojno-obrazovnih postignuća te realizacije nastavnih </w:t>
      </w:r>
      <w:proofErr w:type="gramStart"/>
      <w:r>
        <w:t>programa  i</w:t>
      </w:r>
      <w:proofErr w:type="gramEnd"/>
      <w:r>
        <w:t xml:space="preserve"> drugih planiranih sadržaja.</w:t>
      </w:r>
    </w:p>
    <w:p w:rsidR="00CD5307" w:rsidRDefault="0033216C">
      <w:r>
        <w:t xml:space="preserve">Lipanj: održavanje razrednih vijeća u svim razrednim odjelima, analiza ostvarenosti sadržaja, odgojno–obrazovnih postignuća </w:t>
      </w:r>
      <w:proofErr w:type="gramStart"/>
      <w:r>
        <w:t>te  zaključivanje</w:t>
      </w:r>
      <w:proofErr w:type="gramEnd"/>
      <w:r>
        <w:t xml:space="preserve"> ocjena</w:t>
      </w:r>
    </w:p>
    <w:p w:rsidR="00CD5307" w:rsidRDefault="0033216C">
      <w:r>
        <w:t>Sjednice Razrednih vijeća sazvat će se i prema potrebi.</w:t>
      </w:r>
    </w:p>
    <w:p w:rsidR="00CD5307" w:rsidRDefault="0033216C">
      <w:pPr>
        <w:pStyle w:val="Naslov2"/>
      </w:pPr>
      <w:r>
        <w:lastRenderedPageBreak/>
        <w:t>Plan rada Vijeća roditelja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4"/>
        <w:gridCol w:w="6662"/>
        <w:gridCol w:w="1983"/>
      </w:tblGrid>
      <w:tr w:rsidR="0033216C" w:rsidRPr="008C76D4" w:rsidTr="001906B9">
        <w:trPr>
          <w:cantSplit/>
          <w:tblHeader/>
          <w:jc w:val="center"/>
        </w:trPr>
        <w:tc>
          <w:tcPr>
            <w:tcW w:w="994"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33216C" w:rsidRPr="008C76D4" w:rsidRDefault="0033216C" w:rsidP="0033216C">
            <w:pPr>
              <w:keepNext/>
              <w:wordWrap w:val="0"/>
              <w:spacing w:after="20"/>
            </w:pPr>
            <w:r>
              <w:rPr>
                <w:b/>
                <w:sz w:val="21"/>
              </w:rPr>
              <w:t>MJESEC</w:t>
            </w:r>
          </w:p>
        </w:tc>
        <w:tc>
          <w:tcPr>
            <w:tcW w:w="6662"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33216C" w:rsidRPr="008C76D4" w:rsidRDefault="0033216C" w:rsidP="0033216C">
            <w:pPr>
              <w:keepNext/>
              <w:wordWrap w:val="0"/>
              <w:spacing w:after="20"/>
            </w:pPr>
            <w:r>
              <w:rPr>
                <w:b/>
                <w:sz w:val="21"/>
              </w:rPr>
              <w:t>SADRŽAJ RADA</w:t>
            </w:r>
          </w:p>
        </w:tc>
        <w:tc>
          <w:tcPr>
            <w:tcW w:w="1983"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33216C" w:rsidRPr="008C76D4" w:rsidRDefault="0033216C" w:rsidP="0033216C">
            <w:pPr>
              <w:keepNext/>
              <w:wordWrap w:val="0"/>
              <w:spacing w:after="20"/>
            </w:pPr>
            <w:r>
              <w:rPr>
                <w:b/>
                <w:sz w:val="21"/>
              </w:rPr>
              <w:t>IZVRŠITELJI</w:t>
            </w:r>
          </w:p>
        </w:tc>
      </w:tr>
      <w:tr w:rsidR="0033216C" w:rsidRPr="008C76D4" w:rsidTr="001906B9">
        <w:trPr>
          <w:cantSplit/>
          <w:jc w:val="center"/>
        </w:trPr>
        <w:tc>
          <w:tcPr>
            <w:tcW w:w="99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IX.-X.</w:t>
            </w:r>
          </w:p>
        </w:tc>
        <w:tc>
          <w:tcPr>
            <w:tcW w:w="666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roofErr w:type="gramStart"/>
            <w:r>
              <w:rPr>
                <w:sz w:val="21"/>
              </w:rPr>
              <w:t>Sjednica  Vijeća</w:t>
            </w:r>
            <w:proofErr w:type="gramEnd"/>
            <w:r>
              <w:rPr>
                <w:sz w:val="21"/>
              </w:rPr>
              <w:t xml:space="preserve"> roditelja</w:t>
            </w:r>
          </w:p>
          <w:p w:rsidR="001906B9" w:rsidRDefault="0033216C" w:rsidP="0033216C">
            <w:pPr>
              <w:wordWrap w:val="0"/>
              <w:spacing w:after="20"/>
              <w:rPr>
                <w:sz w:val="21"/>
              </w:rPr>
            </w:pPr>
            <w:r>
              <w:rPr>
                <w:sz w:val="21"/>
              </w:rPr>
              <w:t xml:space="preserve">upoznavanje s prijedlogom Godišnjeg </w:t>
            </w:r>
            <w:proofErr w:type="gramStart"/>
            <w:r>
              <w:rPr>
                <w:sz w:val="21"/>
              </w:rPr>
              <w:t>plana  i</w:t>
            </w:r>
            <w:proofErr w:type="gramEnd"/>
            <w:r>
              <w:rPr>
                <w:sz w:val="21"/>
              </w:rPr>
              <w:t xml:space="preserve"> programa rada škole te </w:t>
            </w:r>
          </w:p>
          <w:p w:rsidR="0033216C" w:rsidRPr="008C76D4" w:rsidRDefault="0033216C" w:rsidP="0033216C">
            <w:pPr>
              <w:wordWrap w:val="0"/>
              <w:spacing w:after="20"/>
            </w:pPr>
            <w:r>
              <w:rPr>
                <w:sz w:val="21"/>
              </w:rPr>
              <w:t>Školskog kurikuluma</w:t>
            </w:r>
          </w:p>
          <w:p w:rsidR="001906B9" w:rsidRDefault="0033216C" w:rsidP="0033216C">
            <w:pPr>
              <w:wordWrap w:val="0"/>
              <w:spacing w:after="20"/>
              <w:rPr>
                <w:sz w:val="21"/>
              </w:rPr>
            </w:pPr>
            <w:r>
              <w:rPr>
                <w:sz w:val="21"/>
              </w:rPr>
              <w:t xml:space="preserve">održavanje konstituirajuće sjednice Vijeća roditelja, biranje rukovodstva </w:t>
            </w:r>
          </w:p>
          <w:p w:rsidR="0033216C" w:rsidRPr="008C76D4" w:rsidRDefault="0033216C" w:rsidP="0033216C">
            <w:pPr>
              <w:wordWrap w:val="0"/>
              <w:spacing w:after="20"/>
            </w:pPr>
            <w:r>
              <w:rPr>
                <w:sz w:val="21"/>
              </w:rPr>
              <w:t>vijeća roditelja</w:t>
            </w:r>
          </w:p>
          <w:p w:rsidR="0033216C" w:rsidRPr="008C76D4" w:rsidRDefault="0033216C" w:rsidP="0033216C">
            <w:pPr>
              <w:wordWrap w:val="0"/>
              <w:spacing w:after="20"/>
            </w:pPr>
            <w:r>
              <w:rPr>
                <w:sz w:val="21"/>
              </w:rPr>
              <w:t>rad školske kuhinje, projekt čarobna osmica,</w:t>
            </w:r>
          </w:p>
          <w:p w:rsidR="0033216C" w:rsidRPr="008C76D4" w:rsidRDefault="0033216C" w:rsidP="0033216C">
            <w:pPr>
              <w:wordWrap w:val="0"/>
              <w:spacing w:after="20"/>
            </w:pPr>
            <w:r>
              <w:rPr>
                <w:sz w:val="21"/>
              </w:rPr>
              <w:t>priprema i pomoć za održavanje roditeljskih sastanaka</w:t>
            </w:r>
          </w:p>
          <w:p w:rsidR="0033216C" w:rsidRPr="008C76D4" w:rsidRDefault="0033216C" w:rsidP="0033216C">
            <w:pPr>
              <w:wordWrap w:val="0"/>
              <w:spacing w:after="20"/>
            </w:pPr>
            <w:r>
              <w:rPr>
                <w:sz w:val="21"/>
              </w:rPr>
              <w:t>prijevoz učenika i drugi programi iznad standarda</w:t>
            </w:r>
          </w:p>
        </w:tc>
        <w:tc>
          <w:tcPr>
            <w:tcW w:w="1983" w:type="dxa"/>
            <w:vMerge w:val="restart"/>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Ravnatelj,</w:t>
            </w:r>
          </w:p>
          <w:p w:rsidR="001906B9" w:rsidRDefault="0033216C" w:rsidP="0033216C">
            <w:pPr>
              <w:wordWrap w:val="0"/>
              <w:spacing w:after="20"/>
              <w:rPr>
                <w:sz w:val="21"/>
              </w:rPr>
            </w:pPr>
            <w:r>
              <w:rPr>
                <w:sz w:val="21"/>
              </w:rPr>
              <w:t xml:space="preserve">Voditelji projekta </w:t>
            </w:r>
          </w:p>
          <w:p w:rsidR="0033216C" w:rsidRPr="008C76D4" w:rsidRDefault="0033216C" w:rsidP="0033216C">
            <w:pPr>
              <w:wordWrap w:val="0"/>
              <w:spacing w:after="20"/>
            </w:pPr>
            <w:r>
              <w:rPr>
                <w:sz w:val="21"/>
              </w:rPr>
              <w:t xml:space="preserve">„čarobna </w:t>
            </w:r>
            <w:proofErr w:type="gramStart"/>
            <w:r>
              <w:rPr>
                <w:sz w:val="21"/>
              </w:rPr>
              <w:t>osmica“</w:t>
            </w:r>
            <w:proofErr w:type="gramEnd"/>
          </w:p>
          <w:p w:rsidR="0033216C" w:rsidRPr="008C76D4" w:rsidRDefault="0033216C" w:rsidP="0033216C">
            <w:pPr>
              <w:wordWrap w:val="0"/>
              <w:spacing w:after="20"/>
            </w:pPr>
            <w:r>
              <w:rPr>
                <w:sz w:val="21"/>
              </w:rPr>
              <w:t>pedagoginja,</w:t>
            </w:r>
          </w:p>
          <w:p w:rsidR="0033216C" w:rsidRPr="008C76D4" w:rsidRDefault="0033216C" w:rsidP="0033216C">
            <w:pPr>
              <w:wordWrap w:val="0"/>
              <w:spacing w:after="20"/>
            </w:pPr>
            <w:r>
              <w:rPr>
                <w:sz w:val="21"/>
              </w:rPr>
              <w:t>predsjednik VR,</w:t>
            </w:r>
          </w:p>
          <w:p w:rsidR="0033216C" w:rsidRPr="008C76D4" w:rsidRDefault="0033216C" w:rsidP="0033216C">
            <w:pPr>
              <w:wordWrap w:val="0"/>
              <w:spacing w:after="20"/>
            </w:pPr>
            <w:r>
              <w:rPr>
                <w:sz w:val="21"/>
              </w:rPr>
              <w:t>učitelji po potrebi.</w:t>
            </w:r>
          </w:p>
        </w:tc>
      </w:tr>
      <w:tr w:rsidR="0033216C" w:rsidRPr="008C76D4" w:rsidTr="001906B9">
        <w:trPr>
          <w:cantSplit/>
          <w:jc w:val="center"/>
        </w:trPr>
        <w:tc>
          <w:tcPr>
            <w:tcW w:w="99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w:t>
            </w:r>
          </w:p>
        </w:tc>
        <w:tc>
          <w:tcPr>
            <w:tcW w:w="666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Sjednica Vijeća roditelja</w:t>
            </w:r>
          </w:p>
          <w:p w:rsidR="0033216C" w:rsidRPr="008C76D4" w:rsidRDefault="0033216C" w:rsidP="0033216C">
            <w:pPr>
              <w:wordWrap w:val="0"/>
              <w:spacing w:after="20"/>
            </w:pPr>
            <w:r>
              <w:rPr>
                <w:sz w:val="21"/>
              </w:rPr>
              <w:t>analiza (izvješće) rada i uspjeha učenika na kraju I. obrazovnog razdoblja</w:t>
            </w:r>
          </w:p>
          <w:p w:rsidR="0033216C" w:rsidRPr="008C76D4" w:rsidRDefault="0033216C" w:rsidP="0033216C">
            <w:pPr>
              <w:wordWrap w:val="0"/>
              <w:spacing w:after="20"/>
            </w:pPr>
            <w:r>
              <w:rPr>
                <w:sz w:val="21"/>
              </w:rPr>
              <w:t>rad školske kuhinje</w:t>
            </w:r>
          </w:p>
          <w:p w:rsidR="0033216C" w:rsidRPr="008C76D4" w:rsidRDefault="0033216C" w:rsidP="0033216C">
            <w:pPr>
              <w:wordWrap w:val="0"/>
              <w:spacing w:after="20"/>
            </w:pPr>
            <w:proofErr w:type="gramStart"/>
            <w:r>
              <w:rPr>
                <w:sz w:val="21"/>
              </w:rPr>
              <w:t>organizacija  učeničkih</w:t>
            </w:r>
            <w:proofErr w:type="gramEnd"/>
            <w:r>
              <w:rPr>
                <w:sz w:val="21"/>
              </w:rPr>
              <w:t xml:space="preserve"> izleta i ekskurzija</w:t>
            </w:r>
          </w:p>
        </w:tc>
        <w:tc>
          <w:tcPr>
            <w:tcW w:w="1983" w:type="dxa"/>
            <w:vMerge/>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r>
      <w:tr w:rsidR="0033216C" w:rsidRPr="008C76D4" w:rsidTr="001906B9">
        <w:trPr>
          <w:cantSplit/>
          <w:jc w:val="center"/>
        </w:trPr>
        <w:tc>
          <w:tcPr>
            <w:tcW w:w="99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VI.</w:t>
            </w:r>
          </w:p>
        </w:tc>
        <w:tc>
          <w:tcPr>
            <w:tcW w:w="666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Sjednica Vijeća roditelja</w:t>
            </w:r>
          </w:p>
          <w:p w:rsidR="0033216C" w:rsidRPr="008C76D4" w:rsidRDefault="0033216C" w:rsidP="0033216C">
            <w:pPr>
              <w:wordWrap w:val="0"/>
              <w:spacing w:after="20"/>
            </w:pPr>
            <w:r>
              <w:rPr>
                <w:sz w:val="21"/>
              </w:rPr>
              <w:t>analiza (izvješće) uspjeha i rezultati rada škole na kraju školske godine</w:t>
            </w:r>
          </w:p>
          <w:p w:rsidR="0033216C" w:rsidRPr="008C76D4" w:rsidRDefault="0033216C" w:rsidP="0033216C">
            <w:pPr>
              <w:wordWrap w:val="0"/>
              <w:spacing w:after="20"/>
            </w:pPr>
            <w:r>
              <w:rPr>
                <w:sz w:val="21"/>
              </w:rPr>
              <w:t>priprema za rad u novoj školskoj godini</w:t>
            </w:r>
          </w:p>
          <w:p w:rsidR="0033216C" w:rsidRPr="008C76D4" w:rsidRDefault="0033216C" w:rsidP="0033216C">
            <w:pPr>
              <w:wordWrap w:val="0"/>
              <w:spacing w:after="20"/>
            </w:pPr>
            <w:r>
              <w:rPr>
                <w:sz w:val="21"/>
              </w:rPr>
              <w:t>sistematiziranje rada</w:t>
            </w:r>
          </w:p>
        </w:tc>
        <w:tc>
          <w:tcPr>
            <w:tcW w:w="1983" w:type="dxa"/>
            <w:vMerge/>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r>
      <w:tr w:rsidR="0033216C" w:rsidRPr="008C76D4" w:rsidTr="0033216C">
        <w:trPr>
          <w:cantSplit/>
          <w:jc w:val="center"/>
        </w:trPr>
        <w:tc>
          <w:tcPr>
            <w:tcW w:w="9639" w:type="dxa"/>
            <w:gridSpan w:val="3"/>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1906B9" w:rsidRDefault="0033216C" w:rsidP="0033216C">
            <w:pPr>
              <w:wordWrap w:val="0"/>
              <w:spacing w:after="20"/>
              <w:rPr>
                <w:sz w:val="21"/>
              </w:rPr>
            </w:pPr>
            <w:r>
              <w:rPr>
                <w:sz w:val="21"/>
              </w:rPr>
              <w:t>Sjednice Vijeća roditelja sazivat će se i na temelju iskazane potrebe u cilju rješavanja</w:t>
            </w:r>
            <w:r w:rsidR="001906B9">
              <w:t xml:space="preserve"> </w:t>
            </w:r>
            <w:r>
              <w:rPr>
                <w:sz w:val="21"/>
              </w:rPr>
              <w:t xml:space="preserve">određenog nastalog </w:t>
            </w:r>
          </w:p>
          <w:p w:rsidR="0033216C" w:rsidRPr="008C76D4" w:rsidRDefault="0033216C" w:rsidP="0033216C">
            <w:pPr>
              <w:wordWrap w:val="0"/>
              <w:spacing w:after="20"/>
            </w:pPr>
            <w:r>
              <w:rPr>
                <w:sz w:val="21"/>
              </w:rPr>
              <w:t>problema u svezi učenika, učitelja i škole.</w:t>
            </w:r>
          </w:p>
        </w:tc>
      </w:tr>
    </w:tbl>
    <w:p w:rsidR="00CD5307" w:rsidRDefault="0033216C">
      <w:pPr>
        <w:pStyle w:val="Naslov2"/>
      </w:pPr>
      <w:r>
        <w:t>VIJEĆE UČENIKA</w:t>
      </w:r>
    </w:p>
    <w:p w:rsidR="00CD5307" w:rsidRDefault="0033216C">
      <w:r>
        <w:t>U školi djeluje Vijeće učenika koje čine predstavnici učenika svakog razrednog odjela.</w:t>
      </w:r>
    </w:p>
    <w:p w:rsidR="00CD5307" w:rsidRDefault="0033216C">
      <w:r>
        <w:t>Način izbora i rada vijeća određeni su statutom škole. Predstavnik Vijeća učenika sudjeluje u radu tijela škole kada se odlučuje o pravima i obvezama učenika, bez prava odlučivanja.</w:t>
      </w:r>
    </w:p>
    <w:p w:rsidR="00CD5307" w:rsidRDefault="0033216C">
      <w:r>
        <w:t>Vijeće učenika predlaže mjere za poboljšanje uvjeta rada u školi i razmatra druga pitanja važna za učenike, njihov rad i rezultate u obrazovanju.</w:t>
      </w:r>
    </w:p>
    <w:p w:rsidR="00CD5307" w:rsidRDefault="0033216C">
      <w:r>
        <w:t>Sjednice Vijeća učenika održavat će se jedanput mjesečno, a prema potrebi i češće.</w:t>
      </w:r>
    </w:p>
    <w:p w:rsidR="00CD5307" w:rsidRDefault="0033216C">
      <w:r>
        <w:t>Voditeljica Vijeća učenika je pedagoginja Dragana Hrnjkaš Pasquino.</w:t>
      </w:r>
    </w:p>
    <w:p w:rsidR="00CD5307" w:rsidRDefault="0033216C">
      <w:r>
        <w:t xml:space="preserve">PLAN I PROGRAM RADA VIJEĆA UČENIKA ZA ŠKOLSKU GODINU </w:t>
      </w:r>
      <w:proofErr w:type="gramStart"/>
      <w:r>
        <w:t>2026./</w:t>
      </w:r>
      <w:proofErr w:type="gramEnd"/>
      <w:r>
        <w:t>2027.</w:t>
      </w:r>
    </w:p>
    <w:p w:rsidR="00CD5307" w:rsidRDefault="0033216C">
      <w:pPr>
        <w:pStyle w:val="Naslov2"/>
      </w:pPr>
      <w:r>
        <w:t>Plan rada Vijeća učenika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7795"/>
      </w:tblGrid>
      <w:tr w:rsidR="0033216C" w:rsidRPr="008C76D4" w:rsidTr="001906B9">
        <w:trPr>
          <w:cantSplit/>
          <w:tblHeader/>
          <w:jc w:val="center"/>
        </w:trPr>
        <w:tc>
          <w:tcPr>
            <w:tcW w:w="1844"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33216C" w:rsidRPr="008C76D4" w:rsidRDefault="0033216C" w:rsidP="0033216C">
            <w:pPr>
              <w:keepNext/>
              <w:wordWrap w:val="0"/>
              <w:spacing w:after="20"/>
            </w:pPr>
            <w:r>
              <w:rPr>
                <w:b/>
                <w:sz w:val="21"/>
              </w:rPr>
              <w:t>Mjesec</w:t>
            </w:r>
          </w:p>
        </w:tc>
        <w:tc>
          <w:tcPr>
            <w:tcW w:w="7795"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33216C" w:rsidRPr="008C76D4" w:rsidRDefault="0033216C" w:rsidP="0033216C">
            <w:pPr>
              <w:keepNext/>
              <w:wordWrap w:val="0"/>
              <w:spacing w:after="20"/>
            </w:pPr>
            <w:r>
              <w:rPr>
                <w:b/>
                <w:sz w:val="21"/>
              </w:rPr>
              <w:t>Tema – sadržaj rada</w:t>
            </w:r>
          </w:p>
        </w:tc>
      </w:tr>
      <w:tr w:rsidR="0033216C" w:rsidRPr="008C76D4" w:rsidTr="001906B9">
        <w:trPr>
          <w:cantSplit/>
          <w:jc w:val="center"/>
        </w:trPr>
        <w:tc>
          <w:tcPr>
            <w:tcW w:w="184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Rujan</w:t>
            </w:r>
          </w:p>
        </w:tc>
        <w:tc>
          <w:tcPr>
            <w:tcW w:w="779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Formiranje Vijeća učenika</w:t>
            </w:r>
          </w:p>
          <w:p w:rsidR="0033216C" w:rsidRPr="008C76D4" w:rsidRDefault="0033216C" w:rsidP="0033216C">
            <w:pPr>
              <w:wordWrap w:val="0"/>
              <w:spacing w:after="20"/>
            </w:pPr>
            <w:r>
              <w:rPr>
                <w:sz w:val="21"/>
              </w:rPr>
              <w:t>Plan i program rada Vijeća učenika</w:t>
            </w:r>
          </w:p>
          <w:p w:rsidR="0033216C" w:rsidRPr="008C76D4" w:rsidRDefault="0033216C" w:rsidP="0033216C">
            <w:pPr>
              <w:wordWrap w:val="0"/>
              <w:spacing w:after="20"/>
            </w:pPr>
            <w:r>
              <w:rPr>
                <w:sz w:val="21"/>
              </w:rPr>
              <w:t>Izbor predsjednika Vijeća učenika</w:t>
            </w:r>
          </w:p>
        </w:tc>
      </w:tr>
      <w:tr w:rsidR="0033216C" w:rsidRPr="008C76D4" w:rsidTr="001906B9">
        <w:trPr>
          <w:cantSplit/>
          <w:jc w:val="center"/>
        </w:trPr>
        <w:tc>
          <w:tcPr>
            <w:tcW w:w="184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Listopad</w:t>
            </w:r>
          </w:p>
        </w:tc>
        <w:tc>
          <w:tcPr>
            <w:tcW w:w="779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Obilježavanje Dječjeg tjedna</w:t>
            </w:r>
          </w:p>
        </w:tc>
      </w:tr>
      <w:tr w:rsidR="0033216C" w:rsidRPr="008C76D4" w:rsidTr="001906B9">
        <w:trPr>
          <w:cantSplit/>
          <w:jc w:val="center"/>
        </w:trPr>
        <w:tc>
          <w:tcPr>
            <w:tcW w:w="184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Studeni</w:t>
            </w:r>
          </w:p>
        </w:tc>
        <w:tc>
          <w:tcPr>
            <w:tcW w:w="779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Međunarodni dan tolerancije</w:t>
            </w:r>
          </w:p>
          <w:p w:rsidR="0033216C" w:rsidRPr="008C76D4" w:rsidRDefault="0033216C" w:rsidP="0033216C">
            <w:pPr>
              <w:wordWrap w:val="0"/>
              <w:spacing w:after="20"/>
            </w:pPr>
            <w:r>
              <w:rPr>
                <w:sz w:val="21"/>
              </w:rPr>
              <w:t>Kućni red škole, Etički kodeks</w:t>
            </w:r>
          </w:p>
        </w:tc>
      </w:tr>
      <w:tr w:rsidR="0033216C" w:rsidRPr="008C76D4" w:rsidTr="001906B9">
        <w:trPr>
          <w:cantSplit/>
          <w:jc w:val="center"/>
        </w:trPr>
        <w:tc>
          <w:tcPr>
            <w:tcW w:w="184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Siječanj</w:t>
            </w:r>
          </w:p>
        </w:tc>
        <w:tc>
          <w:tcPr>
            <w:tcW w:w="779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Postignuća učenika i prijedlozi za unapređenje rada</w:t>
            </w:r>
          </w:p>
        </w:tc>
      </w:tr>
      <w:tr w:rsidR="0033216C" w:rsidRPr="008C76D4" w:rsidTr="001906B9">
        <w:trPr>
          <w:cantSplit/>
          <w:jc w:val="center"/>
        </w:trPr>
        <w:tc>
          <w:tcPr>
            <w:tcW w:w="184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Veljača</w:t>
            </w:r>
          </w:p>
        </w:tc>
        <w:tc>
          <w:tcPr>
            <w:tcW w:w="779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 xml:space="preserve">Svjetski dan sigurnijeg </w:t>
            </w:r>
            <w:proofErr w:type="gramStart"/>
            <w:r>
              <w:rPr>
                <w:sz w:val="21"/>
              </w:rPr>
              <w:t>Interneta,  veljača</w:t>
            </w:r>
            <w:proofErr w:type="gramEnd"/>
            <w:r>
              <w:rPr>
                <w:sz w:val="21"/>
              </w:rPr>
              <w:t xml:space="preserve"> 2027.</w:t>
            </w:r>
          </w:p>
        </w:tc>
      </w:tr>
      <w:tr w:rsidR="0033216C" w:rsidRPr="008C76D4" w:rsidTr="001906B9">
        <w:trPr>
          <w:cantSplit/>
          <w:jc w:val="center"/>
        </w:trPr>
        <w:tc>
          <w:tcPr>
            <w:tcW w:w="184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Ožujak</w:t>
            </w:r>
          </w:p>
        </w:tc>
        <w:tc>
          <w:tcPr>
            <w:tcW w:w="779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Tjedan darovitih učenika</w:t>
            </w:r>
          </w:p>
        </w:tc>
      </w:tr>
      <w:tr w:rsidR="0033216C" w:rsidRPr="008C76D4" w:rsidTr="001906B9">
        <w:trPr>
          <w:cantSplit/>
          <w:jc w:val="center"/>
        </w:trPr>
        <w:tc>
          <w:tcPr>
            <w:tcW w:w="184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Svibanj</w:t>
            </w:r>
          </w:p>
        </w:tc>
        <w:tc>
          <w:tcPr>
            <w:tcW w:w="779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1906B9">
            <w:pPr>
              <w:wordWrap w:val="0"/>
              <w:spacing w:after="20"/>
            </w:pPr>
            <w:r>
              <w:rPr>
                <w:sz w:val="21"/>
              </w:rPr>
              <w:t>Sudjelovanje u aktivnostima Županijsko</w:t>
            </w:r>
            <w:r w:rsidR="001906B9">
              <w:rPr>
                <w:sz w:val="21"/>
              </w:rPr>
              <w:t>ga vijeća učenika</w:t>
            </w:r>
            <w:r>
              <w:rPr>
                <w:sz w:val="21"/>
              </w:rPr>
              <w:t xml:space="preserve"> (prema pozivu)</w:t>
            </w:r>
          </w:p>
        </w:tc>
      </w:tr>
      <w:tr w:rsidR="0033216C" w:rsidRPr="008C76D4" w:rsidTr="001906B9">
        <w:trPr>
          <w:cantSplit/>
          <w:jc w:val="center"/>
        </w:trPr>
        <w:tc>
          <w:tcPr>
            <w:tcW w:w="184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Lipanj</w:t>
            </w:r>
          </w:p>
        </w:tc>
        <w:tc>
          <w:tcPr>
            <w:tcW w:w="7795"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Završne aktivnosti i procjena cjelokupnoga rada</w:t>
            </w:r>
          </w:p>
          <w:p w:rsidR="0033216C" w:rsidRPr="008C76D4" w:rsidRDefault="0033216C" w:rsidP="0033216C">
            <w:pPr>
              <w:wordWrap w:val="0"/>
              <w:spacing w:after="20"/>
            </w:pPr>
            <w:r>
              <w:rPr>
                <w:sz w:val="21"/>
              </w:rPr>
              <w:t>Prijedlozi za poboljšanje uvjeta rada u školi</w:t>
            </w:r>
          </w:p>
        </w:tc>
      </w:tr>
    </w:tbl>
    <w:p w:rsidR="009535DC" w:rsidRDefault="009535DC">
      <w:pPr>
        <w:pStyle w:val="Naslov1"/>
      </w:pPr>
    </w:p>
    <w:p w:rsidR="00CD5307" w:rsidRDefault="0033216C">
      <w:pPr>
        <w:pStyle w:val="Naslov1"/>
      </w:pPr>
      <w:r>
        <w:t>PLAN STRUČNOG OSPOSOBLJAVANJA I USAVRŠAVANJA</w:t>
      </w:r>
    </w:p>
    <w:p w:rsidR="00CD5307" w:rsidRDefault="0033216C">
      <w:r>
        <w:t>Svaki učitelj je dužan stalno se stručno usavršavati i biti upoznat s najnovijim znanstvenim spoznajama u području odgoja i obrazovanja kao i u svojem užem stručnom području odnosno cjeloživotno se obrazovati. Stručna usavršavanja organizira škola uz pomoć stručnih službi i vanjskih suradnika, Županijski stručni aktivi, AZOO, MZO, suradničke ustanove, strukovne udruge i slično.</w:t>
      </w:r>
    </w:p>
    <w:p w:rsidR="00CD5307" w:rsidRDefault="0033216C">
      <w:pPr>
        <w:pStyle w:val="Naslov1"/>
      </w:pPr>
      <w:r>
        <w:t>Školski preventivni programi</w:t>
      </w:r>
    </w:p>
    <w:p w:rsidR="00CD5307" w:rsidRDefault="0033216C">
      <w:r>
        <w:t>Cilj školskog preventivnog programa je razviti znanja i životne vještine učenika koje im pomažu da se uspješno nose s rizičnim čimbenicima, poučiti učenike zdravim načinima življenja te spriječiti nastanak problema u ponašanju i nasilja među učenicima.</w:t>
      </w:r>
    </w:p>
    <w:p w:rsidR="00CD5307" w:rsidRDefault="0033216C">
      <w:pPr>
        <w:pStyle w:val="Naslov2"/>
      </w:pPr>
      <w:r>
        <w:t>NOSITELJI ŠPP</w:t>
      </w:r>
    </w:p>
    <w:p w:rsidR="00CD5307" w:rsidRDefault="0033216C">
      <w:r>
        <w:t>Školsko povjerenstvo:</w:t>
      </w:r>
    </w:p>
    <w:p w:rsidR="00CD5307" w:rsidRDefault="0033216C">
      <w:r>
        <w:t>1. Jurica Hunjadi – ravnatelj</w:t>
      </w:r>
    </w:p>
    <w:p w:rsidR="00CD5307" w:rsidRDefault="0033216C">
      <w:r>
        <w:t>2. Maja Kovačić – učiteljica engleskog jezika</w:t>
      </w:r>
    </w:p>
    <w:p w:rsidR="00CD5307" w:rsidRDefault="0033216C">
      <w:r>
        <w:t>3. Dragana Hrnjkaš Pasquino – pedagoginja</w:t>
      </w:r>
    </w:p>
    <w:p w:rsidR="00CD5307" w:rsidRDefault="0033216C">
      <w:r>
        <w:t>4. Tena Kuhar - psihologinja</w:t>
      </w:r>
    </w:p>
    <w:p w:rsidR="009535DC" w:rsidRDefault="009535DC"/>
    <w:p w:rsidR="00CD5307" w:rsidRDefault="0033216C">
      <w:r>
        <w:t>U provođenju ŠPP-a škola surađuje sa Zavodom za javno zdravstvo, Policijskom upravom, Obiteljskim centrom, Gradom, Županijom i dr.</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44"/>
        <w:gridCol w:w="3602"/>
        <w:gridCol w:w="1418"/>
        <w:gridCol w:w="1529"/>
        <w:gridCol w:w="1446"/>
      </w:tblGrid>
      <w:tr w:rsidR="0033216C" w:rsidTr="00B23D1D">
        <w:trPr>
          <w:cantSplit/>
          <w:tblHeader/>
          <w:jc w:val="center"/>
        </w:trPr>
        <w:tc>
          <w:tcPr>
            <w:tcW w:w="1644"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hideMark/>
          </w:tcPr>
          <w:p w:rsidR="0033216C" w:rsidRDefault="0033216C">
            <w:pPr>
              <w:keepNext/>
              <w:wordWrap w:val="0"/>
              <w:spacing w:after="20"/>
            </w:pPr>
            <w:r>
              <w:rPr>
                <w:b/>
                <w:sz w:val="18"/>
              </w:rPr>
              <w:t>NAZIV PROGRAMA ILI AKTIVNOSTI</w:t>
            </w:r>
          </w:p>
        </w:tc>
        <w:tc>
          <w:tcPr>
            <w:tcW w:w="3602"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hideMark/>
          </w:tcPr>
          <w:p w:rsidR="0033216C" w:rsidRDefault="0033216C">
            <w:pPr>
              <w:keepNext/>
              <w:wordWrap w:val="0"/>
              <w:spacing w:after="20"/>
            </w:pPr>
            <w:r>
              <w:rPr>
                <w:b/>
                <w:sz w:val="18"/>
              </w:rPr>
              <w:t>CILJ</w:t>
            </w:r>
          </w:p>
        </w:tc>
        <w:tc>
          <w:tcPr>
            <w:tcW w:w="1418"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33216C" w:rsidRDefault="0033216C">
            <w:pPr>
              <w:keepNext/>
              <w:wordWrap w:val="0"/>
              <w:spacing w:after="20"/>
            </w:pPr>
            <w:r>
              <w:rPr>
                <w:b/>
                <w:sz w:val="18"/>
              </w:rPr>
              <w:t>NOSITELJI</w:t>
            </w:r>
          </w:p>
        </w:tc>
        <w:tc>
          <w:tcPr>
            <w:tcW w:w="1529"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hideMark/>
          </w:tcPr>
          <w:p w:rsidR="0033216C" w:rsidRDefault="0033216C">
            <w:pPr>
              <w:keepNext/>
              <w:wordWrap w:val="0"/>
              <w:spacing w:after="20"/>
            </w:pPr>
            <w:r>
              <w:rPr>
                <w:b/>
                <w:sz w:val="18"/>
              </w:rPr>
              <w:t>NAČIN</w:t>
            </w:r>
          </w:p>
          <w:p w:rsidR="0033216C" w:rsidRDefault="0033216C">
            <w:pPr>
              <w:keepNext/>
              <w:wordWrap w:val="0"/>
              <w:spacing w:after="20"/>
            </w:pPr>
            <w:r>
              <w:rPr>
                <w:b/>
                <w:sz w:val="18"/>
              </w:rPr>
              <w:t>REALIZACIJE</w:t>
            </w:r>
          </w:p>
        </w:tc>
        <w:tc>
          <w:tcPr>
            <w:tcW w:w="1446"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hideMark/>
          </w:tcPr>
          <w:p w:rsidR="001906B9" w:rsidRDefault="0033216C">
            <w:pPr>
              <w:keepNext/>
              <w:wordWrap w:val="0"/>
              <w:spacing w:after="20"/>
              <w:rPr>
                <w:b/>
                <w:sz w:val="18"/>
              </w:rPr>
            </w:pPr>
            <w:r>
              <w:rPr>
                <w:b/>
                <w:sz w:val="18"/>
              </w:rPr>
              <w:t>VRIJEME</w:t>
            </w:r>
          </w:p>
          <w:p w:rsidR="0033216C" w:rsidRDefault="0033216C">
            <w:pPr>
              <w:keepNext/>
              <w:wordWrap w:val="0"/>
              <w:spacing w:after="20"/>
            </w:pPr>
            <w:r>
              <w:rPr>
                <w:b/>
                <w:sz w:val="18"/>
              </w:rPr>
              <w:t>REALIZACIJE</w:t>
            </w:r>
          </w:p>
        </w:tc>
      </w:tr>
      <w:tr w:rsidR="0033216C" w:rsidTr="00B23D1D">
        <w:trPr>
          <w:cantSplit/>
          <w:jc w:val="center"/>
        </w:trPr>
        <w:tc>
          <w:tcPr>
            <w:tcW w:w="164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1906B9" w:rsidRDefault="0033216C">
            <w:pPr>
              <w:wordWrap w:val="0"/>
              <w:spacing w:after="20"/>
              <w:rPr>
                <w:sz w:val="21"/>
              </w:rPr>
            </w:pPr>
            <w:r>
              <w:rPr>
                <w:sz w:val="21"/>
              </w:rPr>
              <w:t xml:space="preserve">PREVENCIJA  </w:t>
            </w:r>
          </w:p>
          <w:p w:rsidR="0033216C" w:rsidRDefault="0033216C">
            <w:pPr>
              <w:wordWrap w:val="0"/>
              <w:spacing w:after="20"/>
            </w:pPr>
            <w:r>
              <w:rPr>
                <w:sz w:val="21"/>
              </w:rPr>
              <w:t>OVISNOSTI</w:t>
            </w:r>
          </w:p>
        </w:tc>
        <w:tc>
          <w:tcPr>
            <w:tcW w:w="360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1906B9" w:rsidRDefault="0033216C">
            <w:pPr>
              <w:wordWrap w:val="0"/>
              <w:spacing w:after="20"/>
              <w:rPr>
                <w:sz w:val="21"/>
              </w:rPr>
            </w:pPr>
            <w:r>
              <w:rPr>
                <w:sz w:val="21"/>
              </w:rPr>
              <w:t xml:space="preserve">Informirati učenike o štetnosti </w:t>
            </w:r>
          </w:p>
          <w:p w:rsidR="0033216C" w:rsidRDefault="0033216C">
            <w:pPr>
              <w:wordWrap w:val="0"/>
              <w:spacing w:after="20"/>
            </w:pPr>
            <w:r>
              <w:rPr>
                <w:sz w:val="21"/>
              </w:rPr>
              <w:t>alkohola</w:t>
            </w:r>
          </w:p>
          <w:p w:rsidR="00B23D1D" w:rsidRDefault="0033216C">
            <w:pPr>
              <w:wordWrap w:val="0"/>
              <w:spacing w:after="20"/>
              <w:rPr>
                <w:sz w:val="21"/>
              </w:rPr>
            </w:pPr>
            <w:r>
              <w:rPr>
                <w:sz w:val="21"/>
              </w:rPr>
              <w:t>Učenici</w:t>
            </w:r>
            <w:r w:rsidR="001906B9">
              <w:rPr>
                <w:sz w:val="21"/>
              </w:rPr>
              <w:t xml:space="preserve"> će: osvijestiti odgovornost za</w:t>
            </w:r>
            <w:r w:rsidR="00B23D1D">
              <w:rPr>
                <w:sz w:val="21"/>
              </w:rPr>
              <w:t xml:space="preserve"> </w:t>
            </w:r>
          </w:p>
          <w:p w:rsidR="001906B9" w:rsidRDefault="0033216C">
            <w:pPr>
              <w:wordWrap w:val="0"/>
              <w:spacing w:after="20"/>
              <w:rPr>
                <w:sz w:val="21"/>
              </w:rPr>
            </w:pPr>
            <w:r>
              <w:rPr>
                <w:sz w:val="21"/>
              </w:rPr>
              <w:t xml:space="preserve">vlastito zdravlje, usvajati </w:t>
            </w:r>
            <w:r w:rsidR="001906B9">
              <w:rPr>
                <w:sz w:val="21"/>
              </w:rPr>
              <w:t>negat</w:t>
            </w:r>
            <w:r>
              <w:rPr>
                <w:sz w:val="21"/>
              </w:rPr>
              <w:t xml:space="preserve">van </w:t>
            </w:r>
          </w:p>
          <w:p w:rsidR="0033216C" w:rsidRPr="001906B9" w:rsidRDefault="0033216C">
            <w:pPr>
              <w:wordWrap w:val="0"/>
              <w:spacing w:after="20"/>
              <w:rPr>
                <w:sz w:val="21"/>
              </w:rPr>
            </w:pPr>
            <w:r>
              <w:rPr>
                <w:sz w:val="21"/>
              </w:rPr>
              <w:t>stav prema sredstvima ovisnosti</w:t>
            </w:r>
          </w:p>
          <w:p w:rsidR="00B23D1D" w:rsidRDefault="0033216C">
            <w:pPr>
              <w:wordWrap w:val="0"/>
              <w:spacing w:after="20"/>
              <w:rPr>
                <w:sz w:val="21"/>
              </w:rPr>
            </w:pPr>
            <w:r>
              <w:rPr>
                <w:sz w:val="21"/>
              </w:rPr>
              <w:t>„Prevencija u borbi protiv ovisnosti –</w:t>
            </w:r>
          </w:p>
          <w:p w:rsidR="0033216C" w:rsidRDefault="0033216C">
            <w:pPr>
              <w:wordWrap w:val="0"/>
              <w:spacing w:after="20"/>
            </w:pPr>
            <w:r>
              <w:rPr>
                <w:sz w:val="21"/>
              </w:rPr>
              <w:t xml:space="preserve"> </w:t>
            </w:r>
            <w:proofErr w:type="gramStart"/>
            <w:r>
              <w:rPr>
                <w:sz w:val="21"/>
              </w:rPr>
              <w:t>alkohol“</w:t>
            </w:r>
            <w:proofErr w:type="gramEnd"/>
          </w:p>
        </w:tc>
        <w:tc>
          <w:tcPr>
            <w:tcW w:w="1418"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B23D1D" w:rsidRDefault="0033216C">
            <w:pPr>
              <w:wordWrap w:val="0"/>
              <w:spacing w:after="20"/>
              <w:rPr>
                <w:sz w:val="21"/>
              </w:rPr>
            </w:pPr>
            <w:r>
              <w:rPr>
                <w:sz w:val="21"/>
              </w:rPr>
              <w:t xml:space="preserve">Policijska </w:t>
            </w:r>
          </w:p>
          <w:p w:rsidR="001906B9" w:rsidRDefault="0033216C">
            <w:pPr>
              <w:wordWrap w:val="0"/>
              <w:spacing w:after="20"/>
              <w:rPr>
                <w:sz w:val="21"/>
              </w:rPr>
            </w:pPr>
            <w:r>
              <w:rPr>
                <w:sz w:val="21"/>
              </w:rPr>
              <w:t xml:space="preserve">uprava </w:t>
            </w:r>
          </w:p>
          <w:p w:rsidR="00B23D1D" w:rsidRDefault="0033216C">
            <w:pPr>
              <w:wordWrap w:val="0"/>
              <w:spacing w:after="20"/>
              <w:rPr>
                <w:sz w:val="21"/>
              </w:rPr>
            </w:pPr>
            <w:r>
              <w:rPr>
                <w:sz w:val="21"/>
              </w:rPr>
              <w:t xml:space="preserve">VŽ i Gradsko </w:t>
            </w:r>
          </w:p>
          <w:p w:rsidR="00B23D1D" w:rsidRDefault="0033216C">
            <w:pPr>
              <w:wordWrap w:val="0"/>
              <w:spacing w:after="20"/>
              <w:rPr>
                <w:sz w:val="21"/>
              </w:rPr>
            </w:pPr>
            <w:r>
              <w:rPr>
                <w:sz w:val="21"/>
              </w:rPr>
              <w:t xml:space="preserve">društvo </w:t>
            </w:r>
          </w:p>
          <w:p w:rsidR="0033216C" w:rsidRPr="00B23D1D" w:rsidRDefault="0033216C">
            <w:pPr>
              <w:wordWrap w:val="0"/>
              <w:spacing w:after="20"/>
              <w:rPr>
                <w:sz w:val="21"/>
              </w:rPr>
            </w:pPr>
            <w:r>
              <w:rPr>
                <w:sz w:val="21"/>
              </w:rPr>
              <w:t>Crvenog križa Varaždin</w:t>
            </w:r>
          </w:p>
        </w:tc>
        <w:tc>
          <w:tcPr>
            <w:tcW w:w="1529"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B23D1D" w:rsidRDefault="0033216C">
            <w:pPr>
              <w:wordWrap w:val="0"/>
              <w:spacing w:after="20"/>
              <w:rPr>
                <w:sz w:val="21"/>
              </w:rPr>
            </w:pPr>
            <w:r>
              <w:rPr>
                <w:sz w:val="21"/>
              </w:rPr>
              <w:t xml:space="preserve">Interaktivno </w:t>
            </w:r>
          </w:p>
          <w:p w:rsidR="001906B9" w:rsidRDefault="001906B9">
            <w:pPr>
              <w:wordWrap w:val="0"/>
              <w:spacing w:after="20"/>
              <w:rPr>
                <w:sz w:val="21"/>
              </w:rPr>
            </w:pPr>
            <w:r>
              <w:rPr>
                <w:sz w:val="21"/>
              </w:rPr>
              <w:t xml:space="preserve">predavanje </w:t>
            </w:r>
          </w:p>
          <w:p w:rsidR="0033216C" w:rsidRDefault="001906B9">
            <w:pPr>
              <w:wordWrap w:val="0"/>
              <w:spacing w:after="20"/>
            </w:pPr>
            <w:r>
              <w:rPr>
                <w:sz w:val="21"/>
              </w:rPr>
              <w:t xml:space="preserve">za </w:t>
            </w:r>
            <w:r w:rsidR="0033216C">
              <w:rPr>
                <w:sz w:val="21"/>
              </w:rPr>
              <w:t>učenike</w:t>
            </w:r>
          </w:p>
          <w:p w:rsidR="0033216C" w:rsidRDefault="0033216C">
            <w:pPr>
              <w:wordWrap w:val="0"/>
              <w:spacing w:after="20"/>
            </w:pPr>
            <w:r>
              <w:rPr>
                <w:sz w:val="21"/>
              </w:rPr>
              <w:t>8. razreda</w:t>
            </w:r>
          </w:p>
        </w:tc>
        <w:tc>
          <w:tcPr>
            <w:tcW w:w="144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1906B9" w:rsidRDefault="0033216C">
            <w:pPr>
              <w:wordWrap w:val="0"/>
              <w:spacing w:after="20"/>
              <w:rPr>
                <w:sz w:val="21"/>
              </w:rPr>
            </w:pPr>
            <w:r>
              <w:rPr>
                <w:sz w:val="21"/>
              </w:rPr>
              <w:t>Studeni-</w:t>
            </w:r>
          </w:p>
          <w:p w:rsidR="0033216C" w:rsidRDefault="0033216C">
            <w:pPr>
              <w:wordWrap w:val="0"/>
              <w:spacing w:after="20"/>
            </w:pPr>
            <w:r>
              <w:rPr>
                <w:sz w:val="21"/>
              </w:rPr>
              <w:t>prosinac</w:t>
            </w:r>
          </w:p>
          <w:p w:rsidR="0033216C" w:rsidRDefault="0033216C">
            <w:pPr>
              <w:wordWrap w:val="0"/>
              <w:spacing w:after="20"/>
            </w:pPr>
            <w:r>
              <w:rPr>
                <w:sz w:val="21"/>
              </w:rPr>
              <w:t>2026.</w:t>
            </w:r>
          </w:p>
        </w:tc>
      </w:tr>
      <w:tr w:rsidR="0033216C" w:rsidTr="00B23D1D">
        <w:trPr>
          <w:cantSplit/>
          <w:jc w:val="center"/>
        </w:trPr>
        <w:tc>
          <w:tcPr>
            <w:tcW w:w="164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1906B9" w:rsidRDefault="0033216C">
            <w:pPr>
              <w:wordWrap w:val="0"/>
              <w:spacing w:after="20"/>
              <w:rPr>
                <w:sz w:val="21"/>
              </w:rPr>
            </w:pPr>
            <w:r>
              <w:rPr>
                <w:sz w:val="21"/>
              </w:rPr>
              <w:t xml:space="preserve">UČIMO O </w:t>
            </w:r>
          </w:p>
          <w:p w:rsidR="0033216C" w:rsidRDefault="0033216C">
            <w:pPr>
              <w:wordWrap w:val="0"/>
              <w:spacing w:after="20"/>
            </w:pPr>
            <w:r>
              <w:rPr>
                <w:sz w:val="21"/>
              </w:rPr>
              <w:t>OSJEĆAJIMA</w:t>
            </w:r>
          </w:p>
        </w:tc>
        <w:tc>
          <w:tcPr>
            <w:tcW w:w="360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Default="0033216C">
            <w:pPr>
              <w:wordWrap w:val="0"/>
              <w:spacing w:after="20"/>
            </w:pPr>
            <w:r>
              <w:rPr>
                <w:sz w:val="21"/>
              </w:rPr>
              <w:t>Promicati mentalno zdravlje učenika i prevenirati probleme u ponašanju</w:t>
            </w:r>
          </w:p>
          <w:p w:rsidR="0033216C" w:rsidRDefault="0033216C">
            <w:pPr>
              <w:wordWrap w:val="0"/>
              <w:spacing w:after="20"/>
            </w:pPr>
            <w:r>
              <w:rPr>
                <w:sz w:val="21"/>
              </w:rPr>
              <w:t>Učenici će:</w:t>
            </w:r>
          </w:p>
          <w:p w:rsidR="0033216C" w:rsidRDefault="0033216C">
            <w:pPr>
              <w:wordWrap w:val="0"/>
              <w:spacing w:after="20"/>
            </w:pPr>
            <w:r>
              <w:rPr>
                <w:sz w:val="21"/>
              </w:rPr>
              <w:t>Osvijestiti utjecaj osjećaja na ponašanje</w:t>
            </w:r>
          </w:p>
          <w:p w:rsidR="00B23D1D" w:rsidRDefault="0033216C">
            <w:pPr>
              <w:wordWrap w:val="0"/>
              <w:spacing w:after="20"/>
              <w:rPr>
                <w:sz w:val="21"/>
              </w:rPr>
            </w:pPr>
            <w:r>
              <w:rPr>
                <w:sz w:val="21"/>
              </w:rPr>
              <w:t xml:space="preserve">Naučiti prepoznati i izraziti vlastite </w:t>
            </w:r>
          </w:p>
          <w:p w:rsidR="0033216C" w:rsidRDefault="0033216C">
            <w:pPr>
              <w:wordWrap w:val="0"/>
              <w:spacing w:after="20"/>
            </w:pPr>
            <w:r>
              <w:rPr>
                <w:sz w:val="21"/>
              </w:rPr>
              <w:t>osjećaje</w:t>
            </w:r>
          </w:p>
          <w:p w:rsidR="00B23D1D" w:rsidRDefault="0033216C">
            <w:pPr>
              <w:wordWrap w:val="0"/>
              <w:spacing w:after="20"/>
              <w:rPr>
                <w:sz w:val="21"/>
              </w:rPr>
            </w:pPr>
            <w:r>
              <w:rPr>
                <w:sz w:val="21"/>
              </w:rPr>
              <w:t>Razvijati empatiju i sposobnost prepo</w:t>
            </w:r>
            <w:r w:rsidR="00B23D1D">
              <w:rPr>
                <w:sz w:val="21"/>
              </w:rPr>
              <w:t>-</w:t>
            </w:r>
          </w:p>
          <w:p w:rsidR="0033216C" w:rsidRDefault="0033216C">
            <w:pPr>
              <w:wordWrap w:val="0"/>
              <w:spacing w:after="20"/>
            </w:pPr>
            <w:r>
              <w:rPr>
                <w:sz w:val="21"/>
              </w:rPr>
              <w:t>znavanja tuđih osjećaja</w:t>
            </w:r>
          </w:p>
          <w:p w:rsidR="0033216C" w:rsidRDefault="0033216C">
            <w:pPr>
              <w:wordWrap w:val="0"/>
              <w:spacing w:after="20"/>
            </w:pPr>
            <w:r>
              <w:rPr>
                <w:sz w:val="21"/>
              </w:rPr>
              <w:t>Naučiti se nositi s lošim osjećajima</w:t>
            </w:r>
          </w:p>
        </w:tc>
        <w:tc>
          <w:tcPr>
            <w:tcW w:w="1418"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Default="0033216C">
            <w:pPr>
              <w:wordWrap w:val="0"/>
              <w:spacing w:after="20"/>
            </w:pPr>
            <w:r>
              <w:rPr>
                <w:sz w:val="21"/>
              </w:rPr>
              <w:t>Razrednice</w:t>
            </w:r>
          </w:p>
          <w:p w:rsidR="0033216C" w:rsidRDefault="0033216C">
            <w:pPr>
              <w:wordWrap w:val="0"/>
              <w:spacing w:after="20"/>
            </w:pPr>
            <w:r>
              <w:rPr>
                <w:sz w:val="21"/>
              </w:rPr>
              <w:t>1. - 4. r.</w:t>
            </w:r>
          </w:p>
          <w:p w:rsidR="0033216C" w:rsidRDefault="0033216C">
            <w:pPr>
              <w:wordWrap w:val="0"/>
              <w:spacing w:after="20"/>
            </w:pPr>
            <w:r>
              <w:rPr>
                <w:sz w:val="21"/>
              </w:rPr>
              <w:t>Psihologinja</w:t>
            </w:r>
          </w:p>
        </w:tc>
        <w:tc>
          <w:tcPr>
            <w:tcW w:w="1529"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1906B9" w:rsidRDefault="0033216C">
            <w:pPr>
              <w:wordWrap w:val="0"/>
              <w:spacing w:after="20"/>
              <w:rPr>
                <w:sz w:val="21"/>
              </w:rPr>
            </w:pPr>
            <w:r>
              <w:rPr>
                <w:sz w:val="21"/>
              </w:rPr>
              <w:t xml:space="preserve">Radionice </w:t>
            </w:r>
          </w:p>
          <w:p w:rsidR="001906B9" w:rsidRDefault="0033216C">
            <w:pPr>
              <w:wordWrap w:val="0"/>
              <w:spacing w:after="20"/>
              <w:rPr>
                <w:sz w:val="21"/>
              </w:rPr>
            </w:pPr>
            <w:r>
              <w:rPr>
                <w:sz w:val="21"/>
              </w:rPr>
              <w:t xml:space="preserve">na satu </w:t>
            </w:r>
          </w:p>
          <w:p w:rsidR="0033216C" w:rsidRDefault="0033216C">
            <w:pPr>
              <w:wordWrap w:val="0"/>
              <w:spacing w:after="20"/>
            </w:pPr>
            <w:r>
              <w:rPr>
                <w:sz w:val="21"/>
              </w:rPr>
              <w:t>razrednika</w:t>
            </w:r>
          </w:p>
          <w:p w:rsidR="0033216C" w:rsidRDefault="001906B9">
            <w:pPr>
              <w:wordWrap w:val="0"/>
              <w:spacing w:after="20"/>
            </w:pPr>
            <w:r>
              <w:rPr>
                <w:sz w:val="21"/>
              </w:rPr>
              <w:t xml:space="preserve">1. - 4. </w:t>
            </w:r>
            <w:r w:rsidR="00B23D1D">
              <w:rPr>
                <w:sz w:val="21"/>
              </w:rPr>
              <w:t>raz</w:t>
            </w:r>
            <w:r>
              <w:rPr>
                <w:sz w:val="21"/>
              </w:rPr>
              <w:t>.</w:t>
            </w:r>
          </w:p>
        </w:tc>
        <w:tc>
          <w:tcPr>
            <w:tcW w:w="144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Default="0033216C">
            <w:pPr>
              <w:wordWrap w:val="0"/>
              <w:spacing w:after="20"/>
            </w:pPr>
            <w:r>
              <w:rPr>
                <w:sz w:val="21"/>
              </w:rPr>
              <w:t>listopad 2026</w:t>
            </w:r>
            <w:r w:rsidR="00B23D1D">
              <w:rPr>
                <w:sz w:val="21"/>
              </w:rPr>
              <w:t>. -</w:t>
            </w:r>
            <w:r>
              <w:rPr>
                <w:sz w:val="21"/>
              </w:rPr>
              <w:t xml:space="preserve"> veljača 2027.</w:t>
            </w:r>
          </w:p>
        </w:tc>
      </w:tr>
      <w:tr w:rsidR="0033216C" w:rsidTr="00B23D1D">
        <w:trPr>
          <w:cantSplit/>
          <w:jc w:val="center"/>
        </w:trPr>
        <w:tc>
          <w:tcPr>
            <w:tcW w:w="1644" w:type="dxa"/>
            <w:vMerge w:val="restart"/>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1906B9" w:rsidRDefault="0033216C">
            <w:pPr>
              <w:wordWrap w:val="0"/>
              <w:spacing w:after="20"/>
              <w:rPr>
                <w:sz w:val="21"/>
              </w:rPr>
            </w:pPr>
            <w:r>
              <w:rPr>
                <w:sz w:val="21"/>
              </w:rPr>
              <w:t xml:space="preserve">PREVENCIJA </w:t>
            </w:r>
          </w:p>
          <w:p w:rsidR="001906B9" w:rsidRDefault="0033216C">
            <w:pPr>
              <w:wordWrap w:val="0"/>
              <w:spacing w:after="20"/>
              <w:rPr>
                <w:sz w:val="21"/>
              </w:rPr>
            </w:pPr>
            <w:r>
              <w:rPr>
                <w:sz w:val="21"/>
              </w:rPr>
              <w:t>VRŠNJAČKOG</w:t>
            </w:r>
          </w:p>
          <w:p w:rsidR="001906B9" w:rsidRDefault="0033216C">
            <w:pPr>
              <w:wordWrap w:val="0"/>
              <w:spacing w:after="20"/>
              <w:rPr>
                <w:sz w:val="21"/>
              </w:rPr>
            </w:pPr>
            <w:r>
              <w:rPr>
                <w:sz w:val="21"/>
              </w:rPr>
              <w:t xml:space="preserve">NASILJA I  </w:t>
            </w:r>
          </w:p>
          <w:p w:rsidR="001906B9" w:rsidRDefault="0033216C">
            <w:pPr>
              <w:wordWrap w:val="0"/>
              <w:spacing w:after="20"/>
              <w:rPr>
                <w:sz w:val="21"/>
              </w:rPr>
            </w:pPr>
            <w:r>
              <w:rPr>
                <w:sz w:val="21"/>
              </w:rPr>
              <w:t xml:space="preserve">NASILJA MEĐU </w:t>
            </w:r>
          </w:p>
          <w:p w:rsidR="0033216C" w:rsidRDefault="0033216C">
            <w:pPr>
              <w:wordWrap w:val="0"/>
              <w:spacing w:after="20"/>
            </w:pPr>
            <w:r>
              <w:rPr>
                <w:sz w:val="21"/>
              </w:rPr>
              <w:t>DJECOM</w:t>
            </w:r>
          </w:p>
        </w:tc>
        <w:tc>
          <w:tcPr>
            <w:tcW w:w="3602" w:type="dxa"/>
            <w:vMerge w:val="restart"/>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B23D1D" w:rsidRDefault="0033216C">
            <w:pPr>
              <w:wordWrap w:val="0"/>
              <w:spacing w:after="20"/>
              <w:rPr>
                <w:sz w:val="21"/>
              </w:rPr>
            </w:pPr>
            <w:r>
              <w:rPr>
                <w:sz w:val="21"/>
              </w:rPr>
              <w:t>Spriječiti pojavu nasilničkog ponašanja među učenicima</w:t>
            </w:r>
          </w:p>
          <w:p w:rsidR="00B23D1D" w:rsidRDefault="0033216C">
            <w:pPr>
              <w:wordWrap w:val="0"/>
              <w:spacing w:after="20"/>
              <w:rPr>
                <w:sz w:val="21"/>
              </w:rPr>
            </w:pPr>
            <w:r>
              <w:rPr>
                <w:sz w:val="21"/>
              </w:rPr>
              <w:t xml:space="preserve">Stvarati brižnu i suosjećajnu razrednu i </w:t>
            </w:r>
          </w:p>
          <w:p w:rsidR="0033216C" w:rsidRPr="00B23D1D" w:rsidRDefault="0033216C">
            <w:pPr>
              <w:wordWrap w:val="0"/>
              <w:spacing w:after="20"/>
              <w:rPr>
                <w:sz w:val="21"/>
              </w:rPr>
            </w:pPr>
            <w:r>
              <w:rPr>
                <w:sz w:val="21"/>
              </w:rPr>
              <w:t>školsku sredinu</w:t>
            </w:r>
          </w:p>
          <w:p w:rsidR="0033216C" w:rsidRPr="00B23D1D" w:rsidRDefault="0033216C">
            <w:pPr>
              <w:wordWrap w:val="0"/>
              <w:spacing w:after="20"/>
              <w:rPr>
                <w:sz w:val="21"/>
              </w:rPr>
            </w:pPr>
            <w:r>
              <w:rPr>
                <w:sz w:val="21"/>
              </w:rPr>
              <w:t>Razvijati suradnju i nenasilnu komunika</w:t>
            </w:r>
            <w:r w:rsidR="00B23D1D">
              <w:rPr>
                <w:sz w:val="21"/>
              </w:rPr>
              <w:t>-</w:t>
            </w:r>
            <w:r>
              <w:rPr>
                <w:sz w:val="21"/>
              </w:rPr>
              <w:t>ciju u razrednom odjelu i školi</w:t>
            </w:r>
          </w:p>
        </w:tc>
        <w:tc>
          <w:tcPr>
            <w:tcW w:w="1418"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Default="0033216C">
            <w:pPr>
              <w:wordWrap w:val="0"/>
              <w:spacing w:after="20"/>
            </w:pPr>
            <w:r>
              <w:rPr>
                <w:sz w:val="21"/>
              </w:rPr>
              <w:t>Razrednici</w:t>
            </w:r>
          </w:p>
          <w:p w:rsidR="0033216C" w:rsidRDefault="0033216C">
            <w:pPr>
              <w:wordWrap w:val="0"/>
              <w:spacing w:after="20"/>
            </w:pPr>
            <w:r>
              <w:rPr>
                <w:sz w:val="21"/>
              </w:rPr>
              <w:t>2.- 8. r.</w:t>
            </w:r>
          </w:p>
          <w:p w:rsidR="0033216C" w:rsidRDefault="0033216C">
            <w:pPr>
              <w:wordWrap w:val="0"/>
              <w:spacing w:after="20"/>
            </w:pPr>
            <w:r>
              <w:rPr>
                <w:sz w:val="21"/>
              </w:rPr>
              <w:t>Pedagoginja</w:t>
            </w:r>
          </w:p>
          <w:p w:rsidR="0033216C" w:rsidRDefault="0033216C">
            <w:pPr>
              <w:wordWrap w:val="0"/>
              <w:spacing w:after="20"/>
            </w:pPr>
            <w:r>
              <w:rPr>
                <w:sz w:val="21"/>
              </w:rPr>
              <w:t>Psihologinja</w:t>
            </w:r>
          </w:p>
        </w:tc>
        <w:tc>
          <w:tcPr>
            <w:tcW w:w="1529"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B23D1D" w:rsidRDefault="0033216C">
            <w:pPr>
              <w:wordWrap w:val="0"/>
              <w:spacing w:after="20"/>
              <w:rPr>
                <w:sz w:val="21"/>
              </w:rPr>
            </w:pPr>
            <w:r>
              <w:rPr>
                <w:sz w:val="21"/>
              </w:rPr>
              <w:t xml:space="preserve">Rad s grupom </w:t>
            </w:r>
          </w:p>
          <w:p w:rsidR="00B23D1D" w:rsidRDefault="0033216C">
            <w:pPr>
              <w:wordWrap w:val="0"/>
              <w:spacing w:after="20"/>
              <w:rPr>
                <w:sz w:val="21"/>
              </w:rPr>
            </w:pPr>
            <w:r>
              <w:rPr>
                <w:sz w:val="21"/>
              </w:rPr>
              <w:t xml:space="preserve">učenika i </w:t>
            </w:r>
          </w:p>
          <w:p w:rsidR="00B23D1D" w:rsidRDefault="0033216C">
            <w:pPr>
              <w:wordWrap w:val="0"/>
              <w:spacing w:after="20"/>
              <w:rPr>
                <w:sz w:val="21"/>
              </w:rPr>
            </w:pPr>
            <w:r>
              <w:rPr>
                <w:sz w:val="21"/>
              </w:rPr>
              <w:t xml:space="preserve">radionice na </w:t>
            </w:r>
          </w:p>
          <w:p w:rsidR="0033216C" w:rsidRPr="00B23D1D" w:rsidRDefault="0033216C">
            <w:pPr>
              <w:wordWrap w:val="0"/>
              <w:spacing w:after="20"/>
              <w:rPr>
                <w:sz w:val="21"/>
              </w:rPr>
            </w:pPr>
            <w:r>
              <w:rPr>
                <w:sz w:val="21"/>
              </w:rPr>
              <w:t>satu razrednika</w:t>
            </w:r>
          </w:p>
        </w:tc>
        <w:tc>
          <w:tcPr>
            <w:tcW w:w="144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Default="00B23D1D">
            <w:pPr>
              <w:wordWrap w:val="0"/>
              <w:spacing w:after="20"/>
            </w:pPr>
            <w:r>
              <w:rPr>
                <w:sz w:val="21"/>
              </w:rPr>
              <w:t>Listopad 2026.-</w:t>
            </w:r>
            <w:r w:rsidR="0033216C">
              <w:rPr>
                <w:sz w:val="21"/>
              </w:rPr>
              <w:t xml:space="preserve"> travanj 2027.</w:t>
            </w:r>
          </w:p>
        </w:tc>
      </w:tr>
      <w:tr w:rsidR="0033216C" w:rsidTr="00B23D1D">
        <w:trPr>
          <w:cantSplit/>
          <w:jc w:val="center"/>
        </w:trPr>
        <w:tc>
          <w:tcPr>
            <w:tcW w:w="1644" w:type="dxa"/>
            <w:vMerge/>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Default="0033216C">
            <w:pPr>
              <w:wordWrap w:val="0"/>
              <w:spacing w:after="20"/>
            </w:pPr>
          </w:p>
        </w:tc>
        <w:tc>
          <w:tcPr>
            <w:tcW w:w="3602" w:type="dxa"/>
            <w:vMerge/>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33216C" w:rsidRDefault="0033216C">
            <w:pPr>
              <w:wordWrap w:val="0"/>
              <w:spacing w:after="20"/>
            </w:pPr>
          </w:p>
        </w:tc>
        <w:tc>
          <w:tcPr>
            <w:tcW w:w="1418"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B23D1D" w:rsidRDefault="00B23D1D">
            <w:pPr>
              <w:wordWrap w:val="0"/>
              <w:spacing w:after="20"/>
              <w:rPr>
                <w:sz w:val="21"/>
              </w:rPr>
            </w:pPr>
            <w:r>
              <w:rPr>
                <w:sz w:val="21"/>
              </w:rPr>
              <w:t xml:space="preserve">Policijski </w:t>
            </w:r>
          </w:p>
          <w:p w:rsidR="00B23D1D" w:rsidRDefault="00B23D1D">
            <w:pPr>
              <w:wordWrap w:val="0"/>
              <w:spacing w:after="20"/>
              <w:rPr>
                <w:sz w:val="21"/>
              </w:rPr>
            </w:pPr>
            <w:r>
              <w:rPr>
                <w:sz w:val="21"/>
              </w:rPr>
              <w:t>službenik za</w:t>
            </w:r>
          </w:p>
          <w:p w:rsidR="00B23D1D" w:rsidRDefault="0033216C">
            <w:pPr>
              <w:wordWrap w:val="0"/>
              <w:spacing w:after="20"/>
              <w:rPr>
                <w:sz w:val="21"/>
              </w:rPr>
            </w:pPr>
            <w:r>
              <w:rPr>
                <w:sz w:val="21"/>
              </w:rPr>
              <w:t xml:space="preserve">prevenciju iz </w:t>
            </w:r>
          </w:p>
          <w:p w:rsidR="0033216C" w:rsidRDefault="0033216C">
            <w:pPr>
              <w:wordWrap w:val="0"/>
              <w:spacing w:after="20"/>
            </w:pPr>
            <w:r>
              <w:rPr>
                <w:sz w:val="21"/>
              </w:rPr>
              <w:t>PUVŽ</w:t>
            </w:r>
          </w:p>
        </w:tc>
        <w:tc>
          <w:tcPr>
            <w:tcW w:w="1529"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B23D1D" w:rsidRDefault="0033216C">
            <w:pPr>
              <w:wordWrap w:val="0"/>
              <w:spacing w:after="20"/>
              <w:rPr>
                <w:sz w:val="21"/>
              </w:rPr>
            </w:pPr>
            <w:r>
              <w:rPr>
                <w:sz w:val="21"/>
              </w:rPr>
              <w:t xml:space="preserve">Radionica </w:t>
            </w:r>
          </w:p>
          <w:p w:rsidR="00B23D1D" w:rsidRDefault="0033216C">
            <w:pPr>
              <w:wordWrap w:val="0"/>
              <w:spacing w:after="20"/>
              <w:rPr>
                <w:sz w:val="21"/>
              </w:rPr>
            </w:pPr>
            <w:r>
              <w:rPr>
                <w:sz w:val="21"/>
              </w:rPr>
              <w:t xml:space="preserve">Međuvršnjačko nasilje za </w:t>
            </w:r>
          </w:p>
          <w:p w:rsidR="0033216C" w:rsidRDefault="0033216C">
            <w:pPr>
              <w:wordWrap w:val="0"/>
              <w:spacing w:after="20"/>
            </w:pPr>
            <w:r>
              <w:rPr>
                <w:sz w:val="21"/>
              </w:rPr>
              <w:t>učenike 7. i 8. r.</w:t>
            </w:r>
          </w:p>
        </w:tc>
        <w:tc>
          <w:tcPr>
            <w:tcW w:w="144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B23D1D" w:rsidRDefault="00B23D1D">
            <w:pPr>
              <w:wordWrap w:val="0"/>
              <w:spacing w:after="20"/>
              <w:rPr>
                <w:sz w:val="21"/>
              </w:rPr>
            </w:pPr>
            <w:r>
              <w:rPr>
                <w:sz w:val="21"/>
              </w:rPr>
              <w:t>Studeni -</w:t>
            </w:r>
          </w:p>
          <w:p w:rsidR="0033216C" w:rsidRDefault="0033216C">
            <w:pPr>
              <w:wordWrap w:val="0"/>
              <w:spacing w:after="20"/>
            </w:pPr>
            <w:r>
              <w:rPr>
                <w:sz w:val="21"/>
              </w:rPr>
              <w:t>prosinac 2026.</w:t>
            </w:r>
          </w:p>
        </w:tc>
      </w:tr>
      <w:tr w:rsidR="0033216C" w:rsidTr="00B23D1D">
        <w:trPr>
          <w:cantSplit/>
          <w:jc w:val="center"/>
        </w:trPr>
        <w:tc>
          <w:tcPr>
            <w:tcW w:w="164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B23D1D" w:rsidRDefault="0033216C">
            <w:pPr>
              <w:wordWrap w:val="0"/>
              <w:spacing w:after="20"/>
              <w:rPr>
                <w:sz w:val="21"/>
              </w:rPr>
            </w:pPr>
            <w:r>
              <w:rPr>
                <w:sz w:val="21"/>
              </w:rPr>
              <w:lastRenderedPageBreak/>
              <w:t xml:space="preserve">SOCIJALNE </w:t>
            </w:r>
          </w:p>
          <w:p w:rsidR="0033216C" w:rsidRDefault="0033216C">
            <w:pPr>
              <w:wordWrap w:val="0"/>
              <w:spacing w:after="20"/>
            </w:pPr>
            <w:r>
              <w:rPr>
                <w:sz w:val="21"/>
              </w:rPr>
              <w:t>VJEŠTINE</w:t>
            </w:r>
          </w:p>
        </w:tc>
        <w:tc>
          <w:tcPr>
            <w:tcW w:w="360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B23D1D" w:rsidRDefault="0033216C">
            <w:pPr>
              <w:wordWrap w:val="0"/>
              <w:spacing w:after="20"/>
              <w:rPr>
                <w:sz w:val="21"/>
              </w:rPr>
            </w:pPr>
            <w:r>
              <w:rPr>
                <w:sz w:val="21"/>
              </w:rPr>
              <w:t xml:space="preserve">Razvijati/unaprijediti socijalne vještine </w:t>
            </w:r>
          </w:p>
          <w:p w:rsidR="0033216C" w:rsidRPr="00B23D1D" w:rsidRDefault="0033216C">
            <w:pPr>
              <w:wordWrap w:val="0"/>
              <w:spacing w:after="20"/>
              <w:rPr>
                <w:sz w:val="21"/>
              </w:rPr>
            </w:pPr>
            <w:r>
              <w:rPr>
                <w:sz w:val="21"/>
              </w:rPr>
              <w:t>učenika</w:t>
            </w:r>
          </w:p>
          <w:p w:rsidR="00B23D1D" w:rsidRDefault="0033216C">
            <w:pPr>
              <w:wordWrap w:val="0"/>
              <w:spacing w:after="20"/>
              <w:rPr>
                <w:sz w:val="21"/>
              </w:rPr>
            </w:pPr>
            <w:r>
              <w:rPr>
                <w:sz w:val="21"/>
              </w:rPr>
              <w:t>Razvi</w:t>
            </w:r>
            <w:r w:rsidR="00B23D1D">
              <w:rPr>
                <w:sz w:val="21"/>
              </w:rPr>
              <w:t xml:space="preserve">jati kod učenika samokontrolu i </w:t>
            </w:r>
          </w:p>
          <w:p w:rsidR="0033216C" w:rsidRPr="00B23D1D" w:rsidRDefault="0033216C">
            <w:pPr>
              <w:wordWrap w:val="0"/>
              <w:spacing w:after="20"/>
              <w:rPr>
                <w:sz w:val="21"/>
              </w:rPr>
            </w:pPr>
            <w:r>
              <w:rPr>
                <w:sz w:val="21"/>
              </w:rPr>
              <w:t>osjećaj odgovornosti za vlastito ponaša</w:t>
            </w:r>
            <w:r w:rsidR="00B23D1D">
              <w:rPr>
                <w:sz w:val="21"/>
              </w:rPr>
              <w:t>-</w:t>
            </w:r>
            <w:r>
              <w:rPr>
                <w:sz w:val="21"/>
              </w:rPr>
              <w:t>nje</w:t>
            </w:r>
          </w:p>
          <w:p w:rsidR="00B23D1D" w:rsidRDefault="0033216C">
            <w:pPr>
              <w:wordWrap w:val="0"/>
              <w:spacing w:after="20"/>
              <w:rPr>
                <w:sz w:val="21"/>
              </w:rPr>
            </w:pPr>
            <w:r>
              <w:rPr>
                <w:sz w:val="21"/>
              </w:rPr>
              <w:t>Osnažiti učenike za rješavanje</w:t>
            </w:r>
          </w:p>
          <w:p w:rsidR="0033216C" w:rsidRDefault="0033216C">
            <w:pPr>
              <w:wordWrap w:val="0"/>
              <w:spacing w:after="20"/>
            </w:pPr>
            <w:r>
              <w:rPr>
                <w:sz w:val="21"/>
              </w:rPr>
              <w:t>problema u međuljudskim odnosima</w:t>
            </w:r>
          </w:p>
          <w:p w:rsidR="0033216C" w:rsidRDefault="0033216C">
            <w:pPr>
              <w:wordWrap w:val="0"/>
              <w:spacing w:after="20"/>
            </w:pPr>
            <w:r>
              <w:rPr>
                <w:sz w:val="21"/>
              </w:rPr>
              <w:t>Spriječiti pojavu nasilničkog ponašanja među učenicima</w:t>
            </w:r>
          </w:p>
        </w:tc>
        <w:tc>
          <w:tcPr>
            <w:tcW w:w="1418"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Default="0033216C">
            <w:pPr>
              <w:wordWrap w:val="0"/>
              <w:spacing w:after="20"/>
            </w:pPr>
            <w:r>
              <w:rPr>
                <w:sz w:val="21"/>
              </w:rPr>
              <w:t>Razrednici</w:t>
            </w:r>
          </w:p>
          <w:p w:rsidR="0033216C" w:rsidRDefault="0033216C">
            <w:pPr>
              <w:wordWrap w:val="0"/>
              <w:spacing w:after="20"/>
            </w:pPr>
            <w:r>
              <w:rPr>
                <w:sz w:val="21"/>
              </w:rPr>
              <w:t>5. – 8. r.</w:t>
            </w:r>
          </w:p>
          <w:p w:rsidR="0033216C" w:rsidRDefault="0033216C">
            <w:pPr>
              <w:wordWrap w:val="0"/>
              <w:spacing w:after="20"/>
            </w:pPr>
            <w:r>
              <w:rPr>
                <w:sz w:val="21"/>
              </w:rPr>
              <w:t>Pedagoginja</w:t>
            </w:r>
          </w:p>
        </w:tc>
        <w:tc>
          <w:tcPr>
            <w:tcW w:w="1529"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B23D1D" w:rsidRDefault="0033216C">
            <w:pPr>
              <w:wordWrap w:val="0"/>
              <w:spacing w:after="20"/>
              <w:rPr>
                <w:sz w:val="21"/>
              </w:rPr>
            </w:pPr>
            <w:r>
              <w:rPr>
                <w:sz w:val="21"/>
              </w:rPr>
              <w:t xml:space="preserve">Rad s grupom </w:t>
            </w:r>
          </w:p>
          <w:p w:rsidR="0033216C" w:rsidRDefault="0033216C">
            <w:pPr>
              <w:wordWrap w:val="0"/>
              <w:spacing w:after="20"/>
            </w:pPr>
            <w:r>
              <w:rPr>
                <w:sz w:val="21"/>
              </w:rPr>
              <w:t>učenika i</w:t>
            </w:r>
          </w:p>
          <w:p w:rsidR="0033216C" w:rsidRDefault="0033216C">
            <w:pPr>
              <w:wordWrap w:val="0"/>
              <w:spacing w:after="20"/>
            </w:pPr>
            <w:r>
              <w:rPr>
                <w:sz w:val="21"/>
              </w:rPr>
              <w:t>radionice na SR 5. - 8. r.</w:t>
            </w:r>
          </w:p>
        </w:tc>
        <w:tc>
          <w:tcPr>
            <w:tcW w:w="144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Default="0033216C">
            <w:pPr>
              <w:wordWrap w:val="0"/>
              <w:spacing w:after="20"/>
            </w:pPr>
            <w:r>
              <w:rPr>
                <w:sz w:val="21"/>
              </w:rPr>
              <w:t>studeni 2026. – lipanj 2027.</w:t>
            </w:r>
          </w:p>
        </w:tc>
      </w:tr>
      <w:tr w:rsidR="0033216C" w:rsidTr="00B23D1D">
        <w:trPr>
          <w:cantSplit/>
          <w:jc w:val="center"/>
        </w:trPr>
        <w:tc>
          <w:tcPr>
            <w:tcW w:w="164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B23D1D" w:rsidRDefault="0033216C">
            <w:pPr>
              <w:wordWrap w:val="0"/>
              <w:spacing w:after="20"/>
              <w:rPr>
                <w:sz w:val="21"/>
              </w:rPr>
            </w:pPr>
            <w:r>
              <w:rPr>
                <w:sz w:val="21"/>
              </w:rPr>
              <w:t xml:space="preserve">PREVENCIJA </w:t>
            </w:r>
          </w:p>
          <w:p w:rsidR="00B23D1D" w:rsidRDefault="0033216C">
            <w:pPr>
              <w:wordWrap w:val="0"/>
              <w:spacing w:after="20"/>
              <w:rPr>
                <w:sz w:val="21"/>
              </w:rPr>
            </w:pPr>
            <w:r>
              <w:rPr>
                <w:sz w:val="21"/>
              </w:rPr>
              <w:t xml:space="preserve">NASILJA NA </w:t>
            </w:r>
          </w:p>
          <w:p w:rsidR="0033216C" w:rsidRDefault="0033216C">
            <w:pPr>
              <w:wordWrap w:val="0"/>
              <w:spacing w:after="20"/>
            </w:pPr>
            <w:r>
              <w:rPr>
                <w:sz w:val="21"/>
              </w:rPr>
              <w:t>INTERNETU</w:t>
            </w:r>
          </w:p>
        </w:tc>
        <w:tc>
          <w:tcPr>
            <w:tcW w:w="360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Default="0033216C">
            <w:pPr>
              <w:wordWrap w:val="0"/>
              <w:spacing w:after="20"/>
            </w:pPr>
            <w:r>
              <w:rPr>
                <w:sz w:val="21"/>
              </w:rPr>
              <w:t>Educirat</w:t>
            </w:r>
            <w:r w:rsidR="00B23D1D">
              <w:rPr>
                <w:sz w:val="21"/>
              </w:rPr>
              <w:t>i učenike o odgovornoj upotrebi</w:t>
            </w:r>
            <w:r>
              <w:rPr>
                <w:sz w:val="21"/>
              </w:rPr>
              <w:t>tehnologije</w:t>
            </w:r>
          </w:p>
          <w:p w:rsidR="00B23D1D" w:rsidRDefault="0033216C">
            <w:pPr>
              <w:wordWrap w:val="0"/>
              <w:spacing w:after="20"/>
              <w:rPr>
                <w:sz w:val="21"/>
              </w:rPr>
            </w:pPr>
            <w:r>
              <w:rPr>
                <w:sz w:val="21"/>
              </w:rPr>
              <w:t xml:space="preserve">Poticati učenike da računalo koriste za </w:t>
            </w:r>
          </w:p>
          <w:p w:rsidR="0033216C" w:rsidRDefault="0033216C">
            <w:pPr>
              <w:wordWrap w:val="0"/>
              <w:spacing w:after="20"/>
            </w:pPr>
            <w:r>
              <w:rPr>
                <w:sz w:val="21"/>
              </w:rPr>
              <w:t>učenje i zabavu.</w:t>
            </w:r>
          </w:p>
          <w:p w:rsidR="00B23D1D" w:rsidRDefault="0033216C">
            <w:pPr>
              <w:wordWrap w:val="0"/>
              <w:spacing w:after="20"/>
              <w:rPr>
                <w:sz w:val="21"/>
              </w:rPr>
            </w:pPr>
            <w:r>
              <w:rPr>
                <w:sz w:val="21"/>
              </w:rPr>
              <w:t>Ukazati na negativne posljedice vršnja</w:t>
            </w:r>
            <w:r w:rsidR="00B23D1D">
              <w:rPr>
                <w:sz w:val="21"/>
              </w:rPr>
              <w:t>-</w:t>
            </w:r>
          </w:p>
          <w:p w:rsidR="0033216C" w:rsidRDefault="0033216C">
            <w:pPr>
              <w:wordWrap w:val="0"/>
              <w:spacing w:after="20"/>
            </w:pPr>
            <w:r>
              <w:rPr>
                <w:sz w:val="21"/>
              </w:rPr>
              <w:t>čkog nasilja putem interneta.</w:t>
            </w:r>
          </w:p>
          <w:p w:rsidR="00B23D1D" w:rsidRDefault="0033216C">
            <w:pPr>
              <w:wordWrap w:val="0"/>
              <w:spacing w:after="20"/>
              <w:rPr>
                <w:sz w:val="21"/>
              </w:rPr>
            </w:pPr>
            <w:r>
              <w:rPr>
                <w:sz w:val="21"/>
              </w:rPr>
              <w:t xml:space="preserve">Razvijati svijest o korištenju interneta </w:t>
            </w:r>
          </w:p>
          <w:p w:rsidR="0033216C" w:rsidRDefault="0033216C">
            <w:pPr>
              <w:wordWrap w:val="0"/>
              <w:spacing w:after="20"/>
            </w:pPr>
            <w:r>
              <w:rPr>
                <w:sz w:val="21"/>
              </w:rPr>
              <w:t>na siguran i odgovoran način.</w:t>
            </w:r>
          </w:p>
        </w:tc>
        <w:tc>
          <w:tcPr>
            <w:tcW w:w="1418"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Default="0033216C">
            <w:pPr>
              <w:wordWrap w:val="0"/>
              <w:spacing w:after="20"/>
            </w:pPr>
            <w:r>
              <w:rPr>
                <w:sz w:val="21"/>
              </w:rPr>
              <w:t>Razrednici</w:t>
            </w:r>
          </w:p>
          <w:p w:rsidR="00B23D1D" w:rsidRDefault="0033216C">
            <w:pPr>
              <w:wordWrap w:val="0"/>
              <w:spacing w:after="20"/>
              <w:rPr>
                <w:sz w:val="21"/>
              </w:rPr>
            </w:pPr>
            <w:r>
              <w:rPr>
                <w:sz w:val="21"/>
              </w:rPr>
              <w:t>Učiteljice</w:t>
            </w:r>
          </w:p>
          <w:p w:rsidR="0033216C" w:rsidRDefault="0033216C">
            <w:pPr>
              <w:wordWrap w:val="0"/>
              <w:spacing w:after="20"/>
            </w:pPr>
            <w:r>
              <w:rPr>
                <w:sz w:val="21"/>
              </w:rPr>
              <w:t>informatike</w:t>
            </w:r>
          </w:p>
          <w:p w:rsidR="0033216C" w:rsidRDefault="0033216C">
            <w:pPr>
              <w:wordWrap w:val="0"/>
              <w:spacing w:after="20"/>
            </w:pPr>
            <w:r>
              <w:rPr>
                <w:sz w:val="21"/>
              </w:rPr>
              <w:t>Pedagoginja</w:t>
            </w:r>
          </w:p>
          <w:p w:rsidR="0033216C" w:rsidRDefault="0033216C">
            <w:pPr>
              <w:wordWrap w:val="0"/>
              <w:spacing w:after="20"/>
            </w:pPr>
            <w:r>
              <w:rPr>
                <w:sz w:val="21"/>
              </w:rPr>
              <w:t>Psihologinja</w:t>
            </w:r>
          </w:p>
        </w:tc>
        <w:tc>
          <w:tcPr>
            <w:tcW w:w="1529"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B23D1D" w:rsidRDefault="0033216C">
            <w:pPr>
              <w:wordWrap w:val="0"/>
              <w:spacing w:after="20"/>
              <w:rPr>
                <w:sz w:val="21"/>
              </w:rPr>
            </w:pPr>
            <w:r>
              <w:rPr>
                <w:sz w:val="21"/>
              </w:rPr>
              <w:t xml:space="preserve">Predavanje i </w:t>
            </w:r>
          </w:p>
          <w:p w:rsidR="00B23D1D" w:rsidRDefault="0033216C">
            <w:pPr>
              <w:wordWrap w:val="0"/>
              <w:spacing w:after="20"/>
              <w:rPr>
                <w:sz w:val="21"/>
              </w:rPr>
            </w:pPr>
            <w:r>
              <w:rPr>
                <w:sz w:val="21"/>
              </w:rPr>
              <w:t xml:space="preserve">radionice na </w:t>
            </w:r>
          </w:p>
          <w:p w:rsidR="0033216C" w:rsidRDefault="0033216C">
            <w:pPr>
              <w:wordWrap w:val="0"/>
              <w:spacing w:after="20"/>
            </w:pPr>
            <w:r>
              <w:rPr>
                <w:sz w:val="21"/>
              </w:rPr>
              <w:t>satu razrednika</w:t>
            </w:r>
          </w:p>
          <w:p w:rsidR="0033216C" w:rsidRDefault="0033216C">
            <w:pPr>
              <w:wordWrap w:val="0"/>
              <w:spacing w:after="20"/>
            </w:pPr>
            <w:r>
              <w:rPr>
                <w:sz w:val="21"/>
              </w:rPr>
              <w:t>1.-8.</w:t>
            </w:r>
            <w:r w:rsidR="00B23D1D">
              <w:rPr>
                <w:sz w:val="21"/>
              </w:rPr>
              <w:t xml:space="preserve"> R.</w:t>
            </w:r>
          </w:p>
        </w:tc>
        <w:tc>
          <w:tcPr>
            <w:tcW w:w="144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Default="0033216C">
            <w:pPr>
              <w:wordWrap w:val="0"/>
              <w:spacing w:after="20"/>
            </w:pPr>
            <w:r>
              <w:rPr>
                <w:sz w:val="21"/>
              </w:rPr>
              <w:t>Veljača 2027.</w:t>
            </w:r>
          </w:p>
        </w:tc>
      </w:tr>
      <w:tr w:rsidR="0033216C" w:rsidTr="00B23D1D">
        <w:trPr>
          <w:cantSplit/>
          <w:jc w:val="center"/>
        </w:trPr>
        <w:tc>
          <w:tcPr>
            <w:tcW w:w="1644"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B23D1D" w:rsidRDefault="0033216C">
            <w:pPr>
              <w:wordWrap w:val="0"/>
              <w:spacing w:after="20"/>
              <w:rPr>
                <w:sz w:val="21"/>
              </w:rPr>
            </w:pPr>
            <w:r>
              <w:rPr>
                <w:sz w:val="21"/>
              </w:rPr>
              <w:t xml:space="preserve">PREVENCIJA </w:t>
            </w:r>
          </w:p>
          <w:p w:rsidR="00B23D1D" w:rsidRDefault="0033216C">
            <w:pPr>
              <w:wordWrap w:val="0"/>
              <w:spacing w:after="20"/>
              <w:rPr>
                <w:sz w:val="21"/>
              </w:rPr>
            </w:pPr>
            <w:r>
              <w:rPr>
                <w:sz w:val="21"/>
              </w:rPr>
              <w:t xml:space="preserve">ŠKOLSKOG </w:t>
            </w:r>
          </w:p>
          <w:p w:rsidR="0033216C" w:rsidRDefault="0033216C">
            <w:pPr>
              <w:wordWrap w:val="0"/>
              <w:spacing w:after="20"/>
            </w:pPr>
            <w:r>
              <w:rPr>
                <w:sz w:val="21"/>
              </w:rPr>
              <w:t>NEUSPJEHA</w:t>
            </w:r>
          </w:p>
        </w:tc>
        <w:tc>
          <w:tcPr>
            <w:tcW w:w="3602"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hideMark/>
          </w:tcPr>
          <w:p w:rsidR="00B23D1D" w:rsidRDefault="0033216C">
            <w:pPr>
              <w:wordWrap w:val="0"/>
              <w:spacing w:after="20"/>
              <w:rPr>
                <w:sz w:val="21"/>
              </w:rPr>
            </w:pPr>
            <w:r>
              <w:rPr>
                <w:sz w:val="21"/>
              </w:rPr>
              <w:t xml:space="preserve">Jačanje samopouzdanja, steći uvid u </w:t>
            </w:r>
          </w:p>
          <w:p w:rsidR="00B23D1D" w:rsidRDefault="0033216C">
            <w:pPr>
              <w:wordWrap w:val="0"/>
              <w:spacing w:after="20"/>
              <w:rPr>
                <w:sz w:val="21"/>
              </w:rPr>
            </w:pPr>
            <w:r>
              <w:rPr>
                <w:sz w:val="21"/>
              </w:rPr>
              <w:t xml:space="preserve">vlastite kvalitete, ojačati povezanost </w:t>
            </w:r>
          </w:p>
          <w:p w:rsidR="00B23D1D" w:rsidRDefault="0033216C">
            <w:pPr>
              <w:wordWrap w:val="0"/>
              <w:spacing w:after="20"/>
              <w:rPr>
                <w:sz w:val="21"/>
              </w:rPr>
            </w:pPr>
            <w:r>
              <w:rPr>
                <w:sz w:val="21"/>
              </w:rPr>
              <w:t xml:space="preserve">učenika u razredu, naučiti strategije </w:t>
            </w:r>
          </w:p>
          <w:p w:rsidR="0033216C" w:rsidRDefault="0033216C">
            <w:pPr>
              <w:wordWrap w:val="0"/>
              <w:spacing w:after="20"/>
            </w:pPr>
            <w:r>
              <w:rPr>
                <w:sz w:val="21"/>
              </w:rPr>
              <w:t>učenja.</w:t>
            </w:r>
          </w:p>
          <w:p w:rsidR="0033216C" w:rsidRDefault="0033216C">
            <w:pPr>
              <w:wordWrap w:val="0"/>
              <w:spacing w:after="20"/>
            </w:pPr>
            <w:r>
              <w:rPr>
                <w:sz w:val="21"/>
              </w:rPr>
              <w:t xml:space="preserve">Razvijati kompetenciju „učiti kako </w:t>
            </w:r>
            <w:proofErr w:type="gramStart"/>
            <w:r>
              <w:rPr>
                <w:sz w:val="21"/>
              </w:rPr>
              <w:t>učiti“</w:t>
            </w:r>
            <w:proofErr w:type="gramEnd"/>
          </w:p>
        </w:tc>
        <w:tc>
          <w:tcPr>
            <w:tcW w:w="1418"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Default="0033216C">
            <w:pPr>
              <w:wordWrap w:val="0"/>
              <w:spacing w:after="20"/>
            </w:pPr>
            <w:r>
              <w:rPr>
                <w:sz w:val="21"/>
              </w:rPr>
              <w:t>psihologinja</w:t>
            </w:r>
          </w:p>
        </w:tc>
        <w:tc>
          <w:tcPr>
            <w:tcW w:w="1529"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Default="0033216C">
            <w:pPr>
              <w:wordWrap w:val="0"/>
              <w:spacing w:after="20"/>
            </w:pPr>
            <w:r>
              <w:rPr>
                <w:sz w:val="21"/>
              </w:rPr>
              <w:t>5. r.</w:t>
            </w:r>
          </w:p>
        </w:tc>
        <w:tc>
          <w:tcPr>
            <w:tcW w:w="144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Default="0033216C">
            <w:pPr>
              <w:wordWrap w:val="0"/>
              <w:spacing w:after="20"/>
            </w:pPr>
            <w:r>
              <w:rPr>
                <w:sz w:val="21"/>
              </w:rPr>
              <w:t>listopad 2026.</w:t>
            </w:r>
          </w:p>
        </w:tc>
      </w:tr>
    </w:tbl>
    <w:p w:rsidR="00CD5307" w:rsidRDefault="0033216C">
      <w:pPr>
        <w:pStyle w:val="Naslov1"/>
      </w:pPr>
      <w:r>
        <w:t>Učenička zadruga „</w:t>
      </w:r>
      <w:proofErr w:type="gramStart"/>
      <w:r>
        <w:t>Pinklec“</w:t>
      </w:r>
      <w:proofErr w:type="gramEnd"/>
    </w:p>
    <w:p w:rsidR="00CD5307" w:rsidRDefault="0033216C">
      <w:r>
        <w:t>Učenička zadruga „</w:t>
      </w:r>
      <w:proofErr w:type="gramStart"/>
      <w:r>
        <w:t>Pinklec“ djeluje</w:t>
      </w:r>
      <w:proofErr w:type="gramEnd"/>
      <w:r>
        <w:t xml:space="preserve"> u školi od 2017. godine. Sastavljena je od postojećih grupa izvannastavnih aktivnosti koje imaju proizvodni karakter ili grupa koje prate aktivnosti grupa koje proizvode.</w:t>
      </w:r>
    </w:p>
    <w:p w:rsidR="00CD5307" w:rsidRDefault="0033216C">
      <w:r>
        <w:t>Rad učeničke zadruge uređen je Pravilima učeničke zadruge.</w:t>
      </w:r>
    </w:p>
    <w:p w:rsidR="00CD5307" w:rsidRDefault="0033216C">
      <w:r>
        <w:t>Cilj je učeničke zadruge inicijalno obrazovanje za poduzetništvo kroz uočavanje povezanosti između rada, proizvoda i uporabne te tržišne vrijednosti proizvoda proizlazi iz potrebe da se učenicima pruži mogućnost usvajanja, unaprjeđenja i/ili proširenja znanja, vještina, stavova i vrijednosti (Strategija znanosti, obrazovanja i tehnologije; Hrvatski sabor 2014.)</w:t>
      </w:r>
    </w:p>
    <w:p w:rsidR="00CD5307" w:rsidRDefault="0033216C">
      <w:r>
        <w:t>Nositelji rada učeničke zadruge su voditelji grupa izvannastavnih aktivnosti i voditleljica Učeničke zadruge „</w:t>
      </w:r>
      <w:proofErr w:type="gramStart"/>
      <w:r>
        <w:t>Pinklec“ Petra</w:t>
      </w:r>
      <w:proofErr w:type="gramEnd"/>
      <w:r>
        <w:t xml:space="preserve"> Ilisić, učenici članovi učeničke zadruge te članovi stručnih i upravni tijela učeničke zadruge.</w:t>
      </w:r>
    </w:p>
    <w:p w:rsidR="00CD5307" w:rsidRDefault="0033216C">
      <w:r>
        <w:t>Grupe učeničke zadruge rade prema vremeniku i troškovniku koji je planiran radom grupa izvannastavnih aktivnosti – članica učeničke zadruge.</w:t>
      </w:r>
    </w:p>
    <w:p w:rsidR="00CD5307" w:rsidRDefault="0033216C">
      <w:r>
        <w:t>Samovrednovanje i vrednovanje rada Učeničke zadruge „</w:t>
      </w:r>
      <w:proofErr w:type="gramStart"/>
      <w:r>
        <w:t>Pinklec“ vrši</w:t>
      </w:r>
      <w:proofErr w:type="gramEnd"/>
      <w:r>
        <w:t xml:space="preserve"> se evaluacijom sudjelovanjima na smotrama, analizama, praćenjem rada članova, vođenjem bilježaka, izložbama, objavljivanjem članaka, panoa i sl o radu učeničke zadruge.</w:t>
      </w:r>
    </w:p>
    <w:p w:rsidR="00CD5307" w:rsidRDefault="0033216C">
      <w:pPr>
        <w:pStyle w:val="Naslov2"/>
      </w:pPr>
      <w:r>
        <w:t>Sekcije Učeničke zadruge „</w:t>
      </w:r>
      <w:proofErr w:type="gramStart"/>
      <w:r>
        <w:t>Pinklec“</w:t>
      </w:r>
      <w:proofErr w:type="gramEnd"/>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03"/>
        <w:gridCol w:w="2216"/>
        <w:gridCol w:w="2120"/>
      </w:tblGrid>
      <w:tr w:rsidR="0033216C" w:rsidRPr="008C76D4" w:rsidTr="0033216C">
        <w:trPr>
          <w:cantSplit/>
          <w:tblHeader/>
          <w:jc w:val="center"/>
        </w:trPr>
        <w:tc>
          <w:tcPr>
            <w:tcW w:w="5301"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33216C" w:rsidRPr="008C76D4" w:rsidRDefault="0033216C" w:rsidP="0033216C">
            <w:pPr>
              <w:keepNext/>
              <w:wordWrap w:val="0"/>
              <w:spacing w:after="20"/>
            </w:pPr>
            <w:r>
              <w:rPr>
                <w:b/>
                <w:sz w:val="21"/>
              </w:rPr>
              <w:t>SEKCIJA</w:t>
            </w:r>
          </w:p>
        </w:tc>
        <w:tc>
          <w:tcPr>
            <w:tcW w:w="2216"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33216C" w:rsidRPr="008C76D4" w:rsidRDefault="0033216C" w:rsidP="0033216C">
            <w:pPr>
              <w:keepNext/>
              <w:wordWrap w:val="0"/>
              <w:spacing w:after="20"/>
            </w:pPr>
            <w:r>
              <w:rPr>
                <w:b/>
                <w:sz w:val="21"/>
              </w:rPr>
              <w:t>BROJ UČENIKA</w:t>
            </w:r>
          </w:p>
        </w:tc>
        <w:tc>
          <w:tcPr>
            <w:tcW w:w="2120"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33216C" w:rsidRPr="008C76D4" w:rsidRDefault="0033216C" w:rsidP="0033216C">
            <w:pPr>
              <w:keepNext/>
              <w:wordWrap w:val="0"/>
              <w:spacing w:after="20"/>
            </w:pPr>
            <w:r>
              <w:rPr>
                <w:b/>
                <w:sz w:val="21"/>
              </w:rPr>
              <w:t>VODITELJ SEKCIJE</w:t>
            </w:r>
          </w:p>
        </w:tc>
      </w:tr>
      <w:tr w:rsidR="0033216C" w:rsidRPr="008C76D4" w:rsidTr="0033216C">
        <w:trPr>
          <w:cantSplit/>
          <w:jc w:val="center"/>
        </w:trPr>
        <w:tc>
          <w:tcPr>
            <w:tcW w:w="530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1.    LIKOVNA GRUPA</w:t>
            </w:r>
          </w:p>
        </w:tc>
        <w:tc>
          <w:tcPr>
            <w:tcW w:w="221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D96DF9" w:rsidRDefault="00D96DF9" w:rsidP="0033216C">
            <w:pPr>
              <w:wordWrap w:val="0"/>
              <w:spacing w:after="20"/>
              <w:rPr>
                <w:color w:val="auto"/>
              </w:rPr>
            </w:pPr>
            <w:r w:rsidRPr="00D96DF9">
              <w:rPr>
                <w:color w:val="auto"/>
                <w:sz w:val="21"/>
              </w:rPr>
              <w:t>12</w:t>
            </w:r>
          </w:p>
        </w:tc>
        <w:tc>
          <w:tcPr>
            <w:tcW w:w="212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IVA ŠARIĆ</w:t>
            </w:r>
          </w:p>
        </w:tc>
      </w:tr>
      <w:tr w:rsidR="0033216C" w:rsidRPr="008C76D4" w:rsidTr="0033216C">
        <w:trPr>
          <w:cantSplit/>
          <w:jc w:val="center"/>
        </w:trPr>
        <w:tc>
          <w:tcPr>
            <w:tcW w:w="530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2.    PRIRODNA KOZMETIKA I LJEKOVITO BILJE</w:t>
            </w:r>
          </w:p>
        </w:tc>
        <w:tc>
          <w:tcPr>
            <w:tcW w:w="221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D96DF9" w:rsidRDefault="0033216C" w:rsidP="0033216C">
            <w:pPr>
              <w:wordWrap w:val="0"/>
              <w:spacing w:after="20"/>
              <w:rPr>
                <w:color w:val="auto"/>
              </w:rPr>
            </w:pPr>
            <w:r w:rsidRPr="00D96DF9">
              <w:rPr>
                <w:color w:val="auto"/>
                <w:sz w:val="21"/>
              </w:rPr>
              <w:t>11</w:t>
            </w:r>
          </w:p>
        </w:tc>
        <w:tc>
          <w:tcPr>
            <w:tcW w:w="212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PETRA ILISIĆ</w:t>
            </w:r>
          </w:p>
        </w:tc>
      </w:tr>
      <w:tr w:rsidR="0033216C" w:rsidRPr="008C76D4" w:rsidTr="0033216C">
        <w:trPr>
          <w:cantSplit/>
          <w:jc w:val="center"/>
        </w:trPr>
        <w:tc>
          <w:tcPr>
            <w:tcW w:w="530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3.   FOTOGRUPA</w:t>
            </w:r>
          </w:p>
        </w:tc>
        <w:tc>
          <w:tcPr>
            <w:tcW w:w="221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D96DF9" w:rsidRDefault="00D96DF9" w:rsidP="0033216C">
            <w:pPr>
              <w:wordWrap w:val="0"/>
              <w:spacing w:after="20"/>
              <w:rPr>
                <w:color w:val="auto"/>
              </w:rPr>
            </w:pPr>
            <w:r w:rsidRPr="00D96DF9">
              <w:rPr>
                <w:color w:val="auto"/>
                <w:sz w:val="21"/>
              </w:rPr>
              <w:t>8</w:t>
            </w:r>
          </w:p>
        </w:tc>
        <w:tc>
          <w:tcPr>
            <w:tcW w:w="212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BF6364" w:rsidP="0033216C">
            <w:pPr>
              <w:wordWrap w:val="0"/>
              <w:spacing w:after="20"/>
            </w:pPr>
            <w:r>
              <w:rPr>
                <w:sz w:val="21"/>
              </w:rPr>
              <w:t>MISLAV MILOVEC</w:t>
            </w:r>
          </w:p>
        </w:tc>
      </w:tr>
      <w:tr w:rsidR="0033216C" w:rsidRPr="008C76D4" w:rsidTr="0033216C">
        <w:trPr>
          <w:cantSplit/>
          <w:jc w:val="center"/>
        </w:trPr>
        <w:tc>
          <w:tcPr>
            <w:tcW w:w="530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TEHNIČKE AKTIVNOSTI</w:t>
            </w:r>
          </w:p>
        </w:tc>
        <w:tc>
          <w:tcPr>
            <w:tcW w:w="221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D96DF9" w:rsidRDefault="0033216C" w:rsidP="0033216C">
            <w:pPr>
              <w:wordWrap w:val="0"/>
              <w:spacing w:after="20"/>
              <w:rPr>
                <w:color w:val="auto"/>
              </w:rPr>
            </w:pPr>
            <w:r w:rsidRPr="00D96DF9">
              <w:rPr>
                <w:color w:val="auto"/>
                <w:sz w:val="21"/>
              </w:rPr>
              <w:t>20</w:t>
            </w:r>
          </w:p>
        </w:tc>
        <w:tc>
          <w:tcPr>
            <w:tcW w:w="212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TOMISLAV ČAVLEK</w:t>
            </w:r>
          </w:p>
        </w:tc>
      </w:tr>
      <w:tr w:rsidR="0033216C" w:rsidRPr="008C76D4" w:rsidTr="0033216C">
        <w:trPr>
          <w:cantSplit/>
          <w:jc w:val="center"/>
        </w:trPr>
        <w:tc>
          <w:tcPr>
            <w:tcW w:w="530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MALI KREATIVCI</w:t>
            </w:r>
          </w:p>
        </w:tc>
        <w:tc>
          <w:tcPr>
            <w:tcW w:w="221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D96DF9" w:rsidRDefault="0033216C" w:rsidP="0033216C">
            <w:pPr>
              <w:wordWrap w:val="0"/>
              <w:spacing w:after="20"/>
              <w:rPr>
                <w:color w:val="auto"/>
              </w:rPr>
            </w:pPr>
            <w:r w:rsidRPr="00D96DF9">
              <w:rPr>
                <w:color w:val="auto"/>
                <w:sz w:val="21"/>
              </w:rPr>
              <w:t>1</w:t>
            </w:r>
            <w:r w:rsidR="00D96DF9" w:rsidRPr="00D96DF9">
              <w:rPr>
                <w:color w:val="auto"/>
                <w:sz w:val="21"/>
              </w:rPr>
              <w:t>2</w:t>
            </w:r>
          </w:p>
        </w:tc>
        <w:tc>
          <w:tcPr>
            <w:tcW w:w="212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GORAN KLEPAČ</w:t>
            </w:r>
          </w:p>
        </w:tc>
      </w:tr>
      <w:tr w:rsidR="0033216C" w:rsidRPr="008C76D4" w:rsidTr="0033216C">
        <w:trPr>
          <w:cantSplit/>
          <w:jc w:val="center"/>
        </w:trPr>
        <w:tc>
          <w:tcPr>
            <w:tcW w:w="530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lastRenderedPageBreak/>
              <w:t>OBRADA I OSLIKAVANJE STAKLA</w:t>
            </w:r>
          </w:p>
        </w:tc>
        <w:tc>
          <w:tcPr>
            <w:tcW w:w="221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D96DF9" w:rsidRDefault="0033216C" w:rsidP="0033216C">
            <w:pPr>
              <w:wordWrap w:val="0"/>
              <w:spacing w:after="20"/>
              <w:rPr>
                <w:color w:val="auto"/>
              </w:rPr>
            </w:pPr>
            <w:r w:rsidRPr="00D96DF9">
              <w:rPr>
                <w:color w:val="auto"/>
                <w:sz w:val="21"/>
              </w:rPr>
              <w:t>12</w:t>
            </w:r>
          </w:p>
        </w:tc>
        <w:tc>
          <w:tcPr>
            <w:tcW w:w="212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ADELA BROZD</w:t>
            </w:r>
          </w:p>
        </w:tc>
      </w:tr>
      <w:tr w:rsidR="0033216C" w:rsidRPr="008C76D4" w:rsidTr="0033216C">
        <w:trPr>
          <w:cantSplit/>
          <w:jc w:val="center"/>
        </w:trPr>
        <w:tc>
          <w:tcPr>
            <w:tcW w:w="5301"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r>
              <w:rPr>
                <w:sz w:val="21"/>
              </w:rPr>
              <w:t>Ukupno članova:</w:t>
            </w:r>
          </w:p>
        </w:tc>
        <w:tc>
          <w:tcPr>
            <w:tcW w:w="2216"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D96DF9" w:rsidRDefault="00D96DF9" w:rsidP="0033216C">
            <w:pPr>
              <w:wordWrap w:val="0"/>
              <w:spacing w:after="20"/>
              <w:rPr>
                <w:color w:val="auto"/>
              </w:rPr>
            </w:pPr>
            <w:r w:rsidRPr="00D96DF9">
              <w:rPr>
                <w:color w:val="auto"/>
                <w:sz w:val="21"/>
              </w:rPr>
              <w:t>75</w:t>
            </w:r>
          </w:p>
        </w:tc>
        <w:tc>
          <w:tcPr>
            <w:tcW w:w="2120"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33216C" w:rsidRPr="008C76D4" w:rsidRDefault="0033216C" w:rsidP="0033216C">
            <w:pPr>
              <w:wordWrap w:val="0"/>
              <w:spacing w:after="20"/>
            </w:pPr>
          </w:p>
        </w:tc>
      </w:tr>
    </w:tbl>
    <w:p w:rsidR="00CD5307" w:rsidRDefault="0033216C">
      <w:r>
        <w:t>Planira se sudjelovanje učenika na smotri učeničkih zadruga u travnju ili svibnju.</w:t>
      </w:r>
    </w:p>
    <w:p w:rsidR="00CD5307" w:rsidRDefault="0033216C">
      <w:r>
        <w:t>Voditeljica Učeničke zadruge „</w:t>
      </w:r>
      <w:proofErr w:type="gramStart"/>
      <w:r>
        <w:t>Pinklec“ je</w:t>
      </w:r>
      <w:proofErr w:type="gramEnd"/>
      <w:r>
        <w:t xml:space="preserve"> učiteljica Petra Ilisić.</w:t>
      </w:r>
    </w:p>
    <w:p w:rsidR="009535DC" w:rsidRDefault="009535DC">
      <w:pPr>
        <w:pStyle w:val="Naslov1"/>
      </w:pPr>
    </w:p>
    <w:p w:rsidR="00CD5307" w:rsidRDefault="0033216C">
      <w:pPr>
        <w:pStyle w:val="Naslov1"/>
      </w:pPr>
      <w:r>
        <w:t>TERENSKA I IZVANUČIONIČKA NASTAVA</w:t>
      </w:r>
    </w:p>
    <w:p w:rsidR="00CD5307" w:rsidRDefault="0033216C">
      <w:r>
        <w:t>Terenska i izvanučionička nastava navedena je u Kurikulumu VII. osnovne škole Varaždin za šk. god. 2026./2027.  (po razrednim odjelima: I.-IV. razred, V.-VI. razred i VII.-VIII. razred te je unutar navedenih kategorija terenska i izvanučionička nastava upisana prema odgojno-obrazovnom području na koje se odnosi)</w:t>
      </w:r>
    </w:p>
    <w:p w:rsidR="009535DC" w:rsidRDefault="009535DC">
      <w:pPr>
        <w:pStyle w:val="Naslov1"/>
      </w:pPr>
    </w:p>
    <w:p w:rsidR="00CD5307" w:rsidRDefault="0033216C">
      <w:pPr>
        <w:pStyle w:val="Naslov1"/>
      </w:pPr>
      <w:r>
        <w:t>PRILOZI</w:t>
      </w:r>
    </w:p>
    <w:p w:rsidR="00CD5307" w:rsidRDefault="0033216C">
      <w:r>
        <w:t>1. Raspored sati</w:t>
      </w:r>
    </w:p>
    <w:p w:rsidR="00CD5307" w:rsidRDefault="0033216C">
      <w:r>
        <w:t>2. Odluka o tjednim zaduženjima odgojno-obrazovnih radnika</w:t>
      </w:r>
    </w:p>
    <w:p w:rsidR="00CD5307" w:rsidRDefault="0033216C">
      <w:r>
        <w:t>3. Program rada u produženom boravku</w:t>
      </w:r>
    </w:p>
    <w:p w:rsidR="00CD5307" w:rsidRDefault="0033216C">
      <w:r>
        <w:t>4. Raspored dežurstava</w:t>
      </w:r>
    </w:p>
    <w:p w:rsidR="00CD5307" w:rsidRDefault="0033216C">
      <w:pPr>
        <w:pStyle w:val="Naslov1"/>
        <w:pageBreakBefore/>
      </w:pPr>
      <w:r>
        <w:lastRenderedPageBreak/>
        <w:t>Završne odredbe</w:t>
      </w:r>
    </w:p>
    <w:p w:rsidR="009535DC" w:rsidRDefault="009535DC"/>
    <w:p w:rsidR="00CD5307" w:rsidRDefault="0033216C">
      <w:r>
        <w:t xml:space="preserve">Godišnji plan i program rada za školsku godinu </w:t>
      </w:r>
      <w:proofErr w:type="gramStart"/>
      <w:r>
        <w:t>2026./</w:t>
      </w:r>
      <w:proofErr w:type="gramEnd"/>
      <w:r>
        <w:t>2027. provodi se u skladu s važećim propisima, školskim kurikulumom i odlukama nadležnih tijela škole. Realizacija se prati tijekom godine, a potrebne izmjene donose se u propisanom postupku. Brojčani podaci i pojedinačna zaduženja usklađuju se sa službenim evidencijama škole.</w:t>
      </w:r>
    </w:p>
    <w:p w:rsidR="00B23D1D" w:rsidRDefault="00B23D1D"/>
    <w:p w:rsidR="00627E2C" w:rsidRDefault="00627E2C"/>
    <w:p w:rsidR="007230DB" w:rsidRDefault="007230DB"/>
    <w:p w:rsidR="007230DB" w:rsidRDefault="007230DB"/>
    <w:p w:rsidR="007230DB" w:rsidRDefault="007230DB"/>
    <w:tbl>
      <w:tblPr>
        <w:tblW w:w="9639" w:type="dxa"/>
        <w:jc w:val="center"/>
        <w:tblLayout w:type="fixed"/>
        <w:tblLook w:val="04A0" w:firstRow="1" w:lastRow="0" w:firstColumn="1" w:lastColumn="0" w:noHBand="0" w:noVBand="1"/>
      </w:tblPr>
      <w:tblGrid>
        <w:gridCol w:w="4819"/>
        <w:gridCol w:w="4820"/>
      </w:tblGrid>
      <w:tr w:rsidR="00CD5307">
        <w:trPr>
          <w:cantSplit/>
          <w:tblHeader/>
          <w:jc w:val="center"/>
        </w:trPr>
        <w:tc>
          <w:tcPr>
            <w:tcW w:w="4819"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CD5307" w:rsidRDefault="0033216C">
            <w:pPr>
              <w:keepNext/>
              <w:wordWrap w:val="0"/>
              <w:spacing w:after="20"/>
            </w:pPr>
            <w:r>
              <w:rPr>
                <w:b/>
                <w:sz w:val="21"/>
              </w:rPr>
              <w:t>Ravnatelj</w:t>
            </w:r>
          </w:p>
        </w:tc>
        <w:tc>
          <w:tcPr>
            <w:tcW w:w="4819" w:type="dxa"/>
            <w:tcBorders>
              <w:top w:val="single" w:sz="4" w:space="0" w:color="D9D9D9"/>
              <w:left w:val="single" w:sz="4" w:space="0" w:color="D9D9D9"/>
              <w:bottom w:val="single" w:sz="4" w:space="0" w:color="D9D9D9"/>
              <w:right w:val="single" w:sz="4" w:space="0" w:color="D9D9D9"/>
            </w:tcBorders>
            <w:shd w:val="clear" w:color="auto" w:fill="E7EDF2"/>
            <w:tcMar>
              <w:top w:w="50" w:type="dxa"/>
              <w:left w:w="80" w:type="dxa"/>
              <w:bottom w:w="50" w:type="dxa"/>
              <w:right w:w="80" w:type="dxa"/>
            </w:tcMar>
            <w:vAlign w:val="center"/>
          </w:tcPr>
          <w:p w:rsidR="00CD5307" w:rsidRDefault="0033216C">
            <w:pPr>
              <w:keepNext/>
              <w:wordWrap w:val="0"/>
              <w:spacing w:after="20"/>
            </w:pPr>
            <w:r>
              <w:rPr>
                <w:b/>
                <w:sz w:val="21"/>
              </w:rPr>
              <w:t>Predsjednica Školskog odbora</w:t>
            </w:r>
          </w:p>
        </w:tc>
      </w:tr>
      <w:tr w:rsidR="00CD5307">
        <w:trPr>
          <w:cantSplit/>
          <w:jc w:val="center"/>
        </w:trPr>
        <w:tc>
          <w:tcPr>
            <w:tcW w:w="4819"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Jurica Hunjadi</w:t>
            </w:r>
            <w:r>
              <w:rPr>
                <w:sz w:val="21"/>
              </w:rPr>
              <w:br/>
            </w:r>
            <w:r>
              <w:rPr>
                <w:sz w:val="21"/>
              </w:rPr>
              <w:br/>
            </w:r>
          </w:p>
        </w:tc>
        <w:tc>
          <w:tcPr>
            <w:tcW w:w="4819" w:type="dxa"/>
            <w:tcBorders>
              <w:top w:val="single" w:sz="4" w:space="0" w:color="D9D9D9"/>
              <w:left w:val="single" w:sz="4" w:space="0" w:color="D9D9D9"/>
              <w:bottom w:val="single" w:sz="4" w:space="0" w:color="D9D9D9"/>
              <w:right w:val="single" w:sz="4" w:space="0" w:color="D9D9D9"/>
            </w:tcBorders>
            <w:tcMar>
              <w:top w:w="50" w:type="dxa"/>
              <w:left w:w="80" w:type="dxa"/>
              <w:bottom w:w="50" w:type="dxa"/>
              <w:right w:w="80" w:type="dxa"/>
            </w:tcMar>
            <w:vAlign w:val="center"/>
          </w:tcPr>
          <w:p w:rsidR="00CD5307" w:rsidRDefault="0033216C">
            <w:pPr>
              <w:wordWrap w:val="0"/>
              <w:spacing w:after="20"/>
            </w:pPr>
            <w:r>
              <w:rPr>
                <w:sz w:val="21"/>
              </w:rPr>
              <w:t>Nikolina Šipek Škrablin</w:t>
            </w:r>
            <w:r>
              <w:rPr>
                <w:sz w:val="21"/>
              </w:rPr>
              <w:br/>
            </w:r>
            <w:r>
              <w:rPr>
                <w:sz w:val="21"/>
              </w:rPr>
              <w:br/>
            </w:r>
            <w:bookmarkStart w:id="0" w:name="_GoBack"/>
            <w:bookmarkEnd w:id="0"/>
          </w:p>
        </w:tc>
      </w:tr>
    </w:tbl>
    <w:p w:rsidR="0033216C" w:rsidRDefault="0033216C"/>
    <w:sectPr w:rsidR="0033216C" w:rsidSect="00034616">
      <w:type w:val="continuous"/>
      <w:pgSz w:w="11906" w:h="16838"/>
      <w:pgMar w:top="1020" w:right="1134" w:bottom="1020" w:left="1134"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08F0" w:rsidRDefault="00A508F0">
      <w:pPr>
        <w:spacing w:after="0"/>
      </w:pPr>
      <w:r>
        <w:separator/>
      </w:r>
    </w:p>
  </w:endnote>
  <w:endnote w:type="continuationSeparator" w:id="0">
    <w:p w:rsidR="00A508F0" w:rsidRDefault="00A508F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20CE" w:rsidRDefault="002120CE">
    <w:pPr>
      <w:pStyle w:val="Podnoje"/>
      <w:jc w:val="center"/>
    </w:pPr>
    <w:r>
      <w:rPr>
        <w:sz w:val="18"/>
      </w:rPr>
      <w:t xml:space="preserve">VII. OŠ Varaždin • </w:t>
    </w:r>
    <w:proofErr w:type="gramStart"/>
    <w:r>
      <w:rPr>
        <w:sz w:val="18"/>
      </w:rPr>
      <w:t>2026./</w:t>
    </w:r>
    <w:proofErr w:type="gramEnd"/>
    <w:r>
      <w:rPr>
        <w:sz w:val="18"/>
      </w:rPr>
      <w:t xml:space="preserve">2027.     </w:t>
    </w:r>
    <w:r>
      <w:fldChar w:fldCharType="begin"/>
    </w:r>
    <w:r>
      <w:instrText>PAGE</w:instrText>
    </w:r>
    <w:r>
      <w:fldChar w:fldCharType="separate"/>
    </w:r>
    <w:r w:rsidR="009535DC">
      <w:rPr>
        <w:noProof/>
      </w:rPr>
      <w:t>1</w:t>
    </w:r>
    <w:r>
      <w:fldChar w:fldCharType="end"/>
    </w:r>
    <w:r>
      <w:rPr>
        <w:sz w:val="18"/>
      </w:rPr>
      <w:t xml:space="preserve"> od </w:t>
    </w:r>
    <w:r>
      <w:fldChar w:fldCharType="begin"/>
    </w:r>
    <w:r>
      <w:instrText>NUMPAGES</w:instrText>
    </w:r>
    <w:r>
      <w:fldChar w:fldCharType="separate"/>
    </w:r>
    <w:r w:rsidR="009535DC">
      <w:rPr>
        <w:noProof/>
      </w:rPr>
      <w:t>28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08F0" w:rsidRDefault="00A508F0">
      <w:pPr>
        <w:spacing w:after="0"/>
      </w:pPr>
      <w:r>
        <w:separator/>
      </w:r>
    </w:p>
  </w:footnote>
  <w:footnote w:type="continuationSeparator" w:id="0">
    <w:p w:rsidR="00A508F0" w:rsidRDefault="00A508F0">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Brojevi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Brojevi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Grafikeoznak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Grafikeoznak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Brojevi"/>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Grafikeoznake"/>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34967"/>
    <w:rsid w:val="0006063C"/>
    <w:rsid w:val="000636C5"/>
    <w:rsid w:val="00086061"/>
    <w:rsid w:val="0015074B"/>
    <w:rsid w:val="001906B9"/>
    <w:rsid w:val="002120CE"/>
    <w:rsid w:val="0024110A"/>
    <w:rsid w:val="00282FAC"/>
    <w:rsid w:val="0029639D"/>
    <w:rsid w:val="00317E77"/>
    <w:rsid w:val="00326F90"/>
    <w:rsid w:val="0033216C"/>
    <w:rsid w:val="00367E6B"/>
    <w:rsid w:val="003D7A8A"/>
    <w:rsid w:val="004A68C9"/>
    <w:rsid w:val="00501776"/>
    <w:rsid w:val="00584CAB"/>
    <w:rsid w:val="00627E2C"/>
    <w:rsid w:val="00655A5F"/>
    <w:rsid w:val="006865A5"/>
    <w:rsid w:val="00720DD1"/>
    <w:rsid w:val="007230DB"/>
    <w:rsid w:val="007F2F1B"/>
    <w:rsid w:val="008209EB"/>
    <w:rsid w:val="009477A1"/>
    <w:rsid w:val="009535DC"/>
    <w:rsid w:val="00A01D11"/>
    <w:rsid w:val="00A44187"/>
    <w:rsid w:val="00A508F0"/>
    <w:rsid w:val="00AA1D8D"/>
    <w:rsid w:val="00AE1C8C"/>
    <w:rsid w:val="00B23D1D"/>
    <w:rsid w:val="00B40FB5"/>
    <w:rsid w:val="00B47730"/>
    <w:rsid w:val="00B87AA3"/>
    <w:rsid w:val="00BF6364"/>
    <w:rsid w:val="00C4222A"/>
    <w:rsid w:val="00CB0664"/>
    <w:rsid w:val="00CD5307"/>
    <w:rsid w:val="00D763D0"/>
    <w:rsid w:val="00D96DF9"/>
    <w:rsid w:val="00F0493B"/>
    <w:rsid w:val="00FC693F"/>
    <w:rsid w:val="00FE49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38BCE329-76C5-404E-A5EC-C3FF32F7C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pPr>
      <w:spacing w:after="60" w:line="240" w:lineRule="auto"/>
    </w:pPr>
    <w:rPr>
      <w:rFonts w:ascii="Calibri" w:hAnsi="Calibri"/>
      <w:color w:val="000000"/>
    </w:rPr>
  </w:style>
  <w:style w:type="paragraph" w:styleId="Naslov1">
    <w:name w:val="heading 1"/>
    <w:basedOn w:val="Normal"/>
    <w:next w:val="Normal"/>
    <w:link w:val="Naslov1Char"/>
    <w:uiPriority w:val="9"/>
    <w:qFormat/>
    <w:rsid w:val="00FC693F"/>
    <w:pPr>
      <w:keepNext/>
      <w:keepLines/>
      <w:spacing w:before="160" w:after="80"/>
      <w:outlineLvl w:val="0"/>
    </w:pPr>
    <w:rPr>
      <w:rFonts w:asciiTheme="majorHAnsi" w:eastAsiaTheme="majorEastAsia" w:hAnsiTheme="majorHAnsi" w:cstheme="majorBidi"/>
      <w:b/>
      <w:bCs/>
      <w:sz w:val="30"/>
      <w:szCs w:val="28"/>
    </w:rPr>
  </w:style>
  <w:style w:type="paragraph" w:styleId="Naslov2">
    <w:name w:val="heading 2"/>
    <w:basedOn w:val="Normal"/>
    <w:next w:val="Normal"/>
    <w:link w:val="Naslov2Char"/>
    <w:uiPriority w:val="9"/>
    <w:unhideWhenUsed/>
    <w:qFormat/>
    <w:rsid w:val="00FC693F"/>
    <w:pPr>
      <w:keepNext/>
      <w:keepLines/>
      <w:spacing w:before="160" w:after="80"/>
      <w:outlineLvl w:val="1"/>
    </w:pPr>
    <w:rPr>
      <w:rFonts w:asciiTheme="majorHAnsi" w:eastAsiaTheme="majorEastAsia" w:hAnsiTheme="majorHAnsi" w:cstheme="majorBidi"/>
      <w:b/>
      <w:bCs/>
      <w:sz w:val="24"/>
      <w:szCs w:val="26"/>
    </w:rPr>
  </w:style>
  <w:style w:type="paragraph" w:styleId="Naslov3">
    <w:name w:val="heading 3"/>
    <w:basedOn w:val="Normal"/>
    <w:next w:val="Normal"/>
    <w:link w:val="Naslov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ormal"/>
    <w:next w:val="Normal"/>
    <w:link w:val="Naslov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spacing w:after="0"/>
    </w:pPr>
  </w:style>
  <w:style w:type="character" w:customStyle="1" w:styleId="ZaglavljeChar">
    <w:name w:val="Zaglavlje Char"/>
    <w:basedOn w:val="Zadanifontodlomka"/>
    <w:link w:val="Zaglavlje"/>
    <w:uiPriority w:val="99"/>
    <w:rsid w:val="00E618BF"/>
  </w:style>
  <w:style w:type="paragraph" w:styleId="Podnoje">
    <w:name w:val="footer"/>
    <w:basedOn w:val="Normal"/>
    <w:link w:val="PodnojeChar"/>
    <w:uiPriority w:val="99"/>
    <w:unhideWhenUsed/>
    <w:rsid w:val="00E618BF"/>
    <w:pPr>
      <w:tabs>
        <w:tab w:val="center" w:pos="4680"/>
        <w:tab w:val="right" w:pos="9360"/>
      </w:tabs>
      <w:spacing w:after="0"/>
    </w:pPr>
  </w:style>
  <w:style w:type="character" w:customStyle="1" w:styleId="PodnojeChar">
    <w:name w:val="Podnožje Char"/>
    <w:basedOn w:val="Zadanifontodlomka"/>
    <w:link w:val="Podnoje"/>
    <w:uiPriority w:val="99"/>
    <w:rsid w:val="00E618BF"/>
  </w:style>
  <w:style w:type="paragraph" w:styleId="Bezproreda">
    <w:name w:val="No Spacing"/>
    <w:uiPriority w:val="1"/>
    <w:qFormat/>
    <w:rsid w:val="00FC693F"/>
    <w:pPr>
      <w:spacing w:after="0" w:line="240" w:lineRule="auto"/>
    </w:pPr>
  </w:style>
  <w:style w:type="character" w:customStyle="1" w:styleId="Naslov1Char">
    <w:name w:val="Naslov 1 Char"/>
    <w:basedOn w:val="Zadanifontodlom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Char">
    <w:name w:val="Naslov 3 Char"/>
    <w:basedOn w:val="Zadanifontodlom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ormal"/>
    <w:next w:val="Normal"/>
    <w:link w:val="NaslovChar"/>
    <w:uiPriority w:val="10"/>
    <w:qFormat/>
    <w:rsid w:val="00FC693F"/>
    <w:pPr>
      <w:spacing w:after="120"/>
      <w:contextualSpacing/>
    </w:pPr>
    <w:rPr>
      <w:rFonts w:asciiTheme="majorHAnsi" w:eastAsiaTheme="majorEastAsia" w:hAnsiTheme="majorHAnsi" w:cstheme="majorBidi"/>
      <w:b/>
      <w:spacing w:val="5"/>
      <w:kern w:val="28"/>
      <w:sz w:val="44"/>
      <w:szCs w:val="52"/>
    </w:rPr>
  </w:style>
  <w:style w:type="character" w:customStyle="1" w:styleId="NaslovChar">
    <w:name w:val="Naslov Char"/>
    <w:basedOn w:val="Zadanifontodlom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Zadanifontodlom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lomakpopisa">
    <w:name w:val="List Paragraph"/>
    <w:basedOn w:val="Normal"/>
    <w:uiPriority w:val="34"/>
    <w:qFormat/>
    <w:rsid w:val="00FC693F"/>
    <w:pPr>
      <w:ind w:left="720"/>
      <w:contextualSpacing/>
    </w:pPr>
  </w:style>
  <w:style w:type="paragraph" w:styleId="Tijeloteksta">
    <w:name w:val="Body Text"/>
    <w:basedOn w:val="Normal"/>
    <w:link w:val="TijelotekstaChar"/>
    <w:uiPriority w:val="99"/>
    <w:unhideWhenUsed/>
    <w:rsid w:val="00AA1D8D"/>
    <w:pPr>
      <w:spacing w:after="120"/>
    </w:pPr>
  </w:style>
  <w:style w:type="character" w:customStyle="1" w:styleId="TijelotekstaChar">
    <w:name w:val="Tijelo teksta Char"/>
    <w:basedOn w:val="Zadanifontodlomka"/>
    <w:link w:val="Tijeloteksta"/>
    <w:uiPriority w:val="99"/>
    <w:rsid w:val="00AA1D8D"/>
  </w:style>
  <w:style w:type="paragraph" w:styleId="Tijeloteksta2">
    <w:name w:val="Body Text 2"/>
    <w:basedOn w:val="Normal"/>
    <w:link w:val="Tijeloteksta2Char"/>
    <w:uiPriority w:val="99"/>
    <w:unhideWhenUsed/>
    <w:rsid w:val="00AA1D8D"/>
    <w:pPr>
      <w:spacing w:after="120" w:line="480" w:lineRule="auto"/>
    </w:pPr>
  </w:style>
  <w:style w:type="character" w:customStyle="1" w:styleId="Tijeloteksta2Char">
    <w:name w:val="Tijelo teksta 2 Char"/>
    <w:basedOn w:val="Zadanifontodlomka"/>
    <w:link w:val="Tijeloteksta2"/>
    <w:uiPriority w:val="99"/>
    <w:rsid w:val="00AA1D8D"/>
  </w:style>
  <w:style w:type="paragraph" w:styleId="Tijeloteksta3">
    <w:name w:val="Body Text 3"/>
    <w:basedOn w:val="Normal"/>
    <w:link w:val="Tijeloteksta3Char"/>
    <w:uiPriority w:val="99"/>
    <w:unhideWhenUsed/>
    <w:rsid w:val="00AA1D8D"/>
    <w:pPr>
      <w:spacing w:after="120"/>
    </w:pPr>
    <w:rPr>
      <w:sz w:val="16"/>
      <w:szCs w:val="16"/>
    </w:rPr>
  </w:style>
  <w:style w:type="character" w:customStyle="1" w:styleId="Tijeloteksta3Char">
    <w:name w:val="Tijelo teksta 3 Char"/>
    <w:basedOn w:val="Zadanifontodlomka"/>
    <w:link w:val="Tijeloteksta3"/>
    <w:uiPriority w:val="99"/>
    <w:rsid w:val="00AA1D8D"/>
    <w:rPr>
      <w:sz w:val="16"/>
      <w:szCs w:val="16"/>
    </w:rPr>
  </w:style>
  <w:style w:type="paragraph" w:styleId="Popis">
    <w:name w:val="List"/>
    <w:basedOn w:val="Normal"/>
    <w:uiPriority w:val="99"/>
    <w:unhideWhenUsed/>
    <w:rsid w:val="00AA1D8D"/>
    <w:pPr>
      <w:ind w:left="360" w:hanging="360"/>
      <w:contextualSpacing/>
    </w:pPr>
  </w:style>
  <w:style w:type="paragraph" w:styleId="Popis2">
    <w:name w:val="List 2"/>
    <w:basedOn w:val="Normal"/>
    <w:uiPriority w:val="99"/>
    <w:unhideWhenUsed/>
    <w:rsid w:val="00326F90"/>
    <w:pPr>
      <w:ind w:left="720" w:hanging="360"/>
      <w:contextualSpacing/>
    </w:pPr>
  </w:style>
  <w:style w:type="paragraph" w:styleId="Popis3">
    <w:name w:val="List 3"/>
    <w:basedOn w:val="Normal"/>
    <w:uiPriority w:val="99"/>
    <w:unhideWhenUsed/>
    <w:rsid w:val="00326F90"/>
    <w:pPr>
      <w:ind w:left="1080" w:hanging="360"/>
      <w:contextualSpacing/>
    </w:pPr>
  </w:style>
  <w:style w:type="paragraph" w:styleId="Grafikeoznake">
    <w:name w:val="List Bullet"/>
    <w:basedOn w:val="Normal"/>
    <w:uiPriority w:val="99"/>
    <w:unhideWhenUsed/>
    <w:rsid w:val="00326F90"/>
    <w:pPr>
      <w:numPr>
        <w:numId w:val="1"/>
      </w:numPr>
      <w:contextualSpacing/>
    </w:pPr>
  </w:style>
  <w:style w:type="paragraph" w:styleId="Grafikeoznake2">
    <w:name w:val="List Bullet 2"/>
    <w:basedOn w:val="Normal"/>
    <w:uiPriority w:val="99"/>
    <w:unhideWhenUsed/>
    <w:rsid w:val="00326F90"/>
    <w:pPr>
      <w:numPr>
        <w:numId w:val="2"/>
      </w:numPr>
      <w:contextualSpacing/>
    </w:pPr>
  </w:style>
  <w:style w:type="paragraph" w:styleId="Grafikeoznake3">
    <w:name w:val="List Bullet 3"/>
    <w:basedOn w:val="Normal"/>
    <w:uiPriority w:val="99"/>
    <w:unhideWhenUsed/>
    <w:rsid w:val="00326F90"/>
    <w:pPr>
      <w:numPr>
        <w:numId w:val="3"/>
      </w:numPr>
      <w:contextualSpacing/>
    </w:pPr>
  </w:style>
  <w:style w:type="paragraph" w:styleId="Brojevi">
    <w:name w:val="List Number"/>
    <w:basedOn w:val="Normal"/>
    <w:uiPriority w:val="99"/>
    <w:unhideWhenUsed/>
    <w:rsid w:val="00326F90"/>
    <w:pPr>
      <w:numPr>
        <w:numId w:val="5"/>
      </w:numPr>
      <w:contextualSpacing/>
    </w:pPr>
  </w:style>
  <w:style w:type="paragraph" w:styleId="Brojevi2">
    <w:name w:val="List Number 2"/>
    <w:basedOn w:val="Normal"/>
    <w:uiPriority w:val="99"/>
    <w:unhideWhenUsed/>
    <w:rsid w:val="0029639D"/>
    <w:pPr>
      <w:numPr>
        <w:numId w:val="6"/>
      </w:numPr>
      <w:contextualSpacing/>
    </w:pPr>
  </w:style>
  <w:style w:type="paragraph" w:styleId="Brojevi3">
    <w:name w:val="List Number 3"/>
    <w:basedOn w:val="Normal"/>
    <w:uiPriority w:val="99"/>
    <w:unhideWhenUsed/>
    <w:rsid w:val="0029639D"/>
    <w:pPr>
      <w:numPr>
        <w:numId w:val="7"/>
      </w:numPr>
      <w:contextualSpacing/>
    </w:pPr>
  </w:style>
  <w:style w:type="paragraph" w:styleId="Nastavakpopisa">
    <w:name w:val="List Continue"/>
    <w:basedOn w:val="Normal"/>
    <w:uiPriority w:val="99"/>
    <w:unhideWhenUsed/>
    <w:rsid w:val="0029639D"/>
    <w:pPr>
      <w:spacing w:after="120"/>
      <w:ind w:left="360"/>
      <w:contextualSpacing/>
    </w:pPr>
  </w:style>
  <w:style w:type="paragraph" w:styleId="Nastavakpopisa2">
    <w:name w:val="List Continue 2"/>
    <w:basedOn w:val="Normal"/>
    <w:uiPriority w:val="99"/>
    <w:unhideWhenUsed/>
    <w:rsid w:val="0029639D"/>
    <w:pPr>
      <w:spacing w:after="120"/>
      <w:ind w:left="720"/>
      <w:contextualSpacing/>
    </w:pPr>
  </w:style>
  <w:style w:type="paragraph" w:styleId="Nastavakpopisa3">
    <w:name w:val="List Continue 3"/>
    <w:basedOn w:val="Normal"/>
    <w:uiPriority w:val="99"/>
    <w:unhideWhenUsed/>
    <w:rsid w:val="0029639D"/>
    <w:pPr>
      <w:spacing w:after="120"/>
      <w:ind w:left="1080"/>
      <w:contextualSpacing/>
    </w:p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onaredbeChar">
    <w:name w:val="Tekst makronaredbe Char"/>
    <w:basedOn w:val="Zadanifontodlomka"/>
    <w:link w:val="Tekstmakronaredbe"/>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Zadanifontodlomka"/>
    <w:link w:val="Citat"/>
    <w:uiPriority w:val="29"/>
    <w:rsid w:val="00FC693F"/>
    <w:rPr>
      <w:i/>
      <w:iCs/>
      <w:color w:val="000000" w:themeColor="text1"/>
    </w:rPr>
  </w:style>
  <w:style w:type="character" w:customStyle="1" w:styleId="Naslov4Char">
    <w:name w:val="Naslov 4 Char"/>
    <w:basedOn w:val="Zadanifontodlom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Char">
    <w:name w:val="Naslov 9 Char"/>
    <w:basedOn w:val="Zadanifontodlom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Opisslike">
    <w:name w:val="caption"/>
    <w:basedOn w:val="Normal"/>
    <w:next w:val="Normal"/>
    <w:uiPriority w:val="35"/>
    <w:semiHidden/>
    <w:unhideWhenUsed/>
    <w:qFormat/>
    <w:rsid w:val="00FC693F"/>
    <w:rPr>
      <w:b/>
      <w:bCs/>
      <w:color w:val="4F81BD" w:themeColor="accent1"/>
      <w:sz w:val="18"/>
      <w:szCs w:val="18"/>
    </w:rPr>
  </w:style>
  <w:style w:type="character" w:styleId="Naglaeno">
    <w:name w:val="Strong"/>
    <w:basedOn w:val="Zadanifontodlomka"/>
    <w:uiPriority w:val="22"/>
    <w:qFormat/>
    <w:rsid w:val="00FC693F"/>
    <w:rPr>
      <w:b/>
      <w:bCs/>
    </w:rPr>
  </w:style>
  <w:style w:type="character" w:styleId="Istaknuto">
    <w:name w:val="Emphasis"/>
    <w:basedOn w:val="Zadanifontodlomka"/>
    <w:uiPriority w:val="20"/>
    <w:qFormat/>
    <w:rsid w:val="00FC693F"/>
    <w:rPr>
      <w:i/>
      <w:iCs/>
    </w:rPr>
  </w:style>
  <w:style w:type="paragraph" w:styleId="Naglaencitat">
    <w:name w:val="Intense Quote"/>
    <w:basedOn w:val="Normal"/>
    <w:next w:val="Normal"/>
    <w:link w:val="NaglaencitatChar"/>
    <w:uiPriority w:val="30"/>
    <w:qFormat/>
    <w:rsid w:val="00FC693F"/>
    <w:pPr>
      <w:spacing w:before="200" w:after="280"/>
      <w:ind w:left="936" w:right="936"/>
    </w:pPr>
    <w:rPr>
      <w:b/>
      <w:bCs/>
      <w:i/>
      <w:iCs/>
      <w:color w:val="4F81BD" w:themeColor="accent1"/>
    </w:rPr>
  </w:style>
  <w:style w:type="character" w:customStyle="1" w:styleId="NaglaencitatChar">
    <w:name w:val="Naglašen citat Char"/>
    <w:basedOn w:val="Zadanifontodlomka"/>
    <w:link w:val="Naglaencitat"/>
    <w:uiPriority w:val="30"/>
    <w:rsid w:val="00FC693F"/>
    <w:rPr>
      <w:b/>
      <w:bCs/>
      <w:i/>
      <w:iCs/>
      <w:color w:val="4F81BD" w:themeColor="accent1"/>
    </w:rPr>
  </w:style>
  <w:style w:type="character" w:styleId="Neupadljivoisticanje">
    <w:name w:val="Subtle Emphasis"/>
    <w:basedOn w:val="Zadanifontodlomka"/>
    <w:uiPriority w:val="19"/>
    <w:qFormat/>
    <w:rsid w:val="00FC693F"/>
    <w:rPr>
      <w:i/>
      <w:iCs/>
      <w:color w:val="808080" w:themeColor="text1" w:themeTint="7F"/>
    </w:rPr>
  </w:style>
  <w:style w:type="character" w:styleId="Jakoisticanje">
    <w:name w:val="Intense Emphasis"/>
    <w:basedOn w:val="Zadanifontodlomka"/>
    <w:uiPriority w:val="21"/>
    <w:qFormat/>
    <w:rsid w:val="00FC693F"/>
    <w:rPr>
      <w:b/>
      <w:bCs/>
      <w:i/>
      <w:iCs/>
      <w:color w:val="4F81BD" w:themeColor="accent1"/>
    </w:rPr>
  </w:style>
  <w:style w:type="character" w:styleId="Neupadljivareferenca">
    <w:name w:val="Subtle Reference"/>
    <w:basedOn w:val="Zadanifontodlomka"/>
    <w:uiPriority w:val="31"/>
    <w:qFormat/>
    <w:rsid w:val="00FC693F"/>
    <w:rPr>
      <w:smallCaps/>
      <w:color w:val="C0504D" w:themeColor="accent2"/>
      <w:u w:val="single"/>
    </w:rPr>
  </w:style>
  <w:style w:type="character" w:styleId="Istaknutareferenca">
    <w:name w:val="Intense Reference"/>
    <w:basedOn w:val="Zadanifontodlomka"/>
    <w:uiPriority w:val="32"/>
    <w:qFormat/>
    <w:rsid w:val="00FC693F"/>
    <w:rPr>
      <w:b/>
      <w:bCs/>
      <w:smallCaps/>
      <w:color w:val="C0504D" w:themeColor="accent2"/>
      <w:spacing w:val="5"/>
      <w:u w:val="single"/>
    </w:rPr>
  </w:style>
  <w:style w:type="character" w:styleId="Naslovknjige">
    <w:name w:val="Book Title"/>
    <w:basedOn w:val="Zadanifontodlomka"/>
    <w:uiPriority w:val="33"/>
    <w:qFormat/>
    <w:rsid w:val="00FC693F"/>
    <w:rPr>
      <w:b/>
      <w:bCs/>
      <w:smallCaps/>
      <w:spacing w:val="5"/>
    </w:rPr>
  </w:style>
  <w:style w:type="paragraph" w:styleId="TOCNaslov">
    <w:name w:val="TOC Heading"/>
    <w:basedOn w:val="Naslov1"/>
    <w:next w:val="Normal"/>
    <w:uiPriority w:val="39"/>
    <w:semiHidden/>
    <w:unhideWhenUsed/>
    <w:qFormat/>
    <w:rsid w:val="00FC693F"/>
    <w:pPr>
      <w:outlineLvl w:val="9"/>
    </w:pPr>
  </w:style>
  <w:style w:type="table" w:styleId="Reetkatablice">
    <w:name w:val="Table Grid"/>
    <w:basedOn w:val="Obinatablic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
    <w:name w:val="Light Shading"/>
    <w:basedOn w:val="Obinatablic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2871AD-A9E5-45A1-A2DA-84E29ABE16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8142</Words>
  <Characters>46415</Characters>
  <Application>Microsoft Office Word</Application>
  <DocSecurity>0</DocSecurity>
  <Lines>386</Lines>
  <Paragraphs>108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Godišnji plan i program rada VII. osnovne škole Varaždin 2026./2027.</vt:lpstr>
      <vt:lpstr/>
    </vt:vector>
  </TitlesOfParts>
  <Manager/>
  <Company/>
  <LinksUpToDate>false</LinksUpToDate>
  <CharactersWithSpaces>54449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Godišnji plan i program rada VII. osnovne škole Varaždin 2026./2027.</dc:title>
  <dc:subject/>
  <dc:creator>python-docx</dc:creator>
  <cp:keywords/>
  <dc:description>generated by python-docx</dc:description>
  <cp:lastModifiedBy>Korisnik</cp:lastModifiedBy>
  <cp:revision>2</cp:revision>
  <dcterms:created xsi:type="dcterms:W3CDTF">2026-10-20T06:48:00Z</dcterms:created>
  <dcterms:modified xsi:type="dcterms:W3CDTF">2026-10-20T06:48:00Z</dcterms:modified>
  <cp:category/>
</cp:coreProperties>
</file>